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384C68" w14:textId="4DCE6FCC" w:rsidR="00B54203" w:rsidRDefault="00031142" w:rsidP="00944C22">
      <w:pPr>
        <w:pStyle w:val="aa"/>
        <w:jc w:val="center"/>
        <w:rPr>
          <w:lang w:eastAsia="ja-JP"/>
        </w:rPr>
      </w:pPr>
      <w:r w:rsidRPr="002E38F3">
        <w:rPr>
          <w:noProof/>
          <w:sz w:val="40"/>
          <w:szCs w:val="72"/>
          <w:lang w:eastAsia="ja-JP"/>
        </w:rPr>
        <mc:AlternateContent>
          <mc:Choice Requires="wps">
            <w:drawing>
              <wp:anchor distT="0" distB="0" distL="114300" distR="114300" simplePos="0" relativeHeight="251656192" behindDoc="1" locked="0" layoutInCell="1" allowOverlap="1" wp14:anchorId="504E3917" wp14:editId="1CBA300E">
                <wp:simplePos x="0" y="0"/>
                <wp:positionH relativeFrom="column">
                  <wp:posOffset>-273050</wp:posOffset>
                </wp:positionH>
                <wp:positionV relativeFrom="paragraph">
                  <wp:posOffset>838201</wp:posOffset>
                </wp:positionV>
                <wp:extent cx="6904990" cy="8248650"/>
                <wp:effectExtent l="57150" t="19050" r="67310" b="95250"/>
                <wp:wrapNone/>
                <wp:docPr id="1" name="四角形: 角を丸くする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04990" cy="8248650"/>
                        </a:xfrm>
                        <a:prstGeom prst="roundRect">
                          <a:avLst>
                            <a:gd name="adj" fmla="val 6732"/>
                          </a:avLst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txbx>
                        <w:txbxContent>
                          <w:p w14:paraId="30DB835B" w14:textId="7055F213" w:rsidR="00031142" w:rsidRDefault="00031142" w:rsidP="00031142">
                            <w:pPr>
                              <w:spacing w:after="0" w:line="0" w:lineRule="atLeast"/>
                              <w:ind w:firstLineChars="100" w:firstLine="280"/>
                              <w:rPr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</w:pPr>
                            <w:r>
                              <w:rPr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t>大津町</w:t>
                            </w:r>
                            <w:r w:rsidRPr="002E38F3">
                              <w:rPr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t>では、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t>「</w:t>
                            </w:r>
                            <w:r>
                              <w:rPr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t>第８期大津町障</w:t>
                            </w:r>
                            <w:r w:rsidRPr="002E38F3">
                              <w:rPr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t>がい</w:t>
                            </w:r>
                            <w:r>
                              <w:rPr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t>福祉計画</w:t>
                            </w:r>
                            <w:r w:rsidRPr="002E38F3">
                              <w:rPr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t>・</w:t>
                            </w:r>
                            <w:r>
                              <w:rPr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t>第４期大津町障</w:t>
                            </w:r>
                            <w:r w:rsidRPr="002E38F3">
                              <w:rPr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t>がい</w:t>
                            </w:r>
                            <w:r>
                              <w:rPr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t>児福祉計画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t>」（</w:t>
                            </w:r>
                            <w:r>
                              <w:rPr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t>計画期間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t>：</w:t>
                            </w:r>
                            <w:r>
                              <w:rPr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t>令和９年度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t>～</w:t>
                            </w:r>
                            <w:r>
                              <w:rPr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t>令和１１年度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t>）</w:t>
                            </w:r>
                            <w:r w:rsidRPr="002E38F3">
                              <w:rPr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t>の</w:t>
                            </w:r>
                            <w:r>
                              <w:rPr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t>策定</w:t>
                            </w:r>
                            <w:r w:rsidRPr="002E38F3">
                              <w:rPr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t>に</w:t>
                            </w:r>
                            <w:r>
                              <w:rPr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t>向け</w:t>
                            </w:r>
                            <w:r w:rsidRPr="002E38F3">
                              <w:rPr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t>、</w:t>
                            </w:r>
                            <w:r>
                              <w:rPr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t>障</w:t>
                            </w:r>
                            <w:r w:rsidRPr="002E38F3">
                              <w:rPr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t>がいのある</w:t>
                            </w:r>
                            <w:r w:rsidR="00867ED7">
                              <w:rPr>
                                <w:rFonts w:hint="eastAsia"/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t>人</w:t>
                            </w:r>
                            <w:r w:rsidRPr="002E38F3">
                              <w:rPr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t>や</w:t>
                            </w:r>
                            <w:r>
                              <w:rPr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t>ご家族等</w:t>
                            </w:r>
                            <w:r w:rsidRPr="002E38F3">
                              <w:rPr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t>の</w:t>
                            </w:r>
                            <w:r>
                              <w:rPr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t>生活状況</w:t>
                            </w:r>
                            <w:r w:rsidRPr="002E38F3">
                              <w:rPr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t>、</w:t>
                            </w:r>
                            <w:r>
                              <w:rPr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t>サービス利用</w:t>
                            </w:r>
                            <w:r w:rsidRPr="002E38F3">
                              <w:rPr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t>、</w:t>
                            </w:r>
                            <w:r>
                              <w:rPr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t>今後必要</w:t>
                            </w:r>
                            <w:r w:rsidRPr="002E38F3">
                              <w:rPr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t>な</w:t>
                            </w:r>
                            <w:r>
                              <w:rPr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t>支援</w:t>
                            </w:r>
                            <w:r w:rsidRPr="002E38F3">
                              <w:rPr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t>について</w:t>
                            </w:r>
                            <w:r>
                              <w:rPr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t>把握</w:t>
                            </w:r>
                            <w:r w:rsidRPr="002E38F3">
                              <w:rPr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t>するため、</w:t>
                            </w:r>
                            <w:r>
                              <w:rPr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t>アンケート調査</w:t>
                            </w:r>
                            <w:r w:rsidRPr="002E38F3">
                              <w:rPr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t>を</w:t>
                            </w:r>
                            <w:r>
                              <w:rPr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t>実施</w:t>
                            </w:r>
                            <w:r w:rsidRPr="002E38F3">
                              <w:rPr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t>します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t>。みなさまの</w:t>
                            </w:r>
                            <w:r>
                              <w:rPr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t>ご協力</w:t>
                            </w:r>
                            <w:r w:rsidRPr="002E38F3">
                              <w:rPr>
                                <w:rFonts w:hint="eastAsia"/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t>を</w:t>
                            </w:r>
                            <w:r>
                              <w:rPr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t>お願い</w:t>
                            </w:r>
                            <w:r w:rsidRPr="002E38F3">
                              <w:rPr>
                                <w:rFonts w:hint="eastAsia"/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t>します。</w:t>
                            </w:r>
                          </w:p>
                          <w:p w14:paraId="704AF540" w14:textId="77777777" w:rsidR="00031142" w:rsidRPr="002E38F3" w:rsidRDefault="00031142" w:rsidP="00031142">
                            <w:pPr>
                              <w:spacing w:before="240" w:after="0" w:line="0" w:lineRule="atLeast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36"/>
                                <w:szCs w:val="44"/>
                                <w:bdr w:val="single" w:sz="4" w:space="0" w:color="auto"/>
                                <w:lang w:eastAsia="ja-JP"/>
                              </w:rPr>
                              <w:t>回答方法</w:t>
                            </w:r>
                            <w:r w:rsidRPr="002E38F3"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t>（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t>①～③</w:t>
                            </w:r>
                            <w:r w:rsidRPr="002E38F3"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t>どれか１つの</w:t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t>方法</w:t>
                            </w:r>
                            <w:r w:rsidRPr="002E38F3"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t>でご</w:t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t>回答</w:t>
                            </w:r>
                            <w:r w:rsidRPr="002E38F3"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t>ください）</w:t>
                            </w:r>
                          </w:p>
                          <w:p w14:paraId="06AF8520" w14:textId="77777777" w:rsidR="00031142" w:rsidRPr="002E38F3" w:rsidRDefault="00031142" w:rsidP="00031142">
                            <w:pPr>
                              <w:spacing w:after="0" w:line="0" w:lineRule="atLeast"/>
                              <w:ind w:firstLineChars="100" w:firstLine="360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</w:pPr>
                            <w:r w:rsidRPr="009060D5"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36"/>
                                <w:szCs w:val="44"/>
                                <w:lang w:eastAsia="ja-JP"/>
                              </w:rPr>
                              <w:t>①</w:t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  <w:sz w:val="36"/>
                                <w:szCs w:val="44"/>
                                <w:lang w:eastAsia="ja-JP"/>
                              </w:rPr>
                              <w:t>紙面</w:t>
                            </w:r>
                            <w:r w:rsidRPr="009060D5"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36"/>
                                <w:szCs w:val="44"/>
                                <w:lang w:eastAsia="ja-JP"/>
                              </w:rPr>
                              <w:t>による</w:t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  <w:sz w:val="36"/>
                                <w:szCs w:val="44"/>
                                <w:lang w:eastAsia="ja-JP"/>
                              </w:rPr>
                              <w:t>回答</w:t>
                            </w:r>
                          </w:p>
                          <w:p w14:paraId="1692CD42" w14:textId="77777777" w:rsidR="00031142" w:rsidRDefault="00031142" w:rsidP="00031142">
                            <w:pPr>
                              <w:spacing w:after="0" w:line="0" w:lineRule="atLeast"/>
                              <w:ind w:firstLineChars="200" w:firstLine="560"/>
                              <w:rPr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</w:pPr>
                            <w:r w:rsidRPr="002E38F3">
                              <w:rPr>
                                <w:rFonts w:hint="eastAsia"/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t>この</w:t>
                            </w:r>
                            <w:r>
                              <w:rPr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t>回答用紙</w:t>
                            </w:r>
                            <w:r w:rsidRPr="002E38F3">
                              <w:rPr>
                                <w:rFonts w:hint="eastAsia"/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t>を</w:t>
                            </w:r>
                            <w:r>
                              <w:rPr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t>大津町役場福祉課</w:t>
                            </w:r>
                            <w:r w:rsidRPr="002E38F3">
                              <w:rPr>
                                <w:rFonts w:hint="eastAsia"/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t>まで</w:t>
                            </w:r>
                            <w:r>
                              <w:rPr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t>ご提出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t>ください。</w:t>
                            </w:r>
                            <w:r w:rsidRPr="002E38F3">
                              <w:rPr>
                                <w:rFonts w:hint="eastAsia"/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t>（</w:t>
                            </w:r>
                            <w:r>
                              <w:rPr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t>持参又</w:t>
                            </w:r>
                            <w:r w:rsidRPr="002E38F3">
                              <w:rPr>
                                <w:rFonts w:hint="eastAsia"/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t>は</w:t>
                            </w:r>
                            <w:r>
                              <w:rPr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t>郵送可</w:t>
                            </w:r>
                            <w:r w:rsidRPr="002E38F3">
                              <w:rPr>
                                <w:rFonts w:hint="eastAsia"/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t>）</w:t>
                            </w:r>
                          </w:p>
                          <w:p w14:paraId="18D90C09" w14:textId="77777777" w:rsidR="00031142" w:rsidRDefault="00031142" w:rsidP="00031142">
                            <w:pPr>
                              <w:spacing w:after="0" w:line="0" w:lineRule="atLeast"/>
                              <w:ind w:firstLineChars="200" w:firstLine="560"/>
                              <w:rPr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</w:pPr>
                          </w:p>
                          <w:p w14:paraId="59AF6B71" w14:textId="77777777" w:rsidR="00031142" w:rsidRDefault="00031142" w:rsidP="00031142">
                            <w:pPr>
                              <w:spacing w:after="0" w:line="0" w:lineRule="atLeast"/>
                              <w:ind w:firstLineChars="100" w:firstLine="360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</w:pPr>
                            <w:r w:rsidRPr="009060D5"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36"/>
                                <w:szCs w:val="44"/>
                                <w:lang w:eastAsia="ja-JP"/>
                              </w:rPr>
                              <w:t>②</w:t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  <w:sz w:val="36"/>
                                <w:szCs w:val="44"/>
                                <w:lang w:eastAsia="ja-JP"/>
                              </w:rPr>
                              <w:t>回答</w:t>
                            </w:r>
                            <w:r w:rsidRPr="009060D5"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36"/>
                                <w:szCs w:val="44"/>
                                <w:lang w:eastAsia="ja-JP"/>
                              </w:rPr>
                              <w:t>フォームによる</w:t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  <w:sz w:val="36"/>
                                <w:szCs w:val="44"/>
                                <w:lang w:eastAsia="ja-JP"/>
                              </w:rPr>
                              <w:t>回答</w:t>
                            </w:r>
                          </w:p>
                          <w:p w14:paraId="39B9B467" w14:textId="77777777" w:rsidR="00031142" w:rsidRDefault="00031142" w:rsidP="00031142">
                            <w:pPr>
                              <w:spacing w:after="0" w:line="0" w:lineRule="atLeast"/>
                              <w:rPr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t xml:space="preserve">　　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t>インターネット上の</w:t>
                            </w:r>
                            <w:r>
                              <w:rPr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t>回答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t>フォームにて</w:t>
                            </w:r>
                            <w:r>
                              <w:rPr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t>回答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t>できます。</w:t>
                            </w:r>
                          </w:p>
                          <w:p w14:paraId="244AB1E8" w14:textId="77777777" w:rsidR="00031142" w:rsidRDefault="00031142" w:rsidP="00031142">
                            <w:pPr>
                              <w:spacing w:after="0" w:line="0" w:lineRule="atLeast"/>
                              <w:rPr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t xml:space="preserve">　　</w:t>
                            </w:r>
                            <w:r>
                              <w:rPr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t>右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t>の</w:t>
                            </w:r>
                            <w:r>
                              <w:rPr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t>QRコード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t>を</w:t>
                            </w:r>
                            <w:r>
                              <w:rPr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t>読み込ませて回答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t>してください。</w:t>
                            </w:r>
                          </w:p>
                          <w:p w14:paraId="6097C6A1" w14:textId="77777777" w:rsidR="00031142" w:rsidRPr="002E38F3" w:rsidRDefault="00031142" w:rsidP="00031142">
                            <w:pPr>
                              <w:spacing w:after="0" w:line="0" w:lineRule="atLeast"/>
                              <w:rPr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</w:pPr>
                          </w:p>
                          <w:p w14:paraId="39ABF4EA" w14:textId="77777777" w:rsidR="00031142" w:rsidRPr="002E38F3" w:rsidRDefault="00031142" w:rsidP="00031142">
                            <w:pPr>
                              <w:spacing w:after="0" w:line="0" w:lineRule="atLeast"/>
                              <w:ind w:firstLineChars="100" w:firstLine="360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</w:pPr>
                            <w:r w:rsidRPr="009060D5"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36"/>
                                <w:szCs w:val="44"/>
                                <w:lang w:eastAsia="ja-JP"/>
                              </w:rPr>
                              <w:t>③メール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36"/>
                                <w:szCs w:val="44"/>
                                <w:lang w:eastAsia="ja-JP"/>
                              </w:rPr>
                              <w:t>・</w:t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  <w:sz w:val="36"/>
                                <w:szCs w:val="44"/>
                                <w:lang w:eastAsia="ja-JP"/>
                              </w:rPr>
                              <w:t>FAX</w:t>
                            </w:r>
                            <w:r w:rsidRPr="009060D5"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36"/>
                                <w:szCs w:val="44"/>
                                <w:lang w:eastAsia="ja-JP"/>
                              </w:rPr>
                              <w:t>による</w:t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  <w:sz w:val="36"/>
                                <w:szCs w:val="44"/>
                                <w:lang w:eastAsia="ja-JP"/>
                              </w:rPr>
                              <w:t>回答</w:t>
                            </w:r>
                          </w:p>
                          <w:p w14:paraId="3754EAB6" w14:textId="23F100E9" w:rsidR="00993C3E" w:rsidRDefault="00031142" w:rsidP="00993C3E">
                            <w:pPr>
                              <w:pStyle w:val="Web"/>
                            </w:pPr>
                            <w:r>
                              <w:rPr>
                                <w:color w:val="000000" w:themeColor="text1"/>
                                <w:sz w:val="28"/>
                                <w:szCs w:val="36"/>
                              </w:rPr>
                              <w:t>回答用紙</w:t>
                            </w:r>
                            <w:r w:rsidRPr="002E38F3">
                              <w:rPr>
                                <w:rFonts w:hint="eastAsia"/>
                                <w:color w:val="000000" w:themeColor="text1"/>
                                <w:sz w:val="28"/>
                                <w:szCs w:val="36"/>
                              </w:rPr>
                              <w:t>を</w:t>
                            </w:r>
                            <w:r>
                              <w:rPr>
                                <w:color w:val="000000" w:themeColor="text1"/>
                                <w:sz w:val="28"/>
                                <w:szCs w:val="36"/>
                              </w:rPr>
                              <w:t>町</w:t>
                            </w:r>
                            <w:r w:rsidRPr="002E38F3">
                              <w:rPr>
                                <w:rFonts w:hint="eastAsia"/>
                                <w:color w:val="000000" w:themeColor="text1"/>
                                <w:sz w:val="28"/>
                                <w:szCs w:val="36"/>
                              </w:rPr>
                              <w:t>ホームページからダウンロードして</w:t>
                            </w:r>
                          </w:p>
                          <w:p w14:paraId="14DF9A77" w14:textId="4FBD281A" w:rsidR="00031142" w:rsidRDefault="00031142" w:rsidP="00031142">
                            <w:pPr>
                              <w:spacing w:after="0" w:line="0" w:lineRule="atLeast"/>
                              <w:ind w:leftChars="283" w:left="567" w:hanging="1"/>
                              <w:rPr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</w:pPr>
                            <w:r w:rsidRPr="002E38F3">
                              <w:rPr>
                                <w:rFonts w:hint="eastAsia"/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t>、</w:t>
                            </w:r>
                          </w:p>
                          <w:p w14:paraId="61357875" w14:textId="77777777" w:rsidR="00031142" w:rsidRDefault="00031142" w:rsidP="00031142">
                            <w:pPr>
                              <w:spacing w:after="0" w:line="0" w:lineRule="atLeast"/>
                              <w:ind w:leftChars="283" w:left="567" w:hanging="1"/>
                              <w:rPr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</w:pPr>
                            <w:r>
                              <w:rPr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t>問</w:t>
                            </w:r>
                            <w:r w:rsidRPr="002E38F3">
                              <w:rPr>
                                <w:rFonts w:hint="eastAsia"/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t>い</w:t>
                            </w:r>
                            <w:r>
                              <w:rPr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t>合</w:t>
                            </w:r>
                            <w:r w:rsidRPr="002E38F3">
                              <w:rPr>
                                <w:rFonts w:hint="eastAsia"/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t>わせ</w:t>
                            </w:r>
                            <w:r>
                              <w:rPr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t>先</w:t>
                            </w:r>
                            <w:r w:rsidRPr="002E38F3">
                              <w:rPr>
                                <w:rFonts w:hint="eastAsia"/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t>のメールアドレス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t>・</w:t>
                            </w:r>
                            <w:r>
                              <w:rPr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t>FAX</w:t>
                            </w:r>
                            <w:r w:rsidRPr="002E38F3">
                              <w:rPr>
                                <w:rFonts w:hint="eastAsia"/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t>へ</w:t>
                            </w:r>
                            <w:r>
                              <w:rPr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t>送信</w:t>
                            </w:r>
                            <w:r w:rsidRPr="002E38F3">
                              <w:rPr>
                                <w:rFonts w:hint="eastAsia"/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t>してくだ</w:t>
                            </w:r>
                          </w:p>
                          <w:p w14:paraId="5B5B074E" w14:textId="77777777" w:rsidR="00031142" w:rsidRDefault="00031142" w:rsidP="00031142">
                            <w:pPr>
                              <w:spacing w:after="0" w:line="0" w:lineRule="atLeast"/>
                              <w:ind w:leftChars="283" w:left="567" w:hanging="1"/>
                              <w:rPr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</w:pPr>
                            <w:r w:rsidRPr="002E38F3">
                              <w:rPr>
                                <w:rFonts w:hint="eastAsia"/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t>さい。</w:t>
                            </w:r>
                            <w:r>
                              <w:rPr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t>回答用紙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t>を</w:t>
                            </w:r>
                            <w:r>
                              <w:rPr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t>写真</w:t>
                            </w:r>
                            <w:r w:rsidRPr="002E38F3">
                              <w:rPr>
                                <w:rFonts w:hint="eastAsia"/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t>・</w:t>
                            </w:r>
                            <w:r w:rsidRPr="002E38F3">
                              <w:rPr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t>PDF</w:t>
                            </w:r>
                            <w:r w:rsidRPr="002E38F3">
                              <w:rPr>
                                <w:rFonts w:hint="eastAsia"/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t>などで</w:t>
                            </w:r>
                            <w:r>
                              <w:rPr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t>読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t>み</w:t>
                            </w:r>
                            <w:r>
                              <w:rPr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t>込</w:t>
                            </w:r>
                            <w:r w:rsidRPr="002E38F3">
                              <w:rPr>
                                <w:rFonts w:hint="eastAsia"/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t>んで</w:t>
                            </w:r>
                            <w:r>
                              <w:rPr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t>送信</w:t>
                            </w:r>
                            <w:r w:rsidRPr="002E38F3">
                              <w:rPr>
                                <w:rFonts w:hint="eastAsia"/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t>さ</w:t>
                            </w:r>
                          </w:p>
                          <w:p w14:paraId="4E341D44" w14:textId="77777777" w:rsidR="00031142" w:rsidRDefault="00031142" w:rsidP="00031142">
                            <w:pPr>
                              <w:spacing w:after="0" w:line="0" w:lineRule="atLeast"/>
                              <w:ind w:leftChars="283" w:left="567" w:hanging="1"/>
                              <w:rPr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</w:pPr>
                            <w:r w:rsidRPr="002E38F3">
                              <w:rPr>
                                <w:rFonts w:hint="eastAsia"/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t>れても</w:t>
                            </w:r>
                            <w:r>
                              <w:rPr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t>構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t>いません</w:t>
                            </w:r>
                            <w:r w:rsidRPr="002E38F3">
                              <w:rPr>
                                <w:rFonts w:hint="eastAsia"/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t>。</w:t>
                            </w:r>
                          </w:p>
                          <w:p w14:paraId="4053A30D" w14:textId="77777777" w:rsidR="00031142" w:rsidRPr="002E38F3" w:rsidRDefault="00031142" w:rsidP="00031142">
                            <w:pPr>
                              <w:spacing w:before="240" w:after="0" w:line="0" w:lineRule="atLeast"/>
                              <w:rPr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</w:pPr>
                            <w:r w:rsidRPr="009060D5"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36"/>
                                <w:szCs w:val="44"/>
                                <w:bdr w:val="single" w:sz="4" w:space="0" w:color="auto"/>
                                <w:lang w:eastAsia="ja-JP"/>
                              </w:rPr>
                              <w:t>アンケ―ト</w:t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  <w:sz w:val="36"/>
                                <w:szCs w:val="44"/>
                                <w:bdr w:val="single" w:sz="4" w:space="0" w:color="auto"/>
                                <w:lang w:eastAsia="ja-JP"/>
                              </w:rPr>
                              <w:t>回答期限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  <w:t xml:space="preserve">　</w:t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  <w:sz w:val="36"/>
                                <w:szCs w:val="44"/>
                                <w:u w:val="single"/>
                                <w:lang w:eastAsia="ja-JP"/>
                              </w:rPr>
                              <w:t>令和</w:t>
                            </w:r>
                            <w:r w:rsidRPr="009060D5"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36"/>
                                <w:szCs w:val="44"/>
                                <w:u w:val="single"/>
                                <w:lang w:eastAsia="ja-JP"/>
                              </w:rPr>
                              <w:t>８</w:t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  <w:sz w:val="36"/>
                                <w:szCs w:val="44"/>
                                <w:u w:val="single"/>
                                <w:lang w:eastAsia="ja-JP"/>
                              </w:rPr>
                              <w:t>年９月３０日</w:t>
                            </w:r>
                            <w:r w:rsidRPr="009060D5"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36"/>
                                <w:szCs w:val="44"/>
                                <w:u w:val="single"/>
                                <w:lang w:eastAsia="ja-JP"/>
                              </w:rPr>
                              <w:t>（</w:t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  <w:sz w:val="36"/>
                                <w:szCs w:val="44"/>
                                <w:u w:val="single"/>
                                <w:lang w:eastAsia="ja-JP"/>
                              </w:rPr>
                              <w:t>水</w:t>
                            </w:r>
                            <w:r w:rsidRPr="009060D5"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36"/>
                                <w:szCs w:val="44"/>
                                <w:u w:val="single"/>
                                <w:lang w:eastAsia="ja-JP"/>
                              </w:rPr>
                              <w:t>）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36"/>
                                <w:szCs w:val="44"/>
                                <w:u w:val="single"/>
                                <w:lang w:eastAsia="ja-JP"/>
                              </w:rPr>
                              <w:t>まで</w:t>
                            </w:r>
                          </w:p>
                          <w:p w14:paraId="63A31265" w14:textId="77777777" w:rsidR="00031142" w:rsidRPr="004A00B4" w:rsidRDefault="00031142" w:rsidP="00031142">
                            <w:pPr>
                              <w:spacing w:before="240" w:after="0" w:line="0" w:lineRule="atLeast"/>
                              <w:rPr>
                                <w:color w:val="000000" w:themeColor="text1"/>
                                <w:sz w:val="24"/>
                                <w:szCs w:val="32"/>
                                <w:lang w:eastAsia="ja-JP"/>
                              </w:rPr>
                            </w:pPr>
                            <w:r w:rsidRPr="004A00B4">
                              <w:rPr>
                                <w:rFonts w:hint="eastAsia"/>
                                <w:color w:val="000000" w:themeColor="text1"/>
                                <w:sz w:val="24"/>
                                <w:szCs w:val="32"/>
                                <w:lang w:eastAsia="ja-JP"/>
                              </w:rPr>
                              <w:t>●お</w:t>
                            </w:r>
                            <w:r>
                              <w:rPr>
                                <w:color w:val="000000" w:themeColor="text1"/>
                                <w:sz w:val="24"/>
                                <w:szCs w:val="32"/>
                                <w:lang w:eastAsia="ja-JP"/>
                              </w:rPr>
                              <w:t>問</w:t>
                            </w:r>
                            <w:r w:rsidRPr="004A00B4">
                              <w:rPr>
                                <w:rFonts w:hint="eastAsia"/>
                                <w:color w:val="000000" w:themeColor="text1"/>
                                <w:sz w:val="24"/>
                                <w:szCs w:val="32"/>
                                <w:lang w:eastAsia="ja-JP"/>
                              </w:rPr>
                              <w:t>い</w:t>
                            </w:r>
                            <w:r>
                              <w:rPr>
                                <w:color w:val="000000" w:themeColor="text1"/>
                                <w:sz w:val="24"/>
                                <w:szCs w:val="32"/>
                                <w:lang w:eastAsia="ja-JP"/>
                              </w:rPr>
                              <w:t>合</w:t>
                            </w:r>
                            <w:r w:rsidRPr="004A00B4">
                              <w:rPr>
                                <w:rFonts w:hint="eastAsia"/>
                                <w:color w:val="000000" w:themeColor="text1"/>
                                <w:sz w:val="24"/>
                                <w:szCs w:val="32"/>
                                <w:lang w:eastAsia="ja-JP"/>
                              </w:rPr>
                              <w:t>わせ</w:t>
                            </w:r>
                          </w:p>
                          <w:p w14:paraId="0205A362" w14:textId="77777777" w:rsidR="00031142" w:rsidRPr="004A00B4" w:rsidRDefault="00031142" w:rsidP="00031142">
                            <w:pPr>
                              <w:spacing w:after="0" w:line="0" w:lineRule="atLeast"/>
                              <w:ind w:firstLineChars="100" w:firstLine="240"/>
                              <w:rPr>
                                <w:color w:val="000000" w:themeColor="text1"/>
                                <w:sz w:val="24"/>
                                <w:szCs w:val="32"/>
                                <w:lang w:eastAsia="ja-JP"/>
                              </w:rPr>
                            </w:pPr>
                            <w:r>
                              <w:rPr>
                                <w:color w:val="000000" w:themeColor="text1"/>
                                <w:sz w:val="24"/>
                                <w:szCs w:val="32"/>
                                <w:lang w:eastAsia="ja-JP"/>
                              </w:rPr>
                              <w:t>住所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24"/>
                                <w:szCs w:val="32"/>
                                <w:lang w:eastAsia="ja-JP"/>
                              </w:rPr>
                              <w:t>：</w:t>
                            </w:r>
                            <w:r w:rsidRPr="004A00B4">
                              <w:rPr>
                                <w:rFonts w:hint="eastAsia"/>
                                <w:color w:val="000000" w:themeColor="text1"/>
                                <w:sz w:val="24"/>
                                <w:szCs w:val="32"/>
                                <w:lang w:eastAsia="ja-JP"/>
                              </w:rPr>
                              <w:t>〒</w:t>
                            </w:r>
                            <w:r w:rsidRPr="004A00B4">
                              <w:rPr>
                                <w:color w:val="000000" w:themeColor="text1"/>
                                <w:sz w:val="24"/>
                                <w:szCs w:val="32"/>
                                <w:lang w:eastAsia="ja-JP"/>
                              </w:rPr>
                              <w:t>869-1292</w:t>
                            </w:r>
                            <w:r w:rsidRPr="004A00B4">
                              <w:rPr>
                                <w:rFonts w:hint="eastAsia"/>
                                <w:color w:val="000000" w:themeColor="text1"/>
                                <w:sz w:val="24"/>
                                <w:szCs w:val="32"/>
                                <w:lang w:eastAsia="ja-JP"/>
                              </w:rPr>
                              <w:t xml:space="preserve">　</w:t>
                            </w:r>
                            <w:r>
                              <w:rPr>
                                <w:color w:val="000000" w:themeColor="text1"/>
                                <w:sz w:val="24"/>
                                <w:szCs w:val="32"/>
                                <w:lang w:eastAsia="ja-JP"/>
                              </w:rPr>
                              <w:t>大津町大字大津</w:t>
                            </w:r>
                            <w:r w:rsidRPr="004A00B4">
                              <w:rPr>
                                <w:rFonts w:hint="eastAsia"/>
                                <w:color w:val="000000" w:themeColor="text1"/>
                                <w:sz w:val="24"/>
                                <w:szCs w:val="32"/>
                                <w:lang w:eastAsia="ja-JP"/>
                              </w:rPr>
                              <w:t>１２３３</w:t>
                            </w:r>
                            <w:r>
                              <w:rPr>
                                <w:color w:val="000000" w:themeColor="text1"/>
                                <w:sz w:val="24"/>
                                <w:szCs w:val="32"/>
                                <w:lang w:eastAsia="ja-JP"/>
                              </w:rPr>
                              <w:t>番地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24"/>
                                <w:szCs w:val="32"/>
                                <w:lang w:eastAsia="ja-JP"/>
                              </w:rPr>
                              <w:t xml:space="preserve">　　</w:t>
                            </w:r>
                            <w:r>
                              <w:rPr>
                                <w:color w:val="000000" w:themeColor="text1"/>
                                <w:sz w:val="24"/>
                                <w:szCs w:val="32"/>
                                <w:lang w:eastAsia="ja-JP"/>
                              </w:rPr>
                              <w:t>大津町役場福祉課</w:t>
                            </w:r>
                            <w:r w:rsidRPr="004A00B4">
                              <w:rPr>
                                <w:rFonts w:hint="eastAsia"/>
                                <w:color w:val="000000" w:themeColor="text1"/>
                                <w:sz w:val="24"/>
                                <w:szCs w:val="32"/>
                                <w:lang w:eastAsia="ja-JP"/>
                              </w:rPr>
                              <w:t xml:space="preserve">　</w:t>
                            </w:r>
                            <w:r>
                              <w:rPr>
                                <w:color w:val="000000" w:themeColor="text1"/>
                                <w:sz w:val="24"/>
                                <w:szCs w:val="32"/>
                                <w:lang w:eastAsia="ja-JP"/>
                              </w:rPr>
                              <w:t>障</w:t>
                            </w:r>
                            <w:r w:rsidRPr="004A00B4">
                              <w:rPr>
                                <w:rFonts w:hint="eastAsia"/>
                                <w:color w:val="000000" w:themeColor="text1"/>
                                <w:sz w:val="24"/>
                                <w:szCs w:val="32"/>
                                <w:lang w:eastAsia="ja-JP"/>
                              </w:rPr>
                              <w:t>がい</w:t>
                            </w:r>
                            <w:r>
                              <w:rPr>
                                <w:color w:val="000000" w:themeColor="text1"/>
                                <w:sz w:val="24"/>
                                <w:szCs w:val="32"/>
                                <w:lang w:eastAsia="ja-JP"/>
                              </w:rPr>
                              <w:t>福祉係</w:t>
                            </w:r>
                          </w:p>
                          <w:p w14:paraId="2D598F4A" w14:textId="77777777" w:rsidR="00031142" w:rsidRPr="004A00B4" w:rsidRDefault="00031142" w:rsidP="00031142">
                            <w:pPr>
                              <w:spacing w:after="0" w:line="0" w:lineRule="atLeast"/>
                              <w:ind w:firstLineChars="100" w:firstLine="240"/>
                              <w:rPr>
                                <w:color w:val="000000" w:themeColor="text1"/>
                                <w:sz w:val="24"/>
                                <w:szCs w:val="32"/>
                                <w:lang w:eastAsia="ja-JP"/>
                              </w:rPr>
                            </w:pPr>
                            <w:r>
                              <w:rPr>
                                <w:color w:val="000000" w:themeColor="text1"/>
                                <w:sz w:val="24"/>
                                <w:szCs w:val="32"/>
                                <w:lang w:eastAsia="ja-JP"/>
                              </w:rPr>
                              <w:t>電話</w:t>
                            </w:r>
                            <w:r w:rsidRPr="004A00B4">
                              <w:rPr>
                                <w:rFonts w:hint="eastAsia"/>
                                <w:color w:val="000000" w:themeColor="text1"/>
                                <w:sz w:val="24"/>
                                <w:szCs w:val="32"/>
                                <w:lang w:eastAsia="ja-JP"/>
                              </w:rPr>
                              <w:t>：096-</w:t>
                            </w:r>
                            <w:r w:rsidRPr="004A00B4">
                              <w:rPr>
                                <w:color w:val="000000" w:themeColor="text1"/>
                                <w:sz w:val="24"/>
                                <w:szCs w:val="32"/>
                                <w:lang w:eastAsia="ja-JP"/>
                              </w:rPr>
                              <w:t>293-3510</w:t>
                            </w:r>
                            <w:r w:rsidRPr="004A00B4">
                              <w:rPr>
                                <w:rFonts w:hint="eastAsia"/>
                                <w:color w:val="000000" w:themeColor="text1"/>
                                <w:sz w:val="24"/>
                                <w:szCs w:val="32"/>
                                <w:lang w:eastAsia="ja-JP"/>
                              </w:rPr>
                              <w:t xml:space="preserve">　FAX：096-292-1234</w:t>
                            </w:r>
                          </w:p>
                          <w:p w14:paraId="5FDAD590" w14:textId="77777777" w:rsidR="00031142" w:rsidRPr="002E38F3" w:rsidRDefault="00031142" w:rsidP="00031142">
                            <w:pPr>
                              <w:spacing w:after="0" w:line="0" w:lineRule="atLeast"/>
                              <w:ind w:firstLineChars="100" w:firstLine="240"/>
                              <w:rPr>
                                <w:color w:val="000000" w:themeColor="text1"/>
                                <w:sz w:val="28"/>
                                <w:szCs w:val="36"/>
                                <w:lang w:eastAsia="ja-JP"/>
                              </w:rPr>
                            </w:pPr>
                            <w:r w:rsidRPr="004A00B4">
                              <w:rPr>
                                <w:rFonts w:hint="eastAsia"/>
                                <w:color w:val="000000" w:themeColor="text1"/>
                                <w:sz w:val="24"/>
                                <w:szCs w:val="32"/>
                                <w:lang w:eastAsia="ja-JP"/>
                              </w:rPr>
                              <w:t>メールアドレス：f</w:t>
                            </w:r>
                            <w:r w:rsidRPr="004A00B4">
                              <w:rPr>
                                <w:color w:val="000000" w:themeColor="text1"/>
                                <w:sz w:val="24"/>
                                <w:szCs w:val="32"/>
                                <w:lang w:eastAsia="ja-JP"/>
                              </w:rPr>
                              <w:t>ukushi@town.ozu.kumamoto.jp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2000" tIns="0" rIns="72000" bIns="36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04E3917" id="四角形: 角を丸くする 1" o:spid="_x0000_s1026" style="position:absolute;left:0;text-align:left;margin-left:-21.5pt;margin-top:66pt;width:543.7pt;height:649.5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441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" fillcolor="window" strokecolor="#4a7ebb">
                <v:shadow on="t" color="black" opacity="22937f" origin=",.5" offset="0,.63889mm"/>
                <v:textbox inset="2mm,0,2mm,1mm">
                  <w:txbxContent>
                    <w:p w14:paraId="30DB835B" w14:textId="7055F213" w:rsidR="00031142" w:rsidRDefault="00031142" w:rsidP="00031142">
                      <w:pPr>
                        <w:spacing w:after="0" w:line="0" w:lineRule="atLeast"/>
                        <w:ind w:firstLineChars="100" w:firstLine="280"/>
                        <w:rPr>
                          <w:color w:val="000000" w:themeColor="text1"/>
                          <w:sz w:val="28"/>
                          <w:szCs w:val="36"/>
                          <w:lang w:eastAsia="ja-JP"/>
                        </w:rPr>
                      </w:pPr>
                      <w:r>
                        <w:rPr>
                          <w:color w:val="000000" w:themeColor="text1"/>
                          <w:sz w:val="28"/>
                          <w:szCs w:val="36"/>
                          <w:lang w:eastAsia="ja-JP"/>
                        </w:rPr>
                        <w:t>大津町</w:t>
                      </w:r>
                      <w:r w:rsidRPr="002E38F3">
                        <w:rPr>
                          <w:color w:val="000000" w:themeColor="text1"/>
                          <w:sz w:val="28"/>
                          <w:szCs w:val="36"/>
                          <w:lang w:eastAsia="ja-JP"/>
                        </w:rPr>
                        <w:t>では、</w:t>
                      </w:r>
                      <w:r>
                        <w:rPr>
                          <w:rFonts w:hint="eastAsia"/>
                          <w:color w:val="000000" w:themeColor="text1"/>
                          <w:sz w:val="28"/>
                          <w:szCs w:val="36"/>
                          <w:lang w:eastAsia="ja-JP"/>
                        </w:rPr>
                        <w:t>「</w:t>
                      </w:r>
                      <w:r>
                        <w:rPr>
                          <w:color w:val="000000" w:themeColor="text1"/>
                          <w:sz w:val="28"/>
                          <w:szCs w:val="36"/>
                          <w:lang w:eastAsia="ja-JP"/>
                        </w:rPr>
                        <w:t>第８期大津町障</w:t>
                      </w:r>
                      <w:r w:rsidRPr="002E38F3">
                        <w:rPr>
                          <w:color w:val="000000" w:themeColor="text1"/>
                          <w:sz w:val="28"/>
                          <w:szCs w:val="36"/>
                          <w:lang w:eastAsia="ja-JP"/>
                        </w:rPr>
                        <w:t>がい</w:t>
                      </w:r>
                      <w:r>
                        <w:rPr>
                          <w:color w:val="000000" w:themeColor="text1"/>
                          <w:sz w:val="28"/>
                          <w:szCs w:val="36"/>
                          <w:lang w:eastAsia="ja-JP"/>
                        </w:rPr>
                        <w:t>福祉計画</w:t>
                      </w:r>
                      <w:r w:rsidRPr="002E38F3">
                        <w:rPr>
                          <w:color w:val="000000" w:themeColor="text1"/>
                          <w:sz w:val="28"/>
                          <w:szCs w:val="36"/>
                          <w:lang w:eastAsia="ja-JP"/>
                        </w:rPr>
                        <w:t>・</w:t>
                      </w:r>
                      <w:r>
                        <w:rPr>
                          <w:color w:val="000000" w:themeColor="text1"/>
                          <w:sz w:val="28"/>
                          <w:szCs w:val="36"/>
                          <w:lang w:eastAsia="ja-JP"/>
                        </w:rPr>
                        <w:t>第４期大津町障</w:t>
                      </w:r>
                      <w:r w:rsidRPr="002E38F3">
                        <w:rPr>
                          <w:color w:val="000000" w:themeColor="text1"/>
                          <w:sz w:val="28"/>
                          <w:szCs w:val="36"/>
                          <w:lang w:eastAsia="ja-JP"/>
                        </w:rPr>
                        <w:t>がい</w:t>
                      </w:r>
                      <w:r>
                        <w:rPr>
                          <w:color w:val="000000" w:themeColor="text1"/>
                          <w:sz w:val="28"/>
                          <w:szCs w:val="36"/>
                          <w:lang w:eastAsia="ja-JP"/>
                        </w:rPr>
                        <w:t>児福祉計画</w:t>
                      </w:r>
                      <w:r>
                        <w:rPr>
                          <w:rFonts w:hint="eastAsia"/>
                          <w:color w:val="000000" w:themeColor="text1"/>
                          <w:sz w:val="28"/>
                          <w:szCs w:val="36"/>
                          <w:lang w:eastAsia="ja-JP"/>
                        </w:rPr>
                        <w:t>」（</w:t>
                      </w:r>
                      <w:r>
                        <w:rPr>
                          <w:color w:val="000000" w:themeColor="text1"/>
                          <w:sz w:val="28"/>
                          <w:szCs w:val="36"/>
                          <w:lang w:eastAsia="ja-JP"/>
                        </w:rPr>
                        <w:t>計画期間</w:t>
                      </w:r>
                      <w:r>
                        <w:rPr>
                          <w:rFonts w:hint="eastAsia"/>
                          <w:color w:val="000000" w:themeColor="text1"/>
                          <w:sz w:val="28"/>
                          <w:szCs w:val="36"/>
                          <w:lang w:eastAsia="ja-JP"/>
                        </w:rPr>
                        <w:t>：</w:t>
                      </w:r>
                      <w:r>
                        <w:rPr>
                          <w:color w:val="000000" w:themeColor="text1"/>
                          <w:sz w:val="28"/>
                          <w:szCs w:val="36"/>
                          <w:lang w:eastAsia="ja-JP"/>
                        </w:rPr>
                        <w:t>令和９年度</w:t>
                      </w:r>
                      <w:r>
                        <w:rPr>
                          <w:rFonts w:hint="eastAsia"/>
                          <w:color w:val="000000" w:themeColor="text1"/>
                          <w:sz w:val="28"/>
                          <w:szCs w:val="36"/>
                          <w:lang w:eastAsia="ja-JP"/>
                        </w:rPr>
                        <w:t>～</w:t>
                      </w:r>
                      <w:r>
                        <w:rPr>
                          <w:color w:val="000000" w:themeColor="text1"/>
                          <w:sz w:val="28"/>
                          <w:szCs w:val="36"/>
                          <w:lang w:eastAsia="ja-JP"/>
                        </w:rPr>
                        <w:t>令和１１年度</w:t>
                      </w:r>
                      <w:r>
                        <w:rPr>
                          <w:rFonts w:hint="eastAsia"/>
                          <w:color w:val="000000" w:themeColor="text1"/>
                          <w:sz w:val="28"/>
                          <w:szCs w:val="36"/>
                          <w:lang w:eastAsia="ja-JP"/>
                        </w:rPr>
                        <w:t>）</w:t>
                      </w:r>
                      <w:r w:rsidRPr="002E38F3">
                        <w:rPr>
                          <w:color w:val="000000" w:themeColor="text1"/>
                          <w:sz w:val="28"/>
                          <w:szCs w:val="36"/>
                          <w:lang w:eastAsia="ja-JP"/>
                        </w:rPr>
                        <w:t>の</w:t>
                      </w:r>
                      <w:r>
                        <w:rPr>
                          <w:color w:val="000000" w:themeColor="text1"/>
                          <w:sz w:val="28"/>
                          <w:szCs w:val="36"/>
                          <w:lang w:eastAsia="ja-JP"/>
                        </w:rPr>
                        <w:t>策定</w:t>
                      </w:r>
                      <w:r w:rsidRPr="002E38F3">
                        <w:rPr>
                          <w:color w:val="000000" w:themeColor="text1"/>
                          <w:sz w:val="28"/>
                          <w:szCs w:val="36"/>
                          <w:lang w:eastAsia="ja-JP"/>
                        </w:rPr>
                        <w:t>に</w:t>
                      </w:r>
                      <w:r>
                        <w:rPr>
                          <w:color w:val="000000" w:themeColor="text1"/>
                          <w:sz w:val="28"/>
                          <w:szCs w:val="36"/>
                          <w:lang w:eastAsia="ja-JP"/>
                        </w:rPr>
                        <w:t>向け</w:t>
                      </w:r>
                      <w:r w:rsidRPr="002E38F3">
                        <w:rPr>
                          <w:color w:val="000000" w:themeColor="text1"/>
                          <w:sz w:val="28"/>
                          <w:szCs w:val="36"/>
                          <w:lang w:eastAsia="ja-JP"/>
                        </w:rPr>
                        <w:t>、</w:t>
                      </w:r>
                      <w:r>
                        <w:rPr>
                          <w:color w:val="000000" w:themeColor="text1"/>
                          <w:sz w:val="28"/>
                          <w:szCs w:val="36"/>
                          <w:lang w:eastAsia="ja-JP"/>
                        </w:rPr>
                        <w:t>障</w:t>
                      </w:r>
                      <w:r w:rsidRPr="002E38F3">
                        <w:rPr>
                          <w:color w:val="000000" w:themeColor="text1"/>
                          <w:sz w:val="28"/>
                          <w:szCs w:val="36"/>
                          <w:lang w:eastAsia="ja-JP"/>
                        </w:rPr>
                        <w:t>がいのある</w:t>
                      </w:r>
                      <w:r w:rsidR="00867ED7">
                        <w:rPr>
                          <w:rFonts w:hint="eastAsia"/>
                          <w:color w:val="000000" w:themeColor="text1"/>
                          <w:sz w:val="28"/>
                          <w:szCs w:val="36"/>
                          <w:lang w:eastAsia="ja-JP"/>
                        </w:rPr>
                        <w:t>人</w:t>
                      </w:r>
                      <w:r w:rsidRPr="002E38F3">
                        <w:rPr>
                          <w:color w:val="000000" w:themeColor="text1"/>
                          <w:sz w:val="28"/>
                          <w:szCs w:val="36"/>
                          <w:lang w:eastAsia="ja-JP"/>
                        </w:rPr>
                        <w:t>や</w:t>
                      </w:r>
                      <w:r>
                        <w:rPr>
                          <w:color w:val="000000" w:themeColor="text1"/>
                          <w:sz w:val="28"/>
                          <w:szCs w:val="36"/>
                          <w:lang w:eastAsia="ja-JP"/>
                        </w:rPr>
                        <w:t>ご家族等</w:t>
                      </w:r>
                      <w:r w:rsidRPr="002E38F3">
                        <w:rPr>
                          <w:color w:val="000000" w:themeColor="text1"/>
                          <w:sz w:val="28"/>
                          <w:szCs w:val="36"/>
                          <w:lang w:eastAsia="ja-JP"/>
                        </w:rPr>
                        <w:t>の</w:t>
                      </w:r>
                      <w:r>
                        <w:rPr>
                          <w:color w:val="000000" w:themeColor="text1"/>
                          <w:sz w:val="28"/>
                          <w:szCs w:val="36"/>
                          <w:lang w:eastAsia="ja-JP"/>
                        </w:rPr>
                        <w:t>生活状況</w:t>
                      </w:r>
                      <w:r w:rsidRPr="002E38F3">
                        <w:rPr>
                          <w:color w:val="000000" w:themeColor="text1"/>
                          <w:sz w:val="28"/>
                          <w:szCs w:val="36"/>
                          <w:lang w:eastAsia="ja-JP"/>
                        </w:rPr>
                        <w:t>、</w:t>
                      </w:r>
                      <w:r>
                        <w:rPr>
                          <w:color w:val="000000" w:themeColor="text1"/>
                          <w:sz w:val="28"/>
                          <w:szCs w:val="36"/>
                          <w:lang w:eastAsia="ja-JP"/>
                        </w:rPr>
                        <w:t>サービス利用</w:t>
                      </w:r>
                      <w:r w:rsidRPr="002E38F3">
                        <w:rPr>
                          <w:color w:val="000000" w:themeColor="text1"/>
                          <w:sz w:val="28"/>
                          <w:szCs w:val="36"/>
                          <w:lang w:eastAsia="ja-JP"/>
                        </w:rPr>
                        <w:t>、</w:t>
                      </w:r>
                      <w:r>
                        <w:rPr>
                          <w:color w:val="000000" w:themeColor="text1"/>
                          <w:sz w:val="28"/>
                          <w:szCs w:val="36"/>
                          <w:lang w:eastAsia="ja-JP"/>
                        </w:rPr>
                        <w:t>今後必要</w:t>
                      </w:r>
                      <w:r w:rsidRPr="002E38F3">
                        <w:rPr>
                          <w:color w:val="000000" w:themeColor="text1"/>
                          <w:sz w:val="28"/>
                          <w:szCs w:val="36"/>
                          <w:lang w:eastAsia="ja-JP"/>
                        </w:rPr>
                        <w:t>な</w:t>
                      </w:r>
                      <w:r>
                        <w:rPr>
                          <w:color w:val="000000" w:themeColor="text1"/>
                          <w:sz w:val="28"/>
                          <w:szCs w:val="36"/>
                          <w:lang w:eastAsia="ja-JP"/>
                        </w:rPr>
                        <w:t>支援</w:t>
                      </w:r>
                      <w:r w:rsidRPr="002E38F3">
                        <w:rPr>
                          <w:color w:val="000000" w:themeColor="text1"/>
                          <w:sz w:val="28"/>
                          <w:szCs w:val="36"/>
                          <w:lang w:eastAsia="ja-JP"/>
                        </w:rPr>
                        <w:t>について</w:t>
                      </w:r>
                      <w:r>
                        <w:rPr>
                          <w:color w:val="000000" w:themeColor="text1"/>
                          <w:sz w:val="28"/>
                          <w:szCs w:val="36"/>
                          <w:lang w:eastAsia="ja-JP"/>
                        </w:rPr>
                        <w:t>把握</w:t>
                      </w:r>
                      <w:r w:rsidRPr="002E38F3">
                        <w:rPr>
                          <w:color w:val="000000" w:themeColor="text1"/>
                          <w:sz w:val="28"/>
                          <w:szCs w:val="36"/>
                          <w:lang w:eastAsia="ja-JP"/>
                        </w:rPr>
                        <w:t>するため、</w:t>
                      </w:r>
                      <w:r>
                        <w:rPr>
                          <w:color w:val="000000" w:themeColor="text1"/>
                          <w:sz w:val="28"/>
                          <w:szCs w:val="36"/>
                          <w:lang w:eastAsia="ja-JP"/>
                        </w:rPr>
                        <w:t>アンケート調査</w:t>
                      </w:r>
                      <w:r w:rsidRPr="002E38F3">
                        <w:rPr>
                          <w:color w:val="000000" w:themeColor="text1"/>
                          <w:sz w:val="28"/>
                          <w:szCs w:val="36"/>
                          <w:lang w:eastAsia="ja-JP"/>
                        </w:rPr>
                        <w:t>を</w:t>
                      </w:r>
                      <w:r>
                        <w:rPr>
                          <w:color w:val="000000" w:themeColor="text1"/>
                          <w:sz w:val="28"/>
                          <w:szCs w:val="36"/>
                          <w:lang w:eastAsia="ja-JP"/>
                        </w:rPr>
                        <w:t>実施</w:t>
                      </w:r>
                      <w:r w:rsidRPr="002E38F3">
                        <w:rPr>
                          <w:color w:val="000000" w:themeColor="text1"/>
                          <w:sz w:val="28"/>
                          <w:szCs w:val="36"/>
                          <w:lang w:eastAsia="ja-JP"/>
                        </w:rPr>
                        <w:t>します</w:t>
                      </w:r>
                      <w:r>
                        <w:rPr>
                          <w:rFonts w:hint="eastAsia"/>
                          <w:color w:val="000000" w:themeColor="text1"/>
                          <w:sz w:val="28"/>
                          <w:szCs w:val="36"/>
                          <w:lang w:eastAsia="ja-JP"/>
                        </w:rPr>
                        <w:t>。みなさまの</w:t>
                      </w:r>
                      <w:r>
                        <w:rPr>
                          <w:color w:val="000000" w:themeColor="text1"/>
                          <w:sz w:val="28"/>
                          <w:szCs w:val="36"/>
                          <w:lang w:eastAsia="ja-JP"/>
                        </w:rPr>
                        <w:t>ご協力</w:t>
                      </w:r>
                      <w:r w:rsidRPr="002E38F3">
                        <w:rPr>
                          <w:rFonts w:hint="eastAsia"/>
                          <w:color w:val="000000" w:themeColor="text1"/>
                          <w:sz w:val="28"/>
                          <w:szCs w:val="36"/>
                          <w:lang w:eastAsia="ja-JP"/>
                        </w:rPr>
                        <w:t>を</w:t>
                      </w:r>
                      <w:r>
                        <w:rPr>
                          <w:color w:val="000000" w:themeColor="text1"/>
                          <w:sz w:val="28"/>
                          <w:szCs w:val="36"/>
                          <w:lang w:eastAsia="ja-JP"/>
                        </w:rPr>
                        <w:t>お願い</w:t>
                      </w:r>
                      <w:r w:rsidRPr="002E38F3">
                        <w:rPr>
                          <w:rFonts w:hint="eastAsia"/>
                          <w:color w:val="000000" w:themeColor="text1"/>
                          <w:sz w:val="28"/>
                          <w:szCs w:val="36"/>
                          <w:lang w:eastAsia="ja-JP"/>
                        </w:rPr>
                        <w:t>します。</w:t>
                      </w:r>
                    </w:p>
                    <w:p w14:paraId="704AF540" w14:textId="77777777" w:rsidR="00031142" w:rsidRPr="002E38F3" w:rsidRDefault="00031142" w:rsidP="00031142">
                      <w:pPr>
                        <w:spacing w:before="240" w:after="0" w:line="0" w:lineRule="atLeast"/>
                        <w:rPr>
                          <w:b/>
                          <w:bCs/>
                          <w:color w:val="000000" w:themeColor="text1"/>
                          <w:sz w:val="28"/>
                          <w:szCs w:val="36"/>
                          <w:lang w:eastAsia="ja-JP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36"/>
                          <w:szCs w:val="44"/>
                          <w:bdr w:val="single" w:sz="4" w:space="0" w:color="auto"/>
                          <w:lang w:eastAsia="ja-JP"/>
                        </w:rPr>
                        <w:t>回答方法</w:t>
                      </w:r>
                      <w:r w:rsidRPr="002E38F3">
                        <w:rPr>
                          <w:rFonts w:hint="eastAsia"/>
                          <w:b/>
                          <w:bCs/>
                          <w:color w:val="000000" w:themeColor="text1"/>
                          <w:sz w:val="28"/>
                          <w:szCs w:val="36"/>
                          <w:lang w:eastAsia="ja-JP"/>
                        </w:rPr>
                        <w:t>（</w:t>
                      </w:r>
                      <w:r>
                        <w:rPr>
                          <w:rFonts w:hint="eastAsia"/>
                          <w:b/>
                          <w:bCs/>
                          <w:color w:val="000000" w:themeColor="text1"/>
                          <w:sz w:val="28"/>
                          <w:szCs w:val="36"/>
                          <w:lang w:eastAsia="ja-JP"/>
                        </w:rPr>
                        <w:t>①～③</w:t>
                      </w:r>
                      <w:r w:rsidRPr="002E38F3">
                        <w:rPr>
                          <w:rFonts w:hint="eastAsia"/>
                          <w:b/>
                          <w:bCs/>
                          <w:color w:val="000000" w:themeColor="text1"/>
                          <w:sz w:val="28"/>
                          <w:szCs w:val="36"/>
                          <w:lang w:eastAsia="ja-JP"/>
                        </w:rPr>
                        <w:t>どれか１つの</w:t>
                      </w:r>
                      <w:r>
                        <w:rPr>
                          <w:b/>
                          <w:bCs/>
                          <w:color w:val="000000" w:themeColor="text1"/>
                          <w:sz w:val="28"/>
                          <w:szCs w:val="36"/>
                          <w:lang w:eastAsia="ja-JP"/>
                        </w:rPr>
                        <w:t>方法</w:t>
                      </w:r>
                      <w:r w:rsidRPr="002E38F3">
                        <w:rPr>
                          <w:rFonts w:hint="eastAsia"/>
                          <w:b/>
                          <w:bCs/>
                          <w:color w:val="000000" w:themeColor="text1"/>
                          <w:sz w:val="28"/>
                          <w:szCs w:val="36"/>
                          <w:lang w:eastAsia="ja-JP"/>
                        </w:rPr>
                        <w:t>でご</w:t>
                      </w:r>
                      <w:r>
                        <w:rPr>
                          <w:b/>
                          <w:bCs/>
                          <w:color w:val="000000" w:themeColor="text1"/>
                          <w:sz w:val="28"/>
                          <w:szCs w:val="36"/>
                          <w:lang w:eastAsia="ja-JP"/>
                        </w:rPr>
                        <w:t>回答</w:t>
                      </w:r>
                      <w:r w:rsidRPr="002E38F3">
                        <w:rPr>
                          <w:rFonts w:hint="eastAsia"/>
                          <w:b/>
                          <w:bCs/>
                          <w:color w:val="000000" w:themeColor="text1"/>
                          <w:sz w:val="28"/>
                          <w:szCs w:val="36"/>
                          <w:lang w:eastAsia="ja-JP"/>
                        </w:rPr>
                        <w:t>ください）</w:t>
                      </w:r>
                    </w:p>
                    <w:p w14:paraId="06AF8520" w14:textId="77777777" w:rsidR="00031142" w:rsidRPr="002E38F3" w:rsidRDefault="00031142" w:rsidP="00031142">
                      <w:pPr>
                        <w:spacing w:after="0" w:line="0" w:lineRule="atLeast"/>
                        <w:ind w:firstLineChars="100" w:firstLine="360"/>
                        <w:rPr>
                          <w:b/>
                          <w:bCs/>
                          <w:color w:val="000000" w:themeColor="text1"/>
                          <w:sz w:val="28"/>
                          <w:szCs w:val="36"/>
                          <w:lang w:eastAsia="ja-JP"/>
                        </w:rPr>
                      </w:pPr>
                      <w:r w:rsidRPr="009060D5">
                        <w:rPr>
                          <w:rFonts w:hint="eastAsia"/>
                          <w:b/>
                          <w:bCs/>
                          <w:color w:val="000000" w:themeColor="text1"/>
                          <w:sz w:val="36"/>
                          <w:szCs w:val="44"/>
                          <w:lang w:eastAsia="ja-JP"/>
                        </w:rPr>
                        <w:t>①</w:t>
                      </w:r>
                      <w:r>
                        <w:rPr>
                          <w:b/>
                          <w:bCs/>
                          <w:color w:val="000000" w:themeColor="text1"/>
                          <w:sz w:val="36"/>
                          <w:szCs w:val="44"/>
                          <w:lang w:eastAsia="ja-JP"/>
                        </w:rPr>
                        <w:t>紙面</w:t>
                      </w:r>
                      <w:r w:rsidRPr="009060D5">
                        <w:rPr>
                          <w:rFonts w:hint="eastAsia"/>
                          <w:b/>
                          <w:bCs/>
                          <w:color w:val="000000" w:themeColor="text1"/>
                          <w:sz w:val="36"/>
                          <w:szCs w:val="44"/>
                          <w:lang w:eastAsia="ja-JP"/>
                        </w:rPr>
                        <w:t>による</w:t>
                      </w:r>
                      <w:r>
                        <w:rPr>
                          <w:b/>
                          <w:bCs/>
                          <w:color w:val="000000" w:themeColor="text1"/>
                          <w:sz w:val="36"/>
                          <w:szCs w:val="44"/>
                          <w:lang w:eastAsia="ja-JP"/>
                        </w:rPr>
                        <w:t>回答</w:t>
                      </w:r>
                    </w:p>
                    <w:p w14:paraId="1692CD42" w14:textId="77777777" w:rsidR="00031142" w:rsidRDefault="00031142" w:rsidP="00031142">
                      <w:pPr>
                        <w:spacing w:after="0" w:line="0" w:lineRule="atLeast"/>
                        <w:ind w:firstLineChars="200" w:firstLine="560"/>
                        <w:rPr>
                          <w:color w:val="000000" w:themeColor="text1"/>
                          <w:sz w:val="28"/>
                          <w:szCs w:val="36"/>
                          <w:lang w:eastAsia="ja-JP"/>
                        </w:rPr>
                      </w:pPr>
                      <w:r w:rsidRPr="002E38F3">
                        <w:rPr>
                          <w:rFonts w:hint="eastAsia"/>
                          <w:color w:val="000000" w:themeColor="text1"/>
                          <w:sz w:val="28"/>
                          <w:szCs w:val="36"/>
                          <w:lang w:eastAsia="ja-JP"/>
                        </w:rPr>
                        <w:t>この</w:t>
                      </w:r>
                      <w:r>
                        <w:rPr>
                          <w:color w:val="000000" w:themeColor="text1"/>
                          <w:sz w:val="28"/>
                          <w:szCs w:val="36"/>
                          <w:lang w:eastAsia="ja-JP"/>
                        </w:rPr>
                        <w:t>回答用紙</w:t>
                      </w:r>
                      <w:r w:rsidRPr="002E38F3">
                        <w:rPr>
                          <w:rFonts w:hint="eastAsia"/>
                          <w:color w:val="000000" w:themeColor="text1"/>
                          <w:sz w:val="28"/>
                          <w:szCs w:val="36"/>
                          <w:lang w:eastAsia="ja-JP"/>
                        </w:rPr>
                        <w:t>を</w:t>
                      </w:r>
                      <w:r>
                        <w:rPr>
                          <w:color w:val="000000" w:themeColor="text1"/>
                          <w:sz w:val="28"/>
                          <w:szCs w:val="36"/>
                          <w:lang w:eastAsia="ja-JP"/>
                        </w:rPr>
                        <w:t>大津町役場福祉課</w:t>
                      </w:r>
                      <w:r w:rsidRPr="002E38F3">
                        <w:rPr>
                          <w:rFonts w:hint="eastAsia"/>
                          <w:color w:val="000000" w:themeColor="text1"/>
                          <w:sz w:val="28"/>
                          <w:szCs w:val="36"/>
                          <w:lang w:eastAsia="ja-JP"/>
                        </w:rPr>
                        <w:t>まで</w:t>
                      </w:r>
                      <w:r>
                        <w:rPr>
                          <w:color w:val="000000" w:themeColor="text1"/>
                          <w:sz w:val="28"/>
                          <w:szCs w:val="36"/>
                          <w:lang w:eastAsia="ja-JP"/>
                        </w:rPr>
                        <w:t>ご提出</w:t>
                      </w:r>
                      <w:r>
                        <w:rPr>
                          <w:rFonts w:hint="eastAsia"/>
                          <w:color w:val="000000" w:themeColor="text1"/>
                          <w:sz w:val="28"/>
                          <w:szCs w:val="36"/>
                          <w:lang w:eastAsia="ja-JP"/>
                        </w:rPr>
                        <w:t>ください。</w:t>
                      </w:r>
                      <w:r w:rsidRPr="002E38F3">
                        <w:rPr>
                          <w:rFonts w:hint="eastAsia"/>
                          <w:color w:val="000000" w:themeColor="text1"/>
                          <w:sz w:val="28"/>
                          <w:szCs w:val="36"/>
                          <w:lang w:eastAsia="ja-JP"/>
                        </w:rPr>
                        <w:t>（</w:t>
                      </w:r>
                      <w:r>
                        <w:rPr>
                          <w:color w:val="000000" w:themeColor="text1"/>
                          <w:sz w:val="28"/>
                          <w:szCs w:val="36"/>
                          <w:lang w:eastAsia="ja-JP"/>
                        </w:rPr>
                        <w:t>持参又</w:t>
                      </w:r>
                      <w:r w:rsidRPr="002E38F3">
                        <w:rPr>
                          <w:rFonts w:hint="eastAsia"/>
                          <w:color w:val="000000" w:themeColor="text1"/>
                          <w:sz w:val="28"/>
                          <w:szCs w:val="36"/>
                          <w:lang w:eastAsia="ja-JP"/>
                        </w:rPr>
                        <w:t>は</w:t>
                      </w:r>
                      <w:r>
                        <w:rPr>
                          <w:color w:val="000000" w:themeColor="text1"/>
                          <w:sz w:val="28"/>
                          <w:szCs w:val="36"/>
                          <w:lang w:eastAsia="ja-JP"/>
                        </w:rPr>
                        <w:t>郵送可</w:t>
                      </w:r>
                      <w:r w:rsidRPr="002E38F3">
                        <w:rPr>
                          <w:rFonts w:hint="eastAsia"/>
                          <w:color w:val="000000" w:themeColor="text1"/>
                          <w:sz w:val="28"/>
                          <w:szCs w:val="36"/>
                          <w:lang w:eastAsia="ja-JP"/>
                        </w:rPr>
                        <w:t>）</w:t>
                      </w:r>
                    </w:p>
                    <w:p w14:paraId="18D90C09" w14:textId="77777777" w:rsidR="00031142" w:rsidRDefault="00031142" w:rsidP="00031142">
                      <w:pPr>
                        <w:spacing w:after="0" w:line="0" w:lineRule="atLeast"/>
                        <w:ind w:firstLineChars="200" w:firstLine="560"/>
                        <w:rPr>
                          <w:color w:val="000000" w:themeColor="text1"/>
                          <w:sz w:val="28"/>
                          <w:szCs w:val="36"/>
                          <w:lang w:eastAsia="ja-JP"/>
                        </w:rPr>
                      </w:pPr>
                    </w:p>
                    <w:p w14:paraId="59AF6B71" w14:textId="77777777" w:rsidR="00031142" w:rsidRDefault="00031142" w:rsidP="00031142">
                      <w:pPr>
                        <w:spacing w:after="0" w:line="0" w:lineRule="atLeast"/>
                        <w:ind w:firstLineChars="100" w:firstLine="360"/>
                        <w:rPr>
                          <w:b/>
                          <w:bCs/>
                          <w:color w:val="000000" w:themeColor="text1"/>
                          <w:sz w:val="28"/>
                          <w:szCs w:val="36"/>
                          <w:lang w:eastAsia="ja-JP"/>
                        </w:rPr>
                      </w:pPr>
                      <w:r w:rsidRPr="009060D5">
                        <w:rPr>
                          <w:rFonts w:hint="eastAsia"/>
                          <w:b/>
                          <w:bCs/>
                          <w:color w:val="000000" w:themeColor="text1"/>
                          <w:sz w:val="36"/>
                          <w:szCs w:val="44"/>
                          <w:lang w:eastAsia="ja-JP"/>
                        </w:rPr>
                        <w:t>②</w:t>
                      </w:r>
                      <w:r>
                        <w:rPr>
                          <w:b/>
                          <w:bCs/>
                          <w:color w:val="000000" w:themeColor="text1"/>
                          <w:sz w:val="36"/>
                          <w:szCs w:val="44"/>
                          <w:lang w:eastAsia="ja-JP"/>
                        </w:rPr>
                        <w:t>回答</w:t>
                      </w:r>
                      <w:r w:rsidRPr="009060D5">
                        <w:rPr>
                          <w:rFonts w:hint="eastAsia"/>
                          <w:b/>
                          <w:bCs/>
                          <w:color w:val="000000" w:themeColor="text1"/>
                          <w:sz w:val="36"/>
                          <w:szCs w:val="44"/>
                          <w:lang w:eastAsia="ja-JP"/>
                        </w:rPr>
                        <w:t>フォームによる</w:t>
                      </w:r>
                      <w:r>
                        <w:rPr>
                          <w:b/>
                          <w:bCs/>
                          <w:color w:val="000000" w:themeColor="text1"/>
                          <w:sz w:val="36"/>
                          <w:szCs w:val="44"/>
                          <w:lang w:eastAsia="ja-JP"/>
                        </w:rPr>
                        <w:t>回答</w:t>
                      </w:r>
                    </w:p>
                    <w:p w14:paraId="39B9B467" w14:textId="77777777" w:rsidR="00031142" w:rsidRDefault="00031142" w:rsidP="00031142">
                      <w:pPr>
                        <w:spacing w:after="0" w:line="0" w:lineRule="atLeast"/>
                        <w:rPr>
                          <w:color w:val="000000" w:themeColor="text1"/>
                          <w:sz w:val="28"/>
                          <w:szCs w:val="36"/>
                          <w:lang w:eastAsia="ja-JP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000000" w:themeColor="text1"/>
                          <w:sz w:val="28"/>
                          <w:szCs w:val="36"/>
                          <w:lang w:eastAsia="ja-JP"/>
                        </w:rPr>
                        <w:t xml:space="preserve">　　</w:t>
                      </w:r>
                      <w:r>
                        <w:rPr>
                          <w:rFonts w:hint="eastAsia"/>
                          <w:color w:val="000000" w:themeColor="text1"/>
                          <w:sz w:val="28"/>
                          <w:szCs w:val="36"/>
                          <w:lang w:eastAsia="ja-JP"/>
                        </w:rPr>
                        <w:t>インターネット上の</w:t>
                      </w:r>
                      <w:r>
                        <w:rPr>
                          <w:color w:val="000000" w:themeColor="text1"/>
                          <w:sz w:val="28"/>
                          <w:szCs w:val="36"/>
                          <w:lang w:eastAsia="ja-JP"/>
                        </w:rPr>
                        <w:t>回答</w:t>
                      </w:r>
                      <w:r>
                        <w:rPr>
                          <w:rFonts w:hint="eastAsia"/>
                          <w:color w:val="000000" w:themeColor="text1"/>
                          <w:sz w:val="28"/>
                          <w:szCs w:val="36"/>
                          <w:lang w:eastAsia="ja-JP"/>
                        </w:rPr>
                        <w:t>フォームにて</w:t>
                      </w:r>
                      <w:r>
                        <w:rPr>
                          <w:color w:val="000000" w:themeColor="text1"/>
                          <w:sz w:val="28"/>
                          <w:szCs w:val="36"/>
                          <w:lang w:eastAsia="ja-JP"/>
                        </w:rPr>
                        <w:t>回答</w:t>
                      </w:r>
                      <w:r>
                        <w:rPr>
                          <w:rFonts w:hint="eastAsia"/>
                          <w:color w:val="000000" w:themeColor="text1"/>
                          <w:sz w:val="28"/>
                          <w:szCs w:val="36"/>
                          <w:lang w:eastAsia="ja-JP"/>
                        </w:rPr>
                        <w:t>できます。</w:t>
                      </w:r>
                    </w:p>
                    <w:p w14:paraId="244AB1E8" w14:textId="77777777" w:rsidR="00031142" w:rsidRDefault="00031142" w:rsidP="00031142">
                      <w:pPr>
                        <w:spacing w:after="0" w:line="0" w:lineRule="atLeast"/>
                        <w:rPr>
                          <w:color w:val="000000" w:themeColor="text1"/>
                          <w:sz w:val="28"/>
                          <w:szCs w:val="36"/>
                          <w:lang w:eastAsia="ja-JP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sz w:val="28"/>
                          <w:szCs w:val="36"/>
                          <w:lang w:eastAsia="ja-JP"/>
                        </w:rPr>
                        <w:t xml:space="preserve">　　</w:t>
                      </w:r>
                      <w:r>
                        <w:rPr>
                          <w:color w:val="000000" w:themeColor="text1"/>
                          <w:sz w:val="28"/>
                          <w:szCs w:val="36"/>
                          <w:lang w:eastAsia="ja-JP"/>
                        </w:rPr>
                        <w:t>右</w:t>
                      </w:r>
                      <w:r>
                        <w:rPr>
                          <w:rFonts w:hint="eastAsia"/>
                          <w:color w:val="000000" w:themeColor="text1"/>
                          <w:sz w:val="28"/>
                          <w:szCs w:val="36"/>
                          <w:lang w:eastAsia="ja-JP"/>
                        </w:rPr>
                        <w:t>の</w:t>
                      </w:r>
                      <w:r>
                        <w:rPr>
                          <w:color w:val="000000" w:themeColor="text1"/>
                          <w:sz w:val="28"/>
                          <w:szCs w:val="36"/>
                          <w:lang w:eastAsia="ja-JP"/>
                        </w:rPr>
                        <w:t>QRコード</w:t>
                      </w:r>
                      <w:r>
                        <w:rPr>
                          <w:rFonts w:hint="eastAsia"/>
                          <w:color w:val="000000" w:themeColor="text1"/>
                          <w:sz w:val="28"/>
                          <w:szCs w:val="36"/>
                          <w:lang w:eastAsia="ja-JP"/>
                        </w:rPr>
                        <w:t>を</w:t>
                      </w:r>
                      <w:r>
                        <w:rPr>
                          <w:color w:val="000000" w:themeColor="text1"/>
                          <w:sz w:val="28"/>
                          <w:szCs w:val="36"/>
                          <w:lang w:eastAsia="ja-JP"/>
                        </w:rPr>
                        <w:t>読み込ませて回答</w:t>
                      </w:r>
                      <w:r>
                        <w:rPr>
                          <w:rFonts w:hint="eastAsia"/>
                          <w:color w:val="000000" w:themeColor="text1"/>
                          <w:sz w:val="28"/>
                          <w:szCs w:val="36"/>
                          <w:lang w:eastAsia="ja-JP"/>
                        </w:rPr>
                        <w:t>してください。</w:t>
                      </w:r>
                    </w:p>
                    <w:p w14:paraId="6097C6A1" w14:textId="77777777" w:rsidR="00031142" w:rsidRPr="002E38F3" w:rsidRDefault="00031142" w:rsidP="00031142">
                      <w:pPr>
                        <w:spacing w:after="0" w:line="0" w:lineRule="atLeast"/>
                        <w:rPr>
                          <w:color w:val="000000" w:themeColor="text1"/>
                          <w:sz w:val="28"/>
                          <w:szCs w:val="36"/>
                          <w:lang w:eastAsia="ja-JP"/>
                        </w:rPr>
                      </w:pPr>
                    </w:p>
                    <w:p w14:paraId="39ABF4EA" w14:textId="77777777" w:rsidR="00031142" w:rsidRPr="002E38F3" w:rsidRDefault="00031142" w:rsidP="00031142">
                      <w:pPr>
                        <w:spacing w:after="0" w:line="0" w:lineRule="atLeast"/>
                        <w:ind w:firstLineChars="100" w:firstLine="360"/>
                        <w:rPr>
                          <w:b/>
                          <w:bCs/>
                          <w:color w:val="000000" w:themeColor="text1"/>
                          <w:sz w:val="28"/>
                          <w:szCs w:val="36"/>
                          <w:lang w:eastAsia="ja-JP"/>
                        </w:rPr>
                      </w:pPr>
                      <w:r w:rsidRPr="009060D5">
                        <w:rPr>
                          <w:rFonts w:hint="eastAsia"/>
                          <w:b/>
                          <w:bCs/>
                          <w:color w:val="000000" w:themeColor="text1"/>
                          <w:sz w:val="36"/>
                          <w:szCs w:val="44"/>
                          <w:lang w:eastAsia="ja-JP"/>
                        </w:rPr>
                        <w:t>③メール</w:t>
                      </w:r>
                      <w:r>
                        <w:rPr>
                          <w:rFonts w:hint="eastAsia"/>
                          <w:b/>
                          <w:bCs/>
                          <w:color w:val="000000" w:themeColor="text1"/>
                          <w:sz w:val="36"/>
                          <w:szCs w:val="44"/>
                          <w:lang w:eastAsia="ja-JP"/>
                        </w:rPr>
                        <w:t>・</w:t>
                      </w:r>
                      <w:r>
                        <w:rPr>
                          <w:b/>
                          <w:bCs/>
                          <w:color w:val="000000" w:themeColor="text1"/>
                          <w:sz w:val="36"/>
                          <w:szCs w:val="44"/>
                          <w:lang w:eastAsia="ja-JP"/>
                        </w:rPr>
                        <w:t>FAX</w:t>
                      </w:r>
                      <w:r w:rsidRPr="009060D5">
                        <w:rPr>
                          <w:rFonts w:hint="eastAsia"/>
                          <w:b/>
                          <w:bCs/>
                          <w:color w:val="000000" w:themeColor="text1"/>
                          <w:sz w:val="36"/>
                          <w:szCs w:val="44"/>
                          <w:lang w:eastAsia="ja-JP"/>
                        </w:rPr>
                        <w:t>による</w:t>
                      </w:r>
                      <w:r>
                        <w:rPr>
                          <w:b/>
                          <w:bCs/>
                          <w:color w:val="000000" w:themeColor="text1"/>
                          <w:sz w:val="36"/>
                          <w:szCs w:val="44"/>
                          <w:lang w:eastAsia="ja-JP"/>
                        </w:rPr>
                        <w:t>回答</w:t>
                      </w:r>
                    </w:p>
                    <w:p w14:paraId="3754EAB6" w14:textId="23F100E9" w:rsidR="00993C3E" w:rsidRDefault="00031142" w:rsidP="00993C3E">
                      <w:pPr>
                        <w:pStyle w:val="Web"/>
                      </w:pPr>
                      <w:r>
                        <w:rPr>
                          <w:color w:val="000000" w:themeColor="text1"/>
                          <w:sz w:val="28"/>
                          <w:szCs w:val="36"/>
                        </w:rPr>
                        <w:t>回答用紙</w:t>
                      </w:r>
                      <w:r w:rsidRPr="002E38F3">
                        <w:rPr>
                          <w:rFonts w:hint="eastAsia"/>
                          <w:color w:val="000000" w:themeColor="text1"/>
                          <w:sz w:val="28"/>
                          <w:szCs w:val="36"/>
                        </w:rPr>
                        <w:t>を</w:t>
                      </w:r>
                      <w:r>
                        <w:rPr>
                          <w:color w:val="000000" w:themeColor="text1"/>
                          <w:sz w:val="28"/>
                          <w:szCs w:val="36"/>
                        </w:rPr>
                        <w:t>町</w:t>
                      </w:r>
                      <w:r w:rsidRPr="002E38F3">
                        <w:rPr>
                          <w:rFonts w:hint="eastAsia"/>
                          <w:color w:val="000000" w:themeColor="text1"/>
                          <w:sz w:val="28"/>
                          <w:szCs w:val="36"/>
                        </w:rPr>
                        <w:t>ホームページからダウンロードして</w:t>
                      </w:r>
                    </w:p>
                    <w:p w14:paraId="14DF9A77" w14:textId="4FBD281A" w:rsidR="00031142" w:rsidRDefault="00031142" w:rsidP="00031142">
                      <w:pPr>
                        <w:spacing w:after="0" w:line="0" w:lineRule="atLeast"/>
                        <w:ind w:leftChars="283" w:left="567" w:hanging="1"/>
                        <w:rPr>
                          <w:color w:val="000000" w:themeColor="text1"/>
                          <w:sz w:val="28"/>
                          <w:szCs w:val="36"/>
                          <w:lang w:eastAsia="ja-JP"/>
                        </w:rPr>
                      </w:pPr>
                      <w:r w:rsidRPr="002E38F3">
                        <w:rPr>
                          <w:rFonts w:hint="eastAsia"/>
                          <w:color w:val="000000" w:themeColor="text1"/>
                          <w:sz w:val="28"/>
                          <w:szCs w:val="36"/>
                          <w:lang w:eastAsia="ja-JP"/>
                        </w:rPr>
                        <w:t>、</w:t>
                      </w:r>
                    </w:p>
                    <w:p w14:paraId="61357875" w14:textId="77777777" w:rsidR="00031142" w:rsidRDefault="00031142" w:rsidP="00031142">
                      <w:pPr>
                        <w:spacing w:after="0" w:line="0" w:lineRule="atLeast"/>
                        <w:ind w:leftChars="283" w:left="567" w:hanging="1"/>
                        <w:rPr>
                          <w:color w:val="000000" w:themeColor="text1"/>
                          <w:sz w:val="28"/>
                          <w:szCs w:val="36"/>
                          <w:lang w:eastAsia="ja-JP"/>
                        </w:rPr>
                      </w:pPr>
                      <w:r>
                        <w:rPr>
                          <w:color w:val="000000" w:themeColor="text1"/>
                          <w:sz w:val="28"/>
                          <w:szCs w:val="36"/>
                          <w:lang w:eastAsia="ja-JP"/>
                        </w:rPr>
                        <w:t>問</w:t>
                      </w:r>
                      <w:r w:rsidRPr="002E38F3">
                        <w:rPr>
                          <w:rFonts w:hint="eastAsia"/>
                          <w:color w:val="000000" w:themeColor="text1"/>
                          <w:sz w:val="28"/>
                          <w:szCs w:val="36"/>
                          <w:lang w:eastAsia="ja-JP"/>
                        </w:rPr>
                        <w:t>い</w:t>
                      </w:r>
                      <w:r>
                        <w:rPr>
                          <w:color w:val="000000" w:themeColor="text1"/>
                          <w:sz w:val="28"/>
                          <w:szCs w:val="36"/>
                          <w:lang w:eastAsia="ja-JP"/>
                        </w:rPr>
                        <w:t>合</w:t>
                      </w:r>
                      <w:r w:rsidRPr="002E38F3">
                        <w:rPr>
                          <w:rFonts w:hint="eastAsia"/>
                          <w:color w:val="000000" w:themeColor="text1"/>
                          <w:sz w:val="28"/>
                          <w:szCs w:val="36"/>
                          <w:lang w:eastAsia="ja-JP"/>
                        </w:rPr>
                        <w:t>わせ</w:t>
                      </w:r>
                      <w:r>
                        <w:rPr>
                          <w:color w:val="000000" w:themeColor="text1"/>
                          <w:sz w:val="28"/>
                          <w:szCs w:val="36"/>
                          <w:lang w:eastAsia="ja-JP"/>
                        </w:rPr>
                        <w:t>先</w:t>
                      </w:r>
                      <w:r w:rsidRPr="002E38F3">
                        <w:rPr>
                          <w:rFonts w:hint="eastAsia"/>
                          <w:color w:val="000000" w:themeColor="text1"/>
                          <w:sz w:val="28"/>
                          <w:szCs w:val="36"/>
                          <w:lang w:eastAsia="ja-JP"/>
                        </w:rPr>
                        <w:t>のメールアドレス</w:t>
                      </w:r>
                      <w:r>
                        <w:rPr>
                          <w:rFonts w:hint="eastAsia"/>
                          <w:color w:val="000000" w:themeColor="text1"/>
                          <w:sz w:val="28"/>
                          <w:szCs w:val="36"/>
                          <w:lang w:eastAsia="ja-JP"/>
                        </w:rPr>
                        <w:t>・</w:t>
                      </w:r>
                      <w:r>
                        <w:rPr>
                          <w:color w:val="000000" w:themeColor="text1"/>
                          <w:sz w:val="28"/>
                          <w:szCs w:val="36"/>
                          <w:lang w:eastAsia="ja-JP"/>
                        </w:rPr>
                        <w:t>FAX</w:t>
                      </w:r>
                      <w:r w:rsidRPr="002E38F3">
                        <w:rPr>
                          <w:rFonts w:hint="eastAsia"/>
                          <w:color w:val="000000" w:themeColor="text1"/>
                          <w:sz w:val="28"/>
                          <w:szCs w:val="36"/>
                          <w:lang w:eastAsia="ja-JP"/>
                        </w:rPr>
                        <w:t>へ</w:t>
                      </w:r>
                      <w:r>
                        <w:rPr>
                          <w:color w:val="000000" w:themeColor="text1"/>
                          <w:sz w:val="28"/>
                          <w:szCs w:val="36"/>
                          <w:lang w:eastAsia="ja-JP"/>
                        </w:rPr>
                        <w:t>送信</w:t>
                      </w:r>
                      <w:r w:rsidRPr="002E38F3">
                        <w:rPr>
                          <w:rFonts w:hint="eastAsia"/>
                          <w:color w:val="000000" w:themeColor="text1"/>
                          <w:sz w:val="28"/>
                          <w:szCs w:val="36"/>
                          <w:lang w:eastAsia="ja-JP"/>
                        </w:rPr>
                        <w:t>してくだ</w:t>
                      </w:r>
                    </w:p>
                    <w:p w14:paraId="5B5B074E" w14:textId="77777777" w:rsidR="00031142" w:rsidRDefault="00031142" w:rsidP="00031142">
                      <w:pPr>
                        <w:spacing w:after="0" w:line="0" w:lineRule="atLeast"/>
                        <w:ind w:leftChars="283" w:left="567" w:hanging="1"/>
                        <w:rPr>
                          <w:color w:val="000000" w:themeColor="text1"/>
                          <w:sz w:val="28"/>
                          <w:szCs w:val="36"/>
                          <w:lang w:eastAsia="ja-JP"/>
                        </w:rPr>
                      </w:pPr>
                      <w:r w:rsidRPr="002E38F3">
                        <w:rPr>
                          <w:rFonts w:hint="eastAsia"/>
                          <w:color w:val="000000" w:themeColor="text1"/>
                          <w:sz w:val="28"/>
                          <w:szCs w:val="36"/>
                          <w:lang w:eastAsia="ja-JP"/>
                        </w:rPr>
                        <w:t>さい。</w:t>
                      </w:r>
                      <w:r>
                        <w:rPr>
                          <w:color w:val="000000" w:themeColor="text1"/>
                          <w:sz w:val="28"/>
                          <w:szCs w:val="36"/>
                          <w:lang w:eastAsia="ja-JP"/>
                        </w:rPr>
                        <w:t>回答用紙</w:t>
                      </w:r>
                      <w:r>
                        <w:rPr>
                          <w:rFonts w:hint="eastAsia"/>
                          <w:color w:val="000000" w:themeColor="text1"/>
                          <w:sz w:val="28"/>
                          <w:szCs w:val="36"/>
                          <w:lang w:eastAsia="ja-JP"/>
                        </w:rPr>
                        <w:t>を</w:t>
                      </w:r>
                      <w:r>
                        <w:rPr>
                          <w:color w:val="000000" w:themeColor="text1"/>
                          <w:sz w:val="28"/>
                          <w:szCs w:val="36"/>
                          <w:lang w:eastAsia="ja-JP"/>
                        </w:rPr>
                        <w:t>写真</w:t>
                      </w:r>
                      <w:r w:rsidRPr="002E38F3">
                        <w:rPr>
                          <w:rFonts w:hint="eastAsia"/>
                          <w:color w:val="000000" w:themeColor="text1"/>
                          <w:sz w:val="28"/>
                          <w:szCs w:val="36"/>
                          <w:lang w:eastAsia="ja-JP"/>
                        </w:rPr>
                        <w:t>・</w:t>
                      </w:r>
                      <w:r w:rsidRPr="002E38F3">
                        <w:rPr>
                          <w:color w:val="000000" w:themeColor="text1"/>
                          <w:sz w:val="28"/>
                          <w:szCs w:val="36"/>
                          <w:lang w:eastAsia="ja-JP"/>
                        </w:rPr>
                        <w:t>PDF</w:t>
                      </w:r>
                      <w:r w:rsidRPr="002E38F3">
                        <w:rPr>
                          <w:rFonts w:hint="eastAsia"/>
                          <w:color w:val="000000" w:themeColor="text1"/>
                          <w:sz w:val="28"/>
                          <w:szCs w:val="36"/>
                          <w:lang w:eastAsia="ja-JP"/>
                        </w:rPr>
                        <w:t>などで</w:t>
                      </w:r>
                      <w:r>
                        <w:rPr>
                          <w:color w:val="000000" w:themeColor="text1"/>
                          <w:sz w:val="28"/>
                          <w:szCs w:val="36"/>
                          <w:lang w:eastAsia="ja-JP"/>
                        </w:rPr>
                        <w:t>読</w:t>
                      </w:r>
                      <w:r>
                        <w:rPr>
                          <w:rFonts w:hint="eastAsia"/>
                          <w:color w:val="000000" w:themeColor="text1"/>
                          <w:sz w:val="28"/>
                          <w:szCs w:val="36"/>
                          <w:lang w:eastAsia="ja-JP"/>
                        </w:rPr>
                        <w:t>み</w:t>
                      </w:r>
                      <w:r>
                        <w:rPr>
                          <w:color w:val="000000" w:themeColor="text1"/>
                          <w:sz w:val="28"/>
                          <w:szCs w:val="36"/>
                          <w:lang w:eastAsia="ja-JP"/>
                        </w:rPr>
                        <w:t>込</w:t>
                      </w:r>
                      <w:r w:rsidRPr="002E38F3">
                        <w:rPr>
                          <w:rFonts w:hint="eastAsia"/>
                          <w:color w:val="000000" w:themeColor="text1"/>
                          <w:sz w:val="28"/>
                          <w:szCs w:val="36"/>
                          <w:lang w:eastAsia="ja-JP"/>
                        </w:rPr>
                        <w:t>んで</w:t>
                      </w:r>
                      <w:r>
                        <w:rPr>
                          <w:color w:val="000000" w:themeColor="text1"/>
                          <w:sz w:val="28"/>
                          <w:szCs w:val="36"/>
                          <w:lang w:eastAsia="ja-JP"/>
                        </w:rPr>
                        <w:t>送信</w:t>
                      </w:r>
                      <w:r w:rsidRPr="002E38F3">
                        <w:rPr>
                          <w:rFonts w:hint="eastAsia"/>
                          <w:color w:val="000000" w:themeColor="text1"/>
                          <w:sz w:val="28"/>
                          <w:szCs w:val="36"/>
                          <w:lang w:eastAsia="ja-JP"/>
                        </w:rPr>
                        <w:t>さ</w:t>
                      </w:r>
                    </w:p>
                    <w:p w14:paraId="4E341D44" w14:textId="77777777" w:rsidR="00031142" w:rsidRDefault="00031142" w:rsidP="00031142">
                      <w:pPr>
                        <w:spacing w:after="0" w:line="0" w:lineRule="atLeast"/>
                        <w:ind w:leftChars="283" w:left="567" w:hanging="1"/>
                        <w:rPr>
                          <w:color w:val="000000" w:themeColor="text1"/>
                          <w:sz w:val="28"/>
                          <w:szCs w:val="36"/>
                          <w:lang w:eastAsia="ja-JP"/>
                        </w:rPr>
                      </w:pPr>
                      <w:r w:rsidRPr="002E38F3">
                        <w:rPr>
                          <w:rFonts w:hint="eastAsia"/>
                          <w:color w:val="000000" w:themeColor="text1"/>
                          <w:sz w:val="28"/>
                          <w:szCs w:val="36"/>
                          <w:lang w:eastAsia="ja-JP"/>
                        </w:rPr>
                        <w:t>れても</w:t>
                      </w:r>
                      <w:r>
                        <w:rPr>
                          <w:color w:val="000000" w:themeColor="text1"/>
                          <w:sz w:val="28"/>
                          <w:szCs w:val="36"/>
                          <w:lang w:eastAsia="ja-JP"/>
                        </w:rPr>
                        <w:t>構</w:t>
                      </w:r>
                      <w:r>
                        <w:rPr>
                          <w:rFonts w:hint="eastAsia"/>
                          <w:color w:val="000000" w:themeColor="text1"/>
                          <w:sz w:val="28"/>
                          <w:szCs w:val="36"/>
                          <w:lang w:eastAsia="ja-JP"/>
                        </w:rPr>
                        <w:t>いません</w:t>
                      </w:r>
                      <w:r w:rsidRPr="002E38F3">
                        <w:rPr>
                          <w:rFonts w:hint="eastAsia"/>
                          <w:color w:val="000000" w:themeColor="text1"/>
                          <w:sz w:val="28"/>
                          <w:szCs w:val="36"/>
                          <w:lang w:eastAsia="ja-JP"/>
                        </w:rPr>
                        <w:t>。</w:t>
                      </w:r>
                    </w:p>
                    <w:p w14:paraId="4053A30D" w14:textId="77777777" w:rsidR="00031142" w:rsidRPr="002E38F3" w:rsidRDefault="00031142" w:rsidP="00031142">
                      <w:pPr>
                        <w:spacing w:before="240" w:after="0" w:line="0" w:lineRule="atLeast"/>
                        <w:rPr>
                          <w:color w:val="000000" w:themeColor="text1"/>
                          <w:sz w:val="28"/>
                          <w:szCs w:val="36"/>
                          <w:lang w:eastAsia="ja-JP"/>
                        </w:rPr>
                      </w:pPr>
                      <w:r w:rsidRPr="009060D5">
                        <w:rPr>
                          <w:rFonts w:hint="eastAsia"/>
                          <w:b/>
                          <w:bCs/>
                          <w:color w:val="000000" w:themeColor="text1"/>
                          <w:sz w:val="36"/>
                          <w:szCs w:val="44"/>
                          <w:bdr w:val="single" w:sz="4" w:space="0" w:color="auto"/>
                          <w:lang w:eastAsia="ja-JP"/>
                        </w:rPr>
                        <w:t>アンケ―ト</w:t>
                      </w:r>
                      <w:r>
                        <w:rPr>
                          <w:b/>
                          <w:bCs/>
                          <w:color w:val="000000" w:themeColor="text1"/>
                          <w:sz w:val="36"/>
                          <w:szCs w:val="44"/>
                          <w:bdr w:val="single" w:sz="4" w:space="0" w:color="auto"/>
                          <w:lang w:eastAsia="ja-JP"/>
                        </w:rPr>
                        <w:t>回答期限</w:t>
                      </w:r>
                      <w:r>
                        <w:rPr>
                          <w:rFonts w:hint="eastAsia"/>
                          <w:color w:val="000000" w:themeColor="text1"/>
                          <w:sz w:val="28"/>
                          <w:szCs w:val="36"/>
                          <w:lang w:eastAsia="ja-JP"/>
                        </w:rPr>
                        <w:t xml:space="preserve">　</w:t>
                      </w:r>
                      <w:r>
                        <w:rPr>
                          <w:b/>
                          <w:bCs/>
                          <w:color w:val="000000" w:themeColor="text1"/>
                          <w:sz w:val="36"/>
                          <w:szCs w:val="44"/>
                          <w:u w:val="single"/>
                          <w:lang w:eastAsia="ja-JP"/>
                        </w:rPr>
                        <w:t>令和</w:t>
                      </w:r>
                      <w:r w:rsidRPr="009060D5">
                        <w:rPr>
                          <w:rFonts w:hint="eastAsia"/>
                          <w:b/>
                          <w:bCs/>
                          <w:color w:val="000000" w:themeColor="text1"/>
                          <w:sz w:val="36"/>
                          <w:szCs w:val="44"/>
                          <w:u w:val="single"/>
                          <w:lang w:eastAsia="ja-JP"/>
                        </w:rPr>
                        <w:t>８</w:t>
                      </w:r>
                      <w:r>
                        <w:rPr>
                          <w:b/>
                          <w:bCs/>
                          <w:color w:val="000000" w:themeColor="text1"/>
                          <w:sz w:val="36"/>
                          <w:szCs w:val="44"/>
                          <w:u w:val="single"/>
                          <w:lang w:eastAsia="ja-JP"/>
                        </w:rPr>
                        <w:t>年９月３０日</w:t>
                      </w:r>
                      <w:r w:rsidRPr="009060D5">
                        <w:rPr>
                          <w:rFonts w:hint="eastAsia"/>
                          <w:b/>
                          <w:bCs/>
                          <w:color w:val="000000" w:themeColor="text1"/>
                          <w:sz w:val="36"/>
                          <w:szCs w:val="44"/>
                          <w:u w:val="single"/>
                          <w:lang w:eastAsia="ja-JP"/>
                        </w:rPr>
                        <w:t>（</w:t>
                      </w:r>
                      <w:r>
                        <w:rPr>
                          <w:b/>
                          <w:bCs/>
                          <w:color w:val="000000" w:themeColor="text1"/>
                          <w:sz w:val="36"/>
                          <w:szCs w:val="44"/>
                          <w:u w:val="single"/>
                          <w:lang w:eastAsia="ja-JP"/>
                        </w:rPr>
                        <w:t>水</w:t>
                      </w:r>
                      <w:r w:rsidRPr="009060D5">
                        <w:rPr>
                          <w:rFonts w:hint="eastAsia"/>
                          <w:b/>
                          <w:bCs/>
                          <w:color w:val="000000" w:themeColor="text1"/>
                          <w:sz w:val="36"/>
                          <w:szCs w:val="44"/>
                          <w:u w:val="single"/>
                          <w:lang w:eastAsia="ja-JP"/>
                        </w:rPr>
                        <w:t>）</w:t>
                      </w:r>
                      <w:r>
                        <w:rPr>
                          <w:rFonts w:hint="eastAsia"/>
                          <w:b/>
                          <w:bCs/>
                          <w:color w:val="000000" w:themeColor="text1"/>
                          <w:sz w:val="36"/>
                          <w:szCs w:val="44"/>
                          <w:u w:val="single"/>
                          <w:lang w:eastAsia="ja-JP"/>
                        </w:rPr>
                        <w:t>まで</w:t>
                      </w:r>
                    </w:p>
                    <w:p w14:paraId="63A31265" w14:textId="77777777" w:rsidR="00031142" w:rsidRPr="004A00B4" w:rsidRDefault="00031142" w:rsidP="00031142">
                      <w:pPr>
                        <w:spacing w:before="240" w:after="0" w:line="0" w:lineRule="atLeast"/>
                        <w:rPr>
                          <w:color w:val="000000" w:themeColor="text1"/>
                          <w:sz w:val="24"/>
                          <w:szCs w:val="32"/>
                          <w:lang w:eastAsia="ja-JP"/>
                        </w:rPr>
                      </w:pPr>
                      <w:r w:rsidRPr="004A00B4">
                        <w:rPr>
                          <w:rFonts w:hint="eastAsia"/>
                          <w:color w:val="000000" w:themeColor="text1"/>
                          <w:sz w:val="24"/>
                          <w:szCs w:val="32"/>
                          <w:lang w:eastAsia="ja-JP"/>
                        </w:rPr>
                        <w:t>●お</w:t>
                      </w:r>
                      <w:r>
                        <w:rPr>
                          <w:color w:val="000000" w:themeColor="text1"/>
                          <w:sz w:val="24"/>
                          <w:szCs w:val="32"/>
                          <w:lang w:eastAsia="ja-JP"/>
                        </w:rPr>
                        <w:t>問</w:t>
                      </w:r>
                      <w:r w:rsidRPr="004A00B4">
                        <w:rPr>
                          <w:rFonts w:hint="eastAsia"/>
                          <w:color w:val="000000" w:themeColor="text1"/>
                          <w:sz w:val="24"/>
                          <w:szCs w:val="32"/>
                          <w:lang w:eastAsia="ja-JP"/>
                        </w:rPr>
                        <w:t>い</w:t>
                      </w:r>
                      <w:r>
                        <w:rPr>
                          <w:color w:val="000000" w:themeColor="text1"/>
                          <w:sz w:val="24"/>
                          <w:szCs w:val="32"/>
                          <w:lang w:eastAsia="ja-JP"/>
                        </w:rPr>
                        <w:t>合</w:t>
                      </w:r>
                      <w:r w:rsidRPr="004A00B4">
                        <w:rPr>
                          <w:rFonts w:hint="eastAsia"/>
                          <w:color w:val="000000" w:themeColor="text1"/>
                          <w:sz w:val="24"/>
                          <w:szCs w:val="32"/>
                          <w:lang w:eastAsia="ja-JP"/>
                        </w:rPr>
                        <w:t>わせ</w:t>
                      </w:r>
                    </w:p>
                    <w:p w14:paraId="0205A362" w14:textId="77777777" w:rsidR="00031142" w:rsidRPr="004A00B4" w:rsidRDefault="00031142" w:rsidP="00031142">
                      <w:pPr>
                        <w:spacing w:after="0" w:line="0" w:lineRule="atLeast"/>
                        <w:ind w:firstLineChars="100" w:firstLine="240"/>
                        <w:rPr>
                          <w:color w:val="000000" w:themeColor="text1"/>
                          <w:sz w:val="24"/>
                          <w:szCs w:val="32"/>
                          <w:lang w:eastAsia="ja-JP"/>
                        </w:rPr>
                      </w:pPr>
                      <w:r>
                        <w:rPr>
                          <w:color w:val="000000" w:themeColor="text1"/>
                          <w:sz w:val="24"/>
                          <w:szCs w:val="32"/>
                          <w:lang w:eastAsia="ja-JP"/>
                        </w:rPr>
                        <w:t>住所</w:t>
                      </w:r>
                      <w:r>
                        <w:rPr>
                          <w:rFonts w:hint="eastAsia"/>
                          <w:color w:val="000000" w:themeColor="text1"/>
                          <w:sz w:val="24"/>
                          <w:szCs w:val="32"/>
                          <w:lang w:eastAsia="ja-JP"/>
                        </w:rPr>
                        <w:t>：</w:t>
                      </w:r>
                      <w:r w:rsidRPr="004A00B4">
                        <w:rPr>
                          <w:rFonts w:hint="eastAsia"/>
                          <w:color w:val="000000" w:themeColor="text1"/>
                          <w:sz w:val="24"/>
                          <w:szCs w:val="32"/>
                          <w:lang w:eastAsia="ja-JP"/>
                        </w:rPr>
                        <w:t>〒</w:t>
                      </w:r>
                      <w:r w:rsidRPr="004A00B4">
                        <w:rPr>
                          <w:color w:val="000000" w:themeColor="text1"/>
                          <w:sz w:val="24"/>
                          <w:szCs w:val="32"/>
                          <w:lang w:eastAsia="ja-JP"/>
                        </w:rPr>
                        <w:t>869-1292</w:t>
                      </w:r>
                      <w:r w:rsidRPr="004A00B4">
                        <w:rPr>
                          <w:rFonts w:hint="eastAsia"/>
                          <w:color w:val="000000" w:themeColor="text1"/>
                          <w:sz w:val="24"/>
                          <w:szCs w:val="32"/>
                          <w:lang w:eastAsia="ja-JP"/>
                        </w:rPr>
                        <w:t xml:space="preserve">　</w:t>
                      </w:r>
                      <w:r>
                        <w:rPr>
                          <w:color w:val="000000" w:themeColor="text1"/>
                          <w:sz w:val="24"/>
                          <w:szCs w:val="32"/>
                          <w:lang w:eastAsia="ja-JP"/>
                        </w:rPr>
                        <w:t>大津町大字大津</w:t>
                      </w:r>
                      <w:r w:rsidRPr="004A00B4">
                        <w:rPr>
                          <w:rFonts w:hint="eastAsia"/>
                          <w:color w:val="000000" w:themeColor="text1"/>
                          <w:sz w:val="24"/>
                          <w:szCs w:val="32"/>
                          <w:lang w:eastAsia="ja-JP"/>
                        </w:rPr>
                        <w:t>１２３３</w:t>
                      </w:r>
                      <w:r>
                        <w:rPr>
                          <w:color w:val="000000" w:themeColor="text1"/>
                          <w:sz w:val="24"/>
                          <w:szCs w:val="32"/>
                          <w:lang w:eastAsia="ja-JP"/>
                        </w:rPr>
                        <w:t>番地</w:t>
                      </w:r>
                      <w:r>
                        <w:rPr>
                          <w:rFonts w:hint="eastAsia"/>
                          <w:color w:val="000000" w:themeColor="text1"/>
                          <w:sz w:val="24"/>
                          <w:szCs w:val="32"/>
                          <w:lang w:eastAsia="ja-JP"/>
                        </w:rPr>
                        <w:t xml:space="preserve">　　</w:t>
                      </w:r>
                      <w:r>
                        <w:rPr>
                          <w:color w:val="000000" w:themeColor="text1"/>
                          <w:sz w:val="24"/>
                          <w:szCs w:val="32"/>
                          <w:lang w:eastAsia="ja-JP"/>
                        </w:rPr>
                        <w:t>大津町役場福祉課</w:t>
                      </w:r>
                      <w:r w:rsidRPr="004A00B4">
                        <w:rPr>
                          <w:rFonts w:hint="eastAsia"/>
                          <w:color w:val="000000" w:themeColor="text1"/>
                          <w:sz w:val="24"/>
                          <w:szCs w:val="32"/>
                          <w:lang w:eastAsia="ja-JP"/>
                        </w:rPr>
                        <w:t xml:space="preserve">　</w:t>
                      </w:r>
                      <w:r>
                        <w:rPr>
                          <w:color w:val="000000" w:themeColor="text1"/>
                          <w:sz w:val="24"/>
                          <w:szCs w:val="32"/>
                          <w:lang w:eastAsia="ja-JP"/>
                        </w:rPr>
                        <w:t>障</w:t>
                      </w:r>
                      <w:r w:rsidRPr="004A00B4">
                        <w:rPr>
                          <w:rFonts w:hint="eastAsia"/>
                          <w:color w:val="000000" w:themeColor="text1"/>
                          <w:sz w:val="24"/>
                          <w:szCs w:val="32"/>
                          <w:lang w:eastAsia="ja-JP"/>
                        </w:rPr>
                        <w:t>がい</w:t>
                      </w:r>
                      <w:r>
                        <w:rPr>
                          <w:color w:val="000000" w:themeColor="text1"/>
                          <w:sz w:val="24"/>
                          <w:szCs w:val="32"/>
                          <w:lang w:eastAsia="ja-JP"/>
                        </w:rPr>
                        <w:t>福祉係</w:t>
                      </w:r>
                    </w:p>
                    <w:p w14:paraId="2D598F4A" w14:textId="77777777" w:rsidR="00031142" w:rsidRPr="004A00B4" w:rsidRDefault="00031142" w:rsidP="00031142">
                      <w:pPr>
                        <w:spacing w:after="0" w:line="0" w:lineRule="atLeast"/>
                        <w:ind w:firstLineChars="100" w:firstLine="240"/>
                        <w:rPr>
                          <w:color w:val="000000" w:themeColor="text1"/>
                          <w:sz w:val="24"/>
                          <w:szCs w:val="32"/>
                          <w:lang w:eastAsia="ja-JP"/>
                        </w:rPr>
                      </w:pPr>
                      <w:r>
                        <w:rPr>
                          <w:color w:val="000000" w:themeColor="text1"/>
                          <w:sz w:val="24"/>
                          <w:szCs w:val="32"/>
                          <w:lang w:eastAsia="ja-JP"/>
                        </w:rPr>
                        <w:t>電話</w:t>
                      </w:r>
                      <w:r w:rsidRPr="004A00B4">
                        <w:rPr>
                          <w:rFonts w:hint="eastAsia"/>
                          <w:color w:val="000000" w:themeColor="text1"/>
                          <w:sz w:val="24"/>
                          <w:szCs w:val="32"/>
                          <w:lang w:eastAsia="ja-JP"/>
                        </w:rPr>
                        <w:t>：096-</w:t>
                      </w:r>
                      <w:r w:rsidRPr="004A00B4">
                        <w:rPr>
                          <w:color w:val="000000" w:themeColor="text1"/>
                          <w:sz w:val="24"/>
                          <w:szCs w:val="32"/>
                          <w:lang w:eastAsia="ja-JP"/>
                        </w:rPr>
                        <w:t>293-3510</w:t>
                      </w:r>
                      <w:r w:rsidRPr="004A00B4">
                        <w:rPr>
                          <w:rFonts w:hint="eastAsia"/>
                          <w:color w:val="000000" w:themeColor="text1"/>
                          <w:sz w:val="24"/>
                          <w:szCs w:val="32"/>
                          <w:lang w:eastAsia="ja-JP"/>
                        </w:rPr>
                        <w:t xml:space="preserve">　FAX：096-292-1234</w:t>
                      </w:r>
                    </w:p>
                    <w:p w14:paraId="5FDAD590" w14:textId="77777777" w:rsidR="00031142" w:rsidRPr="002E38F3" w:rsidRDefault="00031142" w:rsidP="00031142">
                      <w:pPr>
                        <w:spacing w:after="0" w:line="0" w:lineRule="atLeast"/>
                        <w:ind w:firstLineChars="100" w:firstLine="240"/>
                        <w:rPr>
                          <w:color w:val="000000" w:themeColor="text1"/>
                          <w:sz w:val="28"/>
                          <w:szCs w:val="36"/>
                          <w:lang w:eastAsia="ja-JP"/>
                        </w:rPr>
                      </w:pPr>
                      <w:r w:rsidRPr="004A00B4">
                        <w:rPr>
                          <w:rFonts w:hint="eastAsia"/>
                          <w:color w:val="000000" w:themeColor="text1"/>
                          <w:sz w:val="24"/>
                          <w:szCs w:val="32"/>
                          <w:lang w:eastAsia="ja-JP"/>
                        </w:rPr>
                        <w:t>メールアドレス：f</w:t>
                      </w:r>
                      <w:r w:rsidRPr="004A00B4">
                        <w:rPr>
                          <w:color w:val="000000" w:themeColor="text1"/>
                          <w:sz w:val="24"/>
                          <w:szCs w:val="32"/>
                          <w:lang w:eastAsia="ja-JP"/>
                        </w:rPr>
                        <w:t>ukushi@town.ozu.kumamoto.jp</w:t>
                      </w:r>
                    </w:p>
                  </w:txbxContent>
                </v:textbox>
              </v:roundrect>
            </w:pict>
          </mc:Fallback>
        </mc:AlternateContent>
      </w:r>
      <w:r w:rsidR="005661BA" w:rsidRPr="005661BA">
        <w:rPr>
          <w:rFonts w:hint="eastAsia"/>
          <w:lang w:eastAsia="ja-JP"/>
        </w:rPr>
        <w:t>「第８期大津町障がい福祉計画」・「第４期大津町障がい児福祉計画」</w:t>
      </w:r>
      <w:r w:rsidR="000B00D6">
        <w:rPr>
          <w:lang w:eastAsia="ja-JP"/>
        </w:rPr>
        <w:br/>
      </w:r>
      <w:r w:rsidR="00944C22" w:rsidRPr="005661BA">
        <w:rPr>
          <w:b/>
          <w:bCs/>
          <w:sz w:val="44"/>
          <w:szCs w:val="44"/>
          <w:lang w:eastAsia="ja-JP"/>
        </w:rPr>
        <w:t>アンケート</w:t>
      </w:r>
      <w:r w:rsidR="00944C22" w:rsidRPr="005661BA">
        <w:rPr>
          <w:rFonts w:hint="eastAsia"/>
          <w:b/>
          <w:bCs/>
          <w:sz w:val="44"/>
          <w:szCs w:val="44"/>
          <w:lang w:eastAsia="ja-JP"/>
        </w:rPr>
        <w:t xml:space="preserve">　（</w:t>
      </w:r>
      <w:r w:rsidR="000B00D6" w:rsidRPr="005661BA">
        <w:rPr>
          <w:b/>
          <w:bCs/>
          <w:sz w:val="44"/>
          <w:szCs w:val="44"/>
          <w:lang w:eastAsia="ja-JP"/>
        </w:rPr>
        <w:t>障がい児</w:t>
      </w:r>
      <w:r w:rsidR="00944C22" w:rsidRPr="005661BA">
        <w:rPr>
          <w:rFonts w:hint="eastAsia"/>
          <w:b/>
          <w:bCs/>
          <w:sz w:val="44"/>
          <w:szCs w:val="44"/>
          <w:lang w:eastAsia="ja-JP"/>
        </w:rPr>
        <w:t xml:space="preserve">　</w:t>
      </w:r>
      <w:r w:rsidR="000B00D6" w:rsidRPr="005661BA">
        <w:rPr>
          <w:b/>
          <w:bCs/>
          <w:sz w:val="44"/>
          <w:szCs w:val="44"/>
          <w:lang w:eastAsia="ja-JP"/>
        </w:rPr>
        <w:t>保護者用</w:t>
      </w:r>
      <w:r w:rsidR="00944C22" w:rsidRPr="005661BA">
        <w:rPr>
          <w:rFonts w:hint="eastAsia"/>
          <w:b/>
          <w:bCs/>
          <w:sz w:val="44"/>
          <w:szCs w:val="44"/>
          <w:lang w:eastAsia="ja-JP"/>
        </w:rPr>
        <w:t>）</w:t>
      </w:r>
    </w:p>
    <w:p w14:paraId="12904096" w14:textId="53F95DBA" w:rsidR="00031142" w:rsidRDefault="00993C3E">
      <w:pPr>
        <w:rPr>
          <w:b/>
          <w:bCs/>
          <w:sz w:val="28"/>
          <w:szCs w:val="36"/>
          <w:lang w:eastAsia="ja-JP"/>
        </w:rPr>
      </w:pPr>
      <w:r w:rsidRPr="005661BA"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58C5CF01" wp14:editId="408AE99D">
                <wp:simplePos x="0" y="0"/>
                <wp:positionH relativeFrom="column">
                  <wp:posOffset>4743450</wp:posOffset>
                </wp:positionH>
                <wp:positionV relativeFrom="paragraph">
                  <wp:posOffset>4530090</wp:posOffset>
                </wp:positionV>
                <wp:extent cx="1756410" cy="1739900"/>
                <wp:effectExtent l="57150" t="19050" r="72390" b="88900"/>
                <wp:wrapSquare wrapText="bothSides"/>
                <wp:docPr id="3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6410" cy="1739900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txbx>
                        <w:txbxContent>
                          <w:p w14:paraId="1F012325" w14:textId="77777777" w:rsidR="005661BA" w:rsidRPr="005E0FDA" w:rsidRDefault="005661BA" w:rsidP="005661BA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lang w:eastAsia="ja-JP"/>
                              </w:rPr>
                            </w:pPr>
                            <w:r w:rsidRPr="005E0FDA"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lang w:eastAsia="ja-JP"/>
                              </w:rPr>
                              <w:t>町ホームページQRコード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8C5CF01" id="正方形/長方形 3" o:spid="_x0000_s1027" style="position:absolute;margin-left:373.5pt;margin-top:356.7pt;width:138.3pt;height:137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" filled="f" strokecolor="#4a7ebb">
                <v:shadow on="t" color="black" opacity="22937f" origin=",.5" offset="0,.63889mm"/>
                <v:textbox>
                  <w:txbxContent>
                    <w:p w14:paraId="1F012325" w14:textId="77777777" w:rsidR="005661BA" w:rsidRPr="005E0FDA" w:rsidRDefault="005661BA" w:rsidP="005661BA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lang w:eastAsia="ja-JP"/>
                        </w:rPr>
                      </w:pPr>
                      <w:r w:rsidRPr="005E0FDA">
                        <w:rPr>
                          <w:rFonts w:hint="eastAsia"/>
                          <w:b/>
                          <w:bCs/>
                          <w:color w:val="000000" w:themeColor="text1"/>
                          <w:lang w:eastAsia="ja-JP"/>
                        </w:rPr>
                        <w:t>町ホームページQRコード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2A4E064D" wp14:editId="74965E41">
            <wp:simplePos x="0" y="0"/>
            <wp:positionH relativeFrom="column">
              <wp:posOffset>4940300</wp:posOffset>
            </wp:positionH>
            <wp:positionV relativeFrom="paragraph">
              <wp:posOffset>4777740</wp:posOffset>
            </wp:positionV>
            <wp:extent cx="1397000" cy="1397000"/>
            <wp:effectExtent l="0" t="0" r="0" b="0"/>
            <wp:wrapNone/>
            <wp:docPr id="18" name="図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00" cy="139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E0FDA">
        <w:rPr>
          <w:rFonts w:asciiTheme="majorHAnsi" w:eastAsiaTheme="majorEastAsia" w:hAnsiTheme="majorHAnsi" w:cstheme="majorBidi"/>
          <w:b/>
          <w:bCs/>
          <w:noProof/>
          <w:color w:val="17365D" w:themeColor="text2" w:themeShade="BF"/>
          <w:spacing w:val="5"/>
          <w:kern w:val="28"/>
          <w:sz w:val="44"/>
          <w:szCs w:val="44"/>
        </w:rPr>
        <w:drawing>
          <wp:anchor distT="0" distB="0" distL="114300" distR="114300" simplePos="0" relativeHeight="251655168" behindDoc="0" locked="0" layoutInCell="1" allowOverlap="1" wp14:anchorId="48FC9B42" wp14:editId="6ACB9CCC">
            <wp:simplePos x="0" y="0"/>
            <wp:positionH relativeFrom="column">
              <wp:posOffset>4940300</wp:posOffset>
            </wp:positionH>
            <wp:positionV relativeFrom="paragraph">
              <wp:posOffset>3050540</wp:posOffset>
            </wp:positionV>
            <wp:extent cx="1409700" cy="1409700"/>
            <wp:effectExtent l="0" t="0" r="0" b="0"/>
            <wp:wrapNone/>
            <wp:docPr id="14" name="図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E0FDA" w:rsidRPr="005661BA"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729F7515" wp14:editId="6F5C9E19">
                <wp:simplePos x="0" y="0"/>
                <wp:positionH relativeFrom="column">
                  <wp:posOffset>4743450</wp:posOffset>
                </wp:positionH>
                <wp:positionV relativeFrom="paragraph">
                  <wp:posOffset>2796540</wp:posOffset>
                </wp:positionV>
                <wp:extent cx="1756410" cy="1733550"/>
                <wp:effectExtent l="57150" t="19050" r="72390" b="95250"/>
                <wp:wrapSquare wrapText="bothSides"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6410" cy="1733550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txbx>
                        <w:txbxContent>
                          <w:p w14:paraId="795653AB" w14:textId="77777777" w:rsidR="005661BA" w:rsidRPr="005E0FDA" w:rsidRDefault="005661BA" w:rsidP="005661BA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lang w:eastAsia="ja-JP"/>
                              </w:rPr>
                            </w:pPr>
                            <w:r w:rsidRPr="005E0FDA"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lang w:eastAsia="ja-JP"/>
                              </w:rPr>
                              <w:t>回答フォームQRコード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9F7515" id="正方形/長方形 2" o:spid="_x0000_s1028" style="position:absolute;margin-left:373.5pt;margin-top:220.2pt;width:138.3pt;height:136.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" filled="f" strokecolor="#4a7ebb">
                <v:shadow on="t" color="black" opacity="22937f" origin=",.5" offset="0,.63889mm"/>
                <v:textbox>
                  <w:txbxContent>
                    <w:p w14:paraId="795653AB" w14:textId="77777777" w:rsidR="005661BA" w:rsidRPr="005E0FDA" w:rsidRDefault="005661BA" w:rsidP="005661BA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lang w:eastAsia="ja-JP"/>
                        </w:rPr>
                      </w:pPr>
                      <w:r w:rsidRPr="005E0FDA">
                        <w:rPr>
                          <w:rFonts w:hint="eastAsia"/>
                          <w:b/>
                          <w:bCs/>
                          <w:color w:val="000000" w:themeColor="text1"/>
                          <w:lang w:eastAsia="ja-JP"/>
                        </w:rPr>
                        <w:t>回答フォームQRコード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 w:rsidR="00031142">
        <w:rPr>
          <w:b/>
          <w:bCs/>
          <w:sz w:val="28"/>
          <w:szCs w:val="36"/>
          <w:lang w:eastAsia="ja-JP"/>
        </w:rPr>
        <w:br w:type="page"/>
      </w:r>
    </w:p>
    <w:p w14:paraId="08A6797E" w14:textId="6A11F565" w:rsidR="005661BA" w:rsidRPr="00460116" w:rsidRDefault="005661BA" w:rsidP="00993C3E">
      <w:pPr>
        <w:pStyle w:val="Web"/>
        <w:rPr>
          <w:b/>
          <w:bCs/>
          <w:sz w:val="28"/>
          <w:szCs w:val="36"/>
        </w:rPr>
      </w:pPr>
      <w:r w:rsidRPr="00460116">
        <w:rPr>
          <w:b/>
          <w:bCs/>
          <w:sz w:val="28"/>
          <w:szCs w:val="36"/>
        </w:rPr>
        <w:lastRenderedPageBreak/>
        <w:t>※回答は無記名で、回答内容は計画策定の目的以外には使用しません。</w:t>
      </w:r>
    </w:p>
    <w:p w14:paraId="2108FB83" w14:textId="758F7A96" w:rsidR="00B54203" w:rsidRDefault="005661BA" w:rsidP="005661BA">
      <w:pPr>
        <w:rPr>
          <w:lang w:eastAsia="ja-JP"/>
        </w:rPr>
      </w:pPr>
      <w:r w:rsidRPr="00460116">
        <w:rPr>
          <w:rFonts w:hint="eastAsia"/>
          <w:b/>
          <w:bCs/>
          <w:sz w:val="28"/>
          <w:szCs w:val="36"/>
          <w:lang w:eastAsia="ja-JP"/>
        </w:rPr>
        <w:t>※</w:t>
      </w:r>
      <w:r w:rsidRPr="00460116">
        <w:rPr>
          <w:b/>
          <w:bCs/>
          <w:sz w:val="28"/>
          <w:szCs w:val="36"/>
          <w:lang w:eastAsia="ja-JP"/>
        </w:rPr>
        <w:t>該当する項目に□を付けてください。</w:t>
      </w:r>
    </w:p>
    <w:p w14:paraId="70A59A2B" w14:textId="7305EECE" w:rsidR="00B54203" w:rsidRPr="00555733" w:rsidRDefault="000B00D6">
      <w:pPr>
        <w:pStyle w:val="1"/>
        <w:rPr>
          <w:sz w:val="36"/>
          <w:szCs w:val="36"/>
          <w:lang w:eastAsia="ja-JP"/>
        </w:rPr>
      </w:pPr>
      <w:r w:rsidRPr="00031142">
        <w:rPr>
          <w:sz w:val="36"/>
          <w:szCs w:val="36"/>
          <w:bdr w:val="single" w:sz="4" w:space="0" w:color="auto"/>
          <w:lang w:eastAsia="ja-JP"/>
        </w:rPr>
        <w:t>1</w:t>
      </w:r>
      <w:r w:rsidRPr="00031142">
        <w:rPr>
          <w:sz w:val="36"/>
          <w:szCs w:val="36"/>
          <w:bdr w:val="single" w:sz="4" w:space="0" w:color="auto"/>
          <w:lang w:eastAsia="ja-JP"/>
        </w:rPr>
        <w:t xml:space="preserve">　お子さんについて</w:t>
      </w:r>
    </w:p>
    <w:p w14:paraId="1C184BB3" w14:textId="66A4D9C7" w:rsidR="00B54203" w:rsidRPr="00555733" w:rsidRDefault="000B00D6" w:rsidP="00031142">
      <w:pPr>
        <w:ind w:firstLineChars="100" w:firstLine="320"/>
        <w:rPr>
          <w:sz w:val="32"/>
          <w:szCs w:val="32"/>
          <w:lang w:eastAsia="ja-JP"/>
        </w:rPr>
      </w:pPr>
      <w:r w:rsidRPr="00555733">
        <w:rPr>
          <w:b/>
          <w:sz w:val="32"/>
          <w:szCs w:val="32"/>
          <w:lang w:eastAsia="ja-JP"/>
        </w:rPr>
        <w:t xml:space="preserve">問1　</w:t>
      </w:r>
      <w:r w:rsidR="00486C23">
        <w:rPr>
          <w:rFonts w:hint="eastAsia"/>
          <w:b/>
          <w:sz w:val="32"/>
          <w:szCs w:val="32"/>
          <w:lang w:eastAsia="ja-JP"/>
        </w:rPr>
        <w:t>就学状況</w:t>
      </w:r>
      <w:r w:rsidRPr="00555733">
        <w:rPr>
          <w:b/>
          <w:sz w:val="32"/>
          <w:szCs w:val="32"/>
          <w:lang w:eastAsia="ja-JP"/>
        </w:rPr>
        <w:t>をお答えください。</w:t>
      </w:r>
    </w:p>
    <w:p w14:paraId="39451E59" w14:textId="18194C19" w:rsidR="00B54203" w:rsidRPr="00555733" w:rsidRDefault="000B00D6" w:rsidP="0055015D">
      <w:pPr>
        <w:ind w:firstLineChars="300" w:firstLine="840"/>
        <w:rPr>
          <w:sz w:val="28"/>
          <w:szCs w:val="28"/>
          <w:lang w:eastAsia="ja-JP"/>
        </w:rPr>
      </w:pPr>
      <w:r w:rsidRPr="00555733">
        <w:rPr>
          <w:sz w:val="28"/>
          <w:szCs w:val="28"/>
        </w:rPr>
        <w:t>□ 未就学</w:t>
      </w:r>
      <w:r w:rsidR="00031142">
        <w:rPr>
          <w:sz w:val="28"/>
          <w:szCs w:val="28"/>
          <w:lang w:eastAsia="ja-JP"/>
        </w:rPr>
        <w:tab/>
      </w:r>
      <w:r w:rsidR="00031142">
        <w:rPr>
          <w:sz w:val="28"/>
          <w:szCs w:val="28"/>
          <w:lang w:eastAsia="ja-JP"/>
        </w:rPr>
        <w:tab/>
      </w:r>
      <w:r w:rsidRPr="00555733">
        <w:rPr>
          <w:sz w:val="28"/>
          <w:szCs w:val="28"/>
        </w:rPr>
        <w:t>□ 小学生</w:t>
      </w:r>
      <w:r w:rsidR="00031142">
        <w:rPr>
          <w:sz w:val="28"/>
          <w:szCs w:val="28"/>
        </w:rPr>
        <w:tab/>
      </w:r>
      <w:r w:rsidR="00031142">
        <w:rPr>
          <w:sz w:val="28"/>
          <w:szCs w:val="28"/>
        </w:rPr>
        <w:tab/>
      </w:r>
      <w:r w:rsidRPr="00555733">
        <w:rPr>
          <w:sz w:val="28"/>
          <w:szCs w:val="28"/>
        </w:rPr>
        <w:t>□ 中学生</w:t>
      </w:r>
      <w:r w:rsidR="00031142">
        <w:rPr>
          <w:sz w:val="28"/>
          <w:szCs w:val="28"/>
        </w:rPr>
        <w:tab/>
      </w:r>
      <w:r w:rsidR="00031142">
        <w:rPr>
          <w:sz w:val="28"/>
          <w:szCs w:val="28"/>
        </w:rPr>
        <w:tab/>
      </w:r>
      <w:r w:rsidRPr="00555733">
        <w:rPr>
          <w:sz w:val="28"/>
          <w:szCs w:val="28"/>
          <w:lang w:eastAsia="ja-JP"/>
        </w:rPr>
        <w:t>□ 高校生</w:t>
      </w:r>
    </w:p>
    <w:p w14:paraId="2BAA02D7" w14:textId="4FA55528" w:rsidR="00B54203" w:rsidRPr="00555733" w:rsidRDefault="000B00D6" w:rsidP="0055015D">
      <w:pPr>
        <w:ind w:firstLineChars="300" w:firstLine="840"/>
        <w:rPr>
          <w:sz w:val="28"/>
          <w:szCs w:val="28"/>
          <w:lang w:eastAsia="ja-JP"/>
        </w:rPr>
      </w:pPr>
      <w:r w:rsidRPr="00555733">
        <w:rPr>
          <w:sz w:val="28"/>
          <w:szCs w:val="28"/>
          <w:lang w:eastAsia="ja-JP"/>
        </w:rPr>
        <w:t xml:space="preserve">□ その他（　</w:t>
      </w:r>
      <w:r w:rsidR="0055015D">
        <w:rPr>
          <w:rFonts w:hint="eastAsia"/>
          <w:sz w:val="28"/>
          <w:szCs w:val="28"/>
          <w:lang w:eastAsia="ja-JP"/>
        </w:rPr>
        <w:t xml:space="preserve">　　　　　　　　　　　　　　　　　　　　　</w:t>
      </w:r>
      <w:r w:rsidRPr="00555733">
        <w:rPr>
          <w:sz w:val="28"/>
          <w:szCs w:val="28"/>
          <w:lang w:eastAsia="ja-JP"/>
        </w:rPr>
        <w:t xml:space="preserve">　）</w:t>
      </w:r>
    </w:p>
    <w:p w14:paraId="343BC906" w14:textId="6B5C6966" w:rsidR="00B54203" w:rsidRPr="00555733" w:rsidRDefault="000B00D6" w:rsidP="00031142">
      <w:pPr>
        <w:ind w:firstLineChars="100" w:firstLine="320"/>
        <w:rPr>
          <w:sz w:val="32"/>
          <w:szCs w:val="32"/>
          <w:lang w:eastAsia="ja-JP"/>
        </w:rPr>
      </w:pPr>
      <w:r w:rsidRPr="00555733">
        <w:rPr>
          <w:b/>
          <w:sz w:val="32"/>
          <w:szCs w:val="32"/>
          <w:lang w:eastAsia="ja-JP"/>
        </w:rPr>
        <w:t>問2　お子さんの障がい等</w:t>
      </w:r>
      <w:r w:rsidR="00031142">
        <w:rPr>
          <w:rFonts w:hint="eastAsia"/>
          <w:b/>
          <w:sz w:val="32"/>
          <w:szCs w:val="32"/>
          <w:lang w:eastAsia="ja-JP"/>
        </w:rPr>
        <w:t>の種類</w:t>
      </w:r>
      <w:r w:rsidRPr="00555733">
        <w:rPr>
          <w:b/>
          <w:sz w:val="32"/>
          <w:szCs w:val="32"/>
          <w:lang w:eastAsia="ja-JP"/>
        </w:rPr>
        <w:t>をお答えください。（複数回答可）</w:t>
      </w:r>
    </w:p>
    <w:p w14:paraId="230D7B7B" w14:textId="77777777" w:rsidR="00031142" w:rsidRPr="00460116" w:rsidRDefault="00031142" w:rsidP="00031142">
      <w:pPr>
        <w:ind w:firstLineChars="300" w:firstLine="840"/>
        <w:rPr>
          <w:sz w:val="28"/>
          <w:szCs w:val="28"/>
          <w:lang w:eastAsia="ja-JP"/>
        </w:rPr>
      </w:pPr>
      <w:r w:rsidRPr="00460116">
        <w:rPr>
          <w:sz w:val="28"/>
          <w:szCs w:val="28"/>
          <w:lang w:eastAsia="ja-JP"/>
        </w:rPr>
        <w:t xml:space="preserve">□ </w:t>
      </w:r>
      <w:r>
        <w:rPr>
          <w:sz w:val="28"/>
          <w:szCs w:val="28"/>
          <w:lang w:eastAsia="ja-JP"/>
        </w:rPr>
        <w:t>身体障</w:t>
      </w:r>
      <w:r w:rsidRPr="00460116">
        <w:rPr>
          <w:sz w:val="28"/>
          <w:szCs w:val="28"/>
          <w:lang w:eastAsia="ja-JP"/>
        </w:rPr>
        <w:t>がい</w:t>
      </w:r>
      <w:r>
        <w:rPr>
          <w:sz w:val="28"/>
          <w:szCs w:val="28"/>
          <w:lang w:eastAsia="ja-JP"/>
        </w:rPr>
        <w:tab/>
      </w:r>
      <w:r>
        <w:rPr>
          <w:sz w:val="28"/>
          <w:szCs w:val="28"/>
          <w:lang w:eastAsia="ja-JP"/>
        </w:rPr>
        <w:tab/>
      </w:r>
      <w:r w:rsidRPr="00460116">
        <w:rPr>
          <w:sz w:val="28"/>
          <w:szCs w:val="28"/>
          <w:lang w:eastAsia="ja-JP"/>
        </w:rPr>
        <w:t xml:space="preserve">□ </w:t>
      </w:r>
      <w:r>
        <w:rPr>
          <w:sz w:val="28"/>
          <w:szCs w:val="28"/>
          <w:lang w:eastAsia="ja-JP"/>
        </w:rPr>
        <w:t>知的障</w:t>
      </w:r>
      <w:r w:rsidRPr="00460116">
        <w:rPr>
          <w:sz w:val="28"/>
          <w:szCs w:val="28"/>
          <w:lang w:eastAsia="ja-JP"/>
        </w:rPr>
        <w:t>がい</w:t>
      </w:r>
      <w:r>
        <w:rPr>
          <w:sz w:val="28"/>
          <w:szCs w:val="28"/>
          <w:lang w:eastAsia="ja-JP"/>
        </w:rPr>
        <w:tab/>
      </w:r>
      <w:r>
        <w:rPr>
          <w:sz w:val="28"/>
          <w:szCs w:val="28"/>
          <w:lang w:eastAsia="ja-JP"/>
        </w:rPr>
        <w:tab/>
      </w:r>
      <w:r w:rsidRPr="00460116">
        <w:rPr>
          <w:sz w:val="28"/>
          <w:szCs w:val="28"/>
          <w:lang w:eastAsia="ja-JP"/>
        </w:rPr>
        <w:t xml:space="preserve">□ </w:t>
      </w:r>
      <w:r>
        <w:rPr>
          <w:sz w:val="28"/>
          <w:szCs w:val="28"/>
          <w:lang w:eastAsia="ja-JP"/>
        </w:rPr>
        <w:t>精神障</w:t>
      </w:r>
      <w:r w:rsidRPr="00460116">
        <w:rPr>
          <w:sz w:val="28"/>
          <w:szCs w:val="28"/>
          <w:lang w:eastAsia="ja-JP"/>
        </w:rPr>
        <w:t>がい</w:t>
      </w:r>
    </w:p>
    <w:p w14:paraId="5746E70A" w14:textId="77777777" w:rsidR="00031142" w:rsidRDefault="00031142" w:rsidP="00031142">
      <w:pPr>
        <w:ind w:firstLineChars="300" w:firstLine="840"/>
        <w:rPr>
          <w:sz w:val="28"/>
          <w:szCs w:val="28"/>
          <w:lang w:eastAsia="ja-JP"/>
        </w:rPr>
      </w:pPr>
      <w:r>
        <w:rPr>
          <w:sz w:val="28"/>
          <w:szCs w:val="28"/>
          <w:lang w:eastAsia="ja-JP"/>
        </w:rPr>
        <w:t>□</w:t>
      </w:r>
      <w:r w:rsidRPr="00460116">
        <w:rPr>
          <w:sz w:val="28"/>
          <w:szCs w:val="28"/>
          <w:lang w:eastAsia="ja-JP"/>
        </w:rPr>
        <w:t xml:space="preserve"> </w:t>
      </w:r>
      <w:r>
        <w:rPr>
          <w:sz w:val="28"/>
          <w:szCs w:val="28"/>
          <w:lang w:eastAsia="ja-JP"/>
        </w:rPr>
        <w:t>発達障</w:t>
      </w:r>
      <w:r w:rsidRPr="00460116">
        <w:rPr>
          <w:sz w:val="28"/>
          <w:szCs w:val="28"/>
          <w:lang w:eastAsia="ja-JP"/>
        </w:rPr>
        <w:t>がい</w:t>
      </w:r>
      <w:r>
        <w:rPr>
          <w:sz w:val="28"/>
          <w:szCs w:val="28"/>
          <w:lang w:eastAsia="ja-JP"/>
        </w:rPr>
        <w:tab/>
      </w:r>
      <w:r>
        <w:rPr>
          <w:sz w:val="28"/>
          <w:szCs w:val="28"/>
          <w:lang w:eastAsia="ja-JP"/>
        </w:rPr>
        <w:tab/>
        <w:t>□</w:t>
      </w:r>
      <w:r w:rsidRPr="00460116">
        <w:rPr>
          <w:sz w:val="28"/>
          <w:szCs w:val="28"/>
          <w:lang w:eastAsia="ja-JP"/>
        </w:rPr>
        <w:t xml:space="preserve"> </w:t>
      </w:r>
      <w:r>
        <w:rPr>
          <w:sz w:val="28"/>
          <w:szCs w:val="28"/>
          <w:lang w:eastAsia="ja-JP"/>
        </w:rPr>
        <w:t>難病</w:t>
      </w:r>
      <w:r>
        <w:rPr>
          <w:sz w:val="28"/>
          <w:szCs w:val="28"/>
          <w:lang w:eastAsia="ja-JP"/>
        </w:rPr>
        <w:tab/>
      </w:r>
      <w:r>
        <w:rPr>
          <w:sz w:val="28"/>
          <w:szCs w:val="28"/>
          <w:lang w:eastAsia="ja-JP"/>
        </w:rPr>
        <w:tab/>
      </w:r>
      <w:r>
        <w:rPr>
          <w:sz w:val="28"/>
          <w:szCs w:val="28"/>
          <w:lang w:eastAsia="ja-JP"/>
        </w:rPr>
        <w:tab/>
      </w:r>
      <w:r w:rsidRPr="00460116">
        <w:rPr>
          <w:sz w:val="28"/>
          <w:szCs w:val="28"/>
          <w:lang w:eastAsia="ja-JP"/>
        </w:rPr>
        <w:t xml:space="preserve">□ </w:t>
      </w:r>
      <w:r>
        <w:rPr>
          <w:sz w:val="28"/>
          <w:szCs w:val="28"/>
          <w:lang w:eastAsia="ja-JP"/>
        </w:rPr>
        <w:t>高次脳機能障</w:t>
      </w:r>
      <w:r w:rsidRPr="00460116">
        <w:rPr>
          <w:sz w:val="28"/>
          <w:szCs w:val="28"/>
          <w:lang w:eastAsia="ja-JP"/>
        </w:rPr>
        <w:t>がい</w:t>
      </w:r>
    </w:p>
    <w:p w14:paraId="561A3DCD" w14:textId="77777777" w:rsidR="00031142" w:rsidRDefault="00031142" w:rsidP="00031142">
      <w:pPr>
        <w:ind w:firstLineChars="300" w:firstLine="840"/>
        <w:rPr>
          <w:sz w:val="28"/>
          <w:szCs w:val="28"/>
          <w:lang w:eastAsia="ja-JP"/>
        </w:rPr>
      </w:pPr>
      <w:r>
        <w:rPr>
          <w:sz w:val="28"/>
          <w:szCs w:val="28"/>
          <w:lang w:eastAsia="ja-JP"/>
        </w:rPr>
        <w:t xml:space="preserve">□ </w:t>
      </w:r>
      <w:r>
        <w:rPr>
          <w:rFonts w:hint="eastAsia"/>
          <w:sz w:val="28"/>
          <w:szCs w:val="28"/>
          <w:lang w:eastAsia="ja-JP"/>
        </w:rPr>
        <w:t>医療的ケア（医療的ケアの内容：　　　　　　　　　　　　）</w:t>
      </w:r>
    </w:p>
    <w:p w14:paraId="47C1D324" w14:textId="77777777" w:rsidR="00031142" w:rsidRPr="00460116" w:rsidRDefault="00031142" w:rsidP="00031142">
      <w:pPr>
        <w:ind w:firstLineChars="300" w:firstLine="840"/>
        <w:rPr>
          <w:sz w:val="28"/>
          <w:szCs w:val="28"/>
          <w:lang w:eastAsia="ja-JP"/>
        </w:rPr>
      </w:pPr>
      <w:r w:rsidRPr="00460116">
        <w:rPr>
          <w:sz w:val="28"/>
          <w:szCs w:val="28"/>
          <w:lang w:eastAsia="ja-JP"/>
        </w:rPr>
        <w:t>□ その</w:t>
      </w:r>
      <w:r>
        <w:rPr>
          <w:sz w:val="28"/>
          <w:szCs w:val="28"/>
          <w:lang w:eastAsia="ja-JP"/>
        </w:rPr>
        <w:t>他</w:t>
      </w:r>
      <w:r w:rsidRPr="00460116">
        <w:rPr>
          <w:sz w:val="28"/>
          <w:szCs w:val="28"/>
          <w:lang w:eastAsia="ja-JP"/>
        </w:rPr>
        <w:t xml:space="preserve">（　　</w:t>
      </w:r>
      <w:r>
        <w:rPr>
          <w:rFonts w:hint="eastAsia"/>
          <w:sz w:val="28"/>
          <w:szCs w:val="28"/>
          <w:lang w:eastAsia="ja-JP"/>
        </w:rPr>
        <w:t xml:space="preserve">　　　　　　　　　　　　　　　</w:t>
      </w:r>
      <w:r w:rsidRPr="00460116">
        <w:rPr>
          <w:sz w:val="28"/>
          <w:szCs w:val="28"/>
          <w:lang w:eastAsia="ja-JP"/>
        </w:rPr>
        <w:t xml:space="preserve">　　</w:t>
      </w:r>
      <w:r>
        <w:rPr>
          <w:rFonts w:hint="eastAsia"/>
          <w:sz w:val="28"/>
          <w:szCs w:val="28"/>
          <w:lang w:eastAsia="ja-JP"/>
        </w:rPr>
        <w:t xml:space="preserve">　　　　</w:t>
      </w:r>
      <w:r w:rsidRPr="00460116">
        <w:rPr>
          <w:sz w:val="28"/>
          <w:szCs w:val="28"/>
          <w:lang w:eastAsia="ja-JP"/>
        </w:rPr>
        <w:t>）</w:t>
      </w:r>
    </w:p>
    <w:p w14:paraId="09F2B7E7" w14:textId="6EE0E97C" w:rsidR="00B54203" w:rsidRPr="00555733" w:rsidRDefault="000B00D6" w:rsidP="0055015D">
      <w:pPr>
        <w:ind w:firstLineChars="100" w:firstLine="320"/>
        <w:rPr>
          <w:sz w:val="32"/>
          <w:szCs w:val="32"/>
          <w:lang w:eastAsia="ja-JP"/>
        </w:rPr>
      </w:pPr>
      <w:r w:rsidRPr="00555733">
        <w:rPr>
          <w:b/>
          <w:sz w:val="32"/>
          <w:szCs w:val="32"/>
          <w:lang w:eastAsia="ja-JP"/>
        </w:rPr>
        <w:t>問3　現在の生活・所属先をお答えください。</w:t>
      </w:r>
    </w:p>
    <w:p w14:paraId="3F85E1AC" w14:textId="77777777" w:rsidR="00B54203" w:rsidRPr="00555733" w:rsidRDefault="000B00D6" w:rsidP="0055015D">
      <w:pPr>
        <w:ind w:firstLineChars="300" w:firstLine="840"/>
        <w:rPr>
          <w:sz w:val="28"/>
          <w:szCs w:val="28"/>
          <w:lang w:eastAsia="ja-JP"/>
        </w:rPr>
      </w:pPr>
      <w:r w:rsidRPr="00555733">
        <w:rPr>
          <w:sz w:val="28"/>
          <w:szCs w:val="28"/>
          <w:lang w:eastAsia="ja-JP"/>
        </w:rPr>
        <w:t>□ 保育所・認定こども園・幼稚園</w:t>
      </w:r>
    </w:p>
    <w:p w14:paraId="0E2F6BA3" w14:textId="707E3F50" w:rsidR="00B54203" w:rsidRPr="00555733" w:rsidRDefault="00031142" w:rsidP="00031142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  <w:lang w:eastAsia="ja-JP"/>
        </w:rPr>
        <w:t>（</w:t>
      </w:r>
      <w:r w:rsidR="000B00D6" w:rsidRPr="00555733">
        <w:rPr>
          <w:sz w:val="28"/>
          <w:szCs w:val="28"/>
        </w:rPr>
        <w:t>小学校</w:t>
      </w:r>
      <w:r>
        <w:rPr>
          <w:rFonts w:hint="eastAsia"/>
          <w:sz w:val="28"/>
          <w:szCs w:val="28"/>
          <w:lang w:eastAsia="ja-JP"/>
        </w:rPr>
        <w:t>）　□通常学級　　□通級指導教室　　□特別支援学級</w:t>
      </w:r>
    </w:p>
    <w:p w14:paraId="4C41121F" w14:textId="303DE01F" w:rsidR="00B54203" w:rsidRPr="00555733" w:rsidRDefault="00031142" w:rsidP="00031142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  <w:lang w:eastAsia="ja-JP"/>
        </w:rPr>
        <w:t>（</w:t>
      </w:r>
      <w:r w:rsidR="000B00D6" w:rsidRPr="00555733">
        <w:rPr>
          <w:sz w:val="28"/>
          <w:szCs w:val="28"/>
        </w:rPr>
        <w:t>中学校</w:t>
      </w:r>
      <w:r>
        <w:rPr>
          <w:rFonts w:hint="eastAsia"/>
          <w:sz w:val="28"/>
          <w:szCs w:val="28"/>
          <w:lang w:eastAsia="ja-JP"/>
        </w:rPr>
        <w:t>）　□通常学級　　□通級指導教室　　□特別支援学級</w:t>
      </w:r>
    </w:p>
    <w:p w14:paraId="635BBCF3" w14:textId="6E0145AE" w:rsidR="00B54203" w:rsidRPr="00555733" w:rsidRDefault="000B00D6" w:rsidP="0055015D">
      <w:pPr>
        <w:ind w:firstLineChars="300" w:firstLine="840"/>
        <w:rPr>
          <w:sz w:val="28"/>
          <w:szCs w:val="28"/>
          <w:lang w:eastAsia="ja-JP"/>
        </w:rPr>
      </w:pPr>
      <w:r w:rsidRPr="00555733">
        <w:rPr>
          <w:sz w:val="28"/>
          <w:szCs w:val="28"/>
          <w:lang w:eastAsia="ja-JP"/>
        </w:rPr>
        <w:t>□ 高校</w:t>
      </w:r>
      <w:r w:rsidR="00031142">
        <w:rPr>
          <w:sz w:val="28"/>
          <w:szCs w:val="28"/>
          <w:lang w:eastAsia="ja-JP"/>
        </w:rPr>
        <w:tab/>
      </w:r>
      <w:r w:rsidR="00031142">
        <w:rPr>
          <w:rFonts w:hint="eastAsia"/>
          <w:sz w:val="28"/>
          <w:szCs w:val="28"/>
          <w:lang w:eastAsia="ja-JP"/>
        </w:rPr>
        <w:t xml:space="preserve">　　　</w:t>
      </w:r>
      <w:r w:rsidRPr="00555733">
        <w:rPr>
          <w:sz w:val="28"/>
          <w:szCs w:val="28"/>
          <w:lang w:eastAsia="ja-JP"/>
        </w:rPr>
        <w:t>□ 特別支援学校</w:t>
      </w:r>
      <w:r w:rsidR="00031142">
        <w:rPr>
          <w:rFonts w:hint="eastAsia"/>
          <w:sz w:val="28"/>
          <w:szCs w:val="28"/>
          <w:lang w:eastAsia="ja-JP"/>
        </w:rPr>
        <w:t xml:space="preserve">　　□ 所属していない</w:t>
      </w:r>
    </w:p>
    <w:p w14:paraId="516C9403" w14:textId="7A03A3C1" w:rsidR="00B54203" w:rsidRDefault="000B00D6" w:rsidP="0055015D">
      <w:pPr>
        <w:ind w:firstLineChars="300" w:firstLine="840"/>
        <w:rPr>
          <w:sz w:val="28"/>
          <w:szCs w:val="28"/>
          <w:lang w:eastAsia="ja-JP"/>
        </w:rPr>
      </w:pPr>
      <w:r w:rsidRPr="00555733">
        <w:rPr>
          <w:sz w:val="28"/>
          <w:szCs w:val="28"/>
          <w:lang w:eastAsia="ja-JP"/>
        </w:rPr>
        <w:t xml:space="preserve">□ その他（　</w:t>
      </w:r>
      <w:r w:rsidR="0055015D">
        <w:rPr>
          <w:rFonts w:hint="eastAsia"/>
          <w:sz w:val="28"/>
          <w:szCs w:val="28"/>
          <w:lang w:eastAsia="ja-JP"/>
        </w:rPr>
        <w:t xml:space="preserve">　　　　　　　　　　　　　　　　</w:t>
      </w:r>
      <w:r w:rsidRPr="00555733">
        <w:rPr>
          <w:sz w:val="28"/>
          <w:szCs w:val="28"/>
          <w:lang w:eastAsia="ja-JP"/>
        </w:rPr>
        <w:t xml:space="preserve">　　　）</w:t>
      </w:r>
    </w:p>
    <w:p w14:paraId="78AE1E24" w14:textId="77777777" w:rsidR="0082417F" w:rsidRPr="00555733" w:rsidRDefault="0082417F" w:rsidP="0055015D">
      <w:pPr>
        <w:ind w:firstLineChars="300" w:firstLine="840"/>
        <w:rPr>
          <w:rFonts w:hint="eastAsia"/>
          <w:sz w:val="28"/>
          <w:szCs w:val="28"/>
          <w:lang w:eastAsia="ja-JP"/>
        </w:rPr>
      </w:pPr>
    </w:p>
    <w:p w14:paraId="4D7719D8" w14:textId="77777777" w:rsidR="00B54203" w:rsidRPr="00555733" w:rsidRDefault="000B00D6">
      <w:pPr>
        <w:pStyle w:val="1"/>
        <w:rPr>
          <w:sz w:val="36"/>
          <w:szCs w:val="36"/>
          <w:lang w:eastAsia="ja-JP"/>
        </w:rPr>
      </w:pPr>
      <w:r w:rsidRPr="00031142">
        <w:rPr>
          <w:sz w:val="36"/>
          <w:szCs w:val="36"/>
          <w:bdr w:val="single" w:sz="4" w:space="0" w:color="auto"/>
          <w:lang w:eastAsia="ja-JP"/>
        </w:rPr>
        <w:lastRenderedPageBreak/>
        <w:t>2</w:t>
      </w:r>
      <w:r w:rsidRPr="00031142">
        <w:rPr>
          <w:sz w:val="36"/>
          <w:szCs w:val="36"/>
          <w:bdr w:val="single" w:sz="4" w:space="0" w:color="auto"/>
          <w:lang w:eastAsia="ja-JP"/>
        </w:rPr>
        <w:t xml:space="preserve">　サービス利用と困りごと</w:t>
      </w:r>
    </w:p>
    <w:p w14:paraId="6D275CBE" w14:textId="77777777" w:rsidR="00B54203" w:rsidRPr="00555733" w:rsidRDefault="000B00D6" w:rsidP="0055015D">
      <w:pPr>
        <w:ind w:firstLineChars="100" w:firstLine="320"/>
        <w:rPr>
          <w:sz w:val="32"/>
          <w:szCs w:val="32"/>
          <w:lang w:eastAsia="ja-JP"/>
        </w:rPr>
      </w:pPr>
      <w:r w:rsidRPr="00555733">
        <w:rPr>
          <w:b/>
          <w:sz w:val="32"/>
          <w:szCs w:val="32"/>
          <w:lang w:eastAsia="ja-JP"/>
        </w:rPr>
        <w:t>問4　現在利用しているサービス等をお答えください。（複数回答可）</w:t>
      </w:r>
    </w:p>
    <w:p w14:paraId="035DC862" w14:textId="0EF11042" w:rsidR="00B54203" w:rsidRPr="00555733" w:rsidRDefault="000B00D6" w:rsidP="0055015D">
      <w:pPr>
        <w:ind w:firstLineChars="300" w:firstLine="840"/>
        <w:rPr>
          <w:sz w:val="28"/>
          <w:szCs w:val="28"/>
          <w:lang w:eastAsia="ja-JP"/>
        </w:rPr>
      </w:pPr>
      <w:r w:rsidRPr="00555733">
        <w:rPr>
          <w:sz w:val="28"/>
          <w:szCs w:val="28"/>
          <w:lang w:eastAsia="ja-JP"/>
        </w:rPr>
        <w:t>□ 児童発達支援</w:t>
      </w:r>
      <w:r w:rsidR="00031142">
        <w:rPr>
          <w:sz w:val="28"/>
          <w:szCs w:val="28"/>
          <w:lang w:eastAsia="ja-JP"/>
        </w:rPr>
        <w:tab/>
      </w:r>
      <w:r w:rsidR="00031142">
        <w:rPr>
          <w:sz w:val="28"/>
          <w:szCs w:val="28"/>
          <w:lang w:eastAsia="ja-JP"/>
        </w:rPr>
        <w:tab/>
      </w:r>
      <w:r w:rsidR="00031142">
        <w:rPr>
          <w:sz w:val="28"/>
          <w:szCs w:val="28"/>
          <w:lang w:eastAsia="ja-JP"/>
        </w:rPr>
        <w:tab/>
      </w:r>
      <w:r w:rsidRPr="00555733">
        <w:rPr>
          <w:sz w:val="28"/>
          <w:szCs w:val="28"/>
          <w:lang w:eastAsia="ja-JP"/>
        </w:rPr>
        <w:t>□ 放課後等デイサービス</w:t>
      </w:r>
    </w:p>
    <w:p w14:paraId="1C528336" w14:textId="360794E2" w:rsidR="00B54203" w:rsidRPr="00555733" w:rsidRDefault="000B00D6" w:rsidP="0055015D">
      <w:pPr>
        <w:ind w:firstLineChars="300" w:firstLine="840"/>
        <w:rPr>
          <w:sz w:val="28"/>
          <w:szCs w:val="28"/>
        </w:rPr>
      </w:pPr>
      <w:r w:rsidRPr="00555733">
        <w:rPr>
          <w:sz w:val="28"/>
          <w:szCs w:val="28"/>
        </w:rPr>
        <w:t>□ 保育所等訪問支援</w:t>
      </w:r>
      <w:r w:rsidR="00031142">
        <w:rPr>
          <w:sz w:val="28"/>
          <w:szCs w:val="28"/>
        </w:rPr>
        <w:tab/>
      </w:r>
      <w:r w:rsidR="00031142">
        <w:rPr>
          <w:sz w:val="28"/>
          <w:szCs w:val="28"/>
        </w:rPr>
        <w:tab/>
      </w:r>
      <w:r w:rsidRPr="00555733">
        <w:rPr>
          <w:sz w:val="28"/>
          <w:szCs w:val="28"/>
        </w:rPr>
        <w:t>□ 居宅訪問型児童発達支援</w:t>
      </w:r>
    </w:p>
    <w:p w14:paraId="24220C0C" w14:textId="13119973" w:rsidR="00B54203" w:rsidRPr="00555733" w:rsidRDefault="000B00D6" w:rsidP="0055015D">
      <w:pPr>
        <w:ind w:firstLineChars="300" w:firstLine="840"/>
        <w:rPr>
          <w:sz w:val="28"/>
          <w:szCs w:val="28"/>
          <w:lang w:eastAsia="ja-JP"/>
        </w:rPr>
      </w:pPr>
      <w:r w:rsidRPr="00555733">
        <w:rPr>
          <w:sz w:val="28"/>
          <w:szCs w:val="28"/>
        </w:rPr>
        <w:t>□ 短期入所</w:t>
      </w:r>
      <w:r w:rsidR="00031142">
        <w:rPr>
          <w:sz w:val="28"/>
          <w:szCs w:val="28"/>
        </w:rPr>
        <w:tab/>
      </w:r>
      <w:r w:rsidR="00031142">
        <w:rPr>
          <w:sz w:val="28"/>
          <w:szCs w:val="28"/>
        </w:rPr>
        <w:tab/>
      </w:r>
      <w:r w:rsidR="00031142">
        <w:rPr>
          <w:sz w:val="28"/>
          <w:szCs w:val="28"/>
        </w:rPr>
        <w:tab/>
      </w:r>
      <w:r w:rsidRPr="00555733">
        <w:rPr>
          <w:sz w:val="28"/>
          <w:szCs w:val="28"/>
          <w:lang w:eastAsia="ja-JP"/>
        </w:rPr>
        <w:t>□ 日中一時支援</w:t>
      </w:r>
    </w:p>
    <w:p w14:paraId="4934F59C" w14:textId="4AF9D800" w:rsidR="00B54203" w:rsidRPr="00555733" w:rsidRDefault="000B00D6" w:rsidP="0055015D">
      <w:pPr>
        <w:ind w:firstLineChars="300" w:firstLine="840"/>
        <w:rPr>
          <w:sz w:val="28"/>
          <w:szCs w:val="28"/>
          <w:lang w:eastAsia="ja-JP"/>
        </w:rPr>
      </w:pPr>
      <w:r w:rsidRPr="00555733">
        <w:rPr>
          <w:sz w:val="28"/>
          <w:szCs w:val="28"/>
          <w:lang w:eastAsia="ja-JP"/>
        </w:rPr>
        <w:t xml:space="preserve">□ その他（　　</w:t>
      </w:r>
      <w:r w:rsidR="0055015D">
        <w:rPr>
          <w:rFonts w:hint="eastAsia"/>
          <w:sz w:val="28"/>
          <w:szCs w:val="28"/>
          <w:lang w:eastAsia="ja-JP"/>
        </w:rPr>
        <w:t xml:space="preserve">　　　　　　　　　　　　　　　　　　　</w:t>
      </w:r>
      <w:r w:rsidRPr="00555733">
        <w:rPr>
          <w:sz w:val="28"/>
          <w:szCs w:val="28"/>
          <w:lang w:eastAsia="ja-JP"/>
        </w:rPr>
        <w:t xml:space="preserve">　　）</w:t>
      </w:r>
    </w:p>
    <w:p w14:paraId="0FBF45EE" w14:textId="77777777" w:rsidR="00B54203" w:rsidRPr="00555733" w:rsidRDefault="000B00D6" w:rsidP="0055015D">
      <w:pPr>
        <w:ind w:firstLineChars="300" w:firstLine="840"/>
        <w:rPr>
          <w:sz w:val="28"/>
          <w:szCs w:val="28"/>
          <w:lang w:eastAsia="ja-JP"/>
        </w:rPr>
      </w:pPr>
      <w:r w:rsidRPr="00555733">
        <w:rPr>
          <w:sz w:val="28"/>
          <w:szCs w:val="28"/>
          <w:lang w:eastAsia="ja-JP"/>
        </w:rPr>
        <w:t>□ 利用していない</w:t>
      </w:r>
    </w:p>
    <w:p w14:paraId="37EA7049" w14:textId="77777777" w:rsidR="00B54203" w:rsidRPr="00555733" w:rsidRDefault="000B00D6" w:rsidP="0055015D">
      <w:pPr>
        <w:ind w:firstLineChars="100" w:firstLine="320"/>
        <w:rPr>
          <w:sz w:val="32"/>
          <w:szCs w:val="32"/>
          <w:lang w:eastAsia="ja-JP"/>
        </w:rPr>
      </w:pPr>
      <w:r w:rsidRPr="00555733">
        <w:rPr>
          <w:b/>
          <w:sz w:val="32"/>
          <w:szCs w:val="32"/>
          <w:lang w:eastAsia="ja-JP"/>
        </w:rPr>
        <w:t>問5　必要なサービスを希望どおり利用できていますか。</w:t>
      </w:r>
    </w:p>
    <w:p w14:paraId="48385425" w14:textId="0DBC7D55" w:rsidR="0055015D" w:rsidRPr="00372F09" w:rsidRDefault="0055015D" w:rsidP="0055015D">
      <w:pPr>
        <w:ind w:firstLineChars="300" w:firstLine="840"/>
        <w:rPr>
          <w:sz w:val="28"/>
          <w:szCs w:val="28"/>
          <w:lang w:eastAsia="ja-JP"/>
        </w:rPr>
      </w:pPr>
      <w:r w:rsidRPr="00372F09">
        <w:rPr>
          <w:sz w:val="28"/>
          <w:szCs w:val="28"/>
          <w:lang w:eastAsia="ja-JP"/>
        </w:rPr>
        <w:t xml:space="preserve">□ </w:t>
      </w:r>
      <w:r w:rsidRPr="00460116">
        <w:rPr>
          <w:sz w:val="28"/>
          <w:szCs w:val="28"/>
          <w:lang w:eastAsia="ja-JP"/>
        </w:rPr>
        <w:t>十分利用できている</w:t>
      </w:r>
      <w:r w:rsidR="00031142">
        <w:rPr>
          <w:sz w:val="28"/>
          <w:szCs w:val="28"/>
          <w:lang w:eastAsia="ja-JP"/>
        </w:rPr>
        <w:tab/>
      </w:r>
      <w:r w:rsidR="00031142">
        <w:rPr>
          <w:sz w:val="28"/>
          <w:szCs w:val="28"/>
          <w:lang w:eastAsia="ja-JP"/>
        </w:rPr>
        <w:tab/>
      </w:r>
      <w:r w:rsidR="00031142">
        <w:rPr>
          <w:sz w:val="28"/>
          <w:szCs w:val="28"/>
          <w:lang w:eastAsia="ja-JP"/>
        </w:rPr>
        <w:tab/>
      </w:r>
      <w:r w:rsidRPr="00372F09">
        <w:rPr>
          <w:sz w:val="28"/>
          <w:szCs w:val="28"/>
          <w:lang w:eastAsia="ja-JP"/>
        </w:rPr>
        <w:t>□ おおむね</w:t>
      </w:r>
      <w:r w:rsidRPr="00460116">
        <w:rPr>
          <w:sz w:val="28"/>
          <w:szCs w:val="28"/>
          <w:lang w:eastAsia="ja-JP"/>
        </w:rPr>
        <w:t>利用できている</w:t>
      </w:r>
    </w:p>
    <w:p w14:paraId="22080092" w14:textId="4F5A45FE" w:rsidR="0055015D" w:rsidRPr="00372F09" w:rsidRDefault="0055015D" w:rsidP="0055015D">
      <w:pPr>
        <w:ind w:firstLineChars="300" w:firstLine="840"/>
        <w:rPr>
          <w:sz w:val="28"/>
          <w:szCs w:val="28"/>
          <w:lang w:eastAsia="ja-JP"/>
        </w:rPr>
      </w:pPr>
      <w:r w:rsidRPr="00372F09">
        <w:rPr>
          <w:sz w:val="28"/>
          <w:szCs w:val="28"/>
          <w:lang w:eastAsia="ja-JP"/>
        </w:rPr>
        <w:t>□ 希望どおり</w:t>
      </w:r>
      <w:r w:rsidRPr="00460116">
        <w:rPr>
          <w:sz w:val="28"/>
          <w:szCs w:val="28"/>
          <w:lang w:eastAsia="ja-JP"/>
        </w:rPr>
        <w:t>利用できていない</w:t>
      </w:r>
      <w:r w:rsidR="00031142">
        <w:rPr>
          <w:sz w:val="28"/>
          <w:szCs w:val="28"/>
          <w:lang w:eastAsia="ja-JP"/>
        </w:rPr>
        <w:tab/>
      </w:r>
      <w:r w:rsidR="00031142">
        <w:rPr>
          <w:sz w:val="28"/>
          <w:szCs w:val="28"/>
          <w:lang w:eastAsia="ja-JP"/>
        </w:rPr>
        <w:tab/>
      </w:r>
      <w:r w:rsidRPr="00372F09">
        <w:rPr>
          <w:sz w:val="28"/>
          <w:szCs w:val="28"/>
          <w:lang w:eastAsia="ja-JP"/>
        </w:rPr>
        <w:t>□ ほとんど</w:t>
      </w:r>
      <w:r w:rsidRPr="00460116">
        <w:rPr>
          <w:sz w:val="28"/>
          <w:szCs w:val="28"/>
          <w:lang w:eastAsia="ja-JP"/>
        </w:rPr>
        <w:t>利用できていない</w:t>
      </w:r>
    </w:p>
    <w:p w14:paraId="280AB230" w14:textId="77777777" w:rsidR="0055015D" w:rsidRPr="00372F09" w:rsidRDefault="0055015D" w:rsidP="0055015D">
      <w:pPr>
        <w:ind w:firstLineChars="300" w:firstLine="840"/>
        <w:rPr>
          <w:sz w:val="28"/>
          <w:szCs w:val="28"/>
          <w:lang w:eastAsia="ja-JP"/>
        </w:rPr>
      </w:pPr>
      <w:r w:rsidRPr="00372F09">
        <w:rPr>
          <w:sz w:val="28"/>
          <w:szCs w:val="28"/>
          <w:lang w:eastAsia="ja-JP"/>
        </w:rPr>
        <w:t>□ わからない</w:t>
      </w:r>
    </w:p>
    <w:p w14:paraId="04DCB2AF" w14:textId="1C92BF2D" w:rsidR="00031142" w:rsidRPr="00460116" w:rsidRDefault="00031142" w:rsidP="00031142">
      <w:pPr>
        <w:ind w:firstLineChars="100" w:firstLine="320"/>
        <w:rPr>
          <w:sz w:val="32"/>
          <w:szCs w:val="32"/>
          <w:lang w:eastAsia="ja-JP"/>
        </w:rPr>
      </w:pPr>
      <w:r w:rsidRPr="00460116">
        <w:rPr>
          <w:b/>
          <w:sz w:val="32"/>
          <w:szCs w:val="32"/>
          <w:lang w:eastAsia="ja-JP"/>
        </w:rPr>
        <w:t>問</w:t>
      </w:r>
      <w:r w:rsidR="0082417F">
        <w:rPr>
          <w:rFonts w:hint="eastAsia"/>
          <w:b/>
          <w:sz w:val="32"/>
          <w:szCs w:val="32"/>
          <w:lang w:eastAsia="ja-JP"/>
        </w:rPr>
        <w:t>6</w:t>
      </w:r>
      <w:r w:rsidRPr="00460116">
        <w:rPr>
          <w:b/>
          <w:sz w:val="32"/>
          <w:szCs w:val="32"/>
          <w:lang w:eastAsia="ja-JP"/>
        </w:rPr>
        <w:t xml:space="preserve">　利用したいのに利用できなかったサービスがありますか。</w:t>
      </w:r>
    </w:p>
    <w:p w14:paraId="21BF9481" w14:textId="77777777" w:rsidR="00031142" w:rsidRDefault="00031142" w:rsidP="00031142">
      <w:pPr>
        <w:ind w:firstLineChars="300" w:firstLine="840"/>
        <w:rPr>
          <w:sz w:val="28"/>
          <w:szCs w:val="28"/>
          <w:lang w:eastAsia="ja-JP"/>
        </w:rPr>
      </w:pPr>
      <w:bookmarkStart w:id="0" w:name="_Hlk237874375"/>
      <w:r>
        <w:rPr>
          <w:noProof/>
          <w:sz w:val="28"/>
          <w:szCs w:val="28"/>
          <w:lang w:eastAsia="ja-JP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1F42D345" wp14:editId="61AFB417">
                <wp:simplePos x="0" y="0"/>
                <wp:positionH relativeFrom="column">
                  <wp:posOffset>3261996</wp:posOffset>
                </wp:positionH>
                <wp:positionV relativeFrom="paragraph">
                  <wp:posOffset>284481</wp:posOffset>
                </wp:positionV>
                <wp:extent cx="210151" cy="578444"/>
                <wp:effectExtent l="133350" t="38100" r="38100" b="69850"/>
                <wp:wrapNone/>
                <wp:docPr id="7" name="矢印: 下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250144">
                          <a:off x="0" y="0"/>
                          <a:ext cx="210151" cy="578444"/>
                        </a:xfrm>
                        <a:prstGeom prst="downArrow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6F68549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矢印: 下 7" o:spid="_x0000_s1026" type="#_x0000_t67" style="position:absolute;left:0;text-align:left;margin-left:256.85pt;margin-top:22.4pt;width:16.55pt;height:45.55pt;rotation:1365491fd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" adj="17676" fillcolor="black [3213]" strokecolor="black [3213]">
                <v:shadow on="t" color="black" opacity="22937f" origin=",.5" offset="0,.63889mm"/>
              </v:shape>
            </w:pict>
          </mc:Fallback>
        </mc:AlternateContent>
      </w:r>
      <w:r>
        <w:rPr>
          <w:noProof/>
          <w:sz w:val="28"/>
          <w:szCs w:val="28"/>
          <w:lang w:eastAsia="ja-JP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2C9CAEC6" wp14:editId="11E9A24C">
                <wp:simplePos x="0" y="0"/>
                <wp:positionH relativeFrom="column">
                  <wp:posOffset>2284731</wp:posOffset>
                </wp:positionH>
                <wp:positionV relativeFrom="paragraph">
                  <wp:posOffset>253999</wp:posOffset>
                </wp:positionV>
                <wp:extent cx="232231" cy="647915"/>
                <wp:effectExtent l="190500" t="19050" r="149225" b="19050"/>
                <wp:wrapNone/>
                <wp:docPr id="8" name="矢印: 下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459475">
                          <a:off x="0" y="0"/>
                          <a:ext cx="232231" cy="647915"/>
                        </a:xfrm>
                        <a:prstGeom prst="downArrow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159DF4" id="矢印: 下 8" o:spid="_x0000_s1026" type="#_x0000_t67" style="position:absolute;left:0;text-align:left;margin-left:179.9pt;margin-top:20pt;width:18.3pt;height:51pt;rotation:-2338024fd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" adj="17729" fillcolor="black [3213]" strokecolor="black [3213]">
                <v:shadow on="t" color="black" opacity="22937f" origin=",.5" offset="0,.63889mm"/>
              </v:shape>
            </w:pict>
          </mc:Fallback>
        </mc:AlternateContent>
      </w:r>
      <w:r>
        <w:rPr>
          <w:noProof/>
          <w:sz w:val="28"/>
          <w:szCs w:val="28"/>
          <w:lang w:eastAsia="ja-JP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4B03F235" wp14:editId="716FC8B9">
                <wp:simplePos x="0" y="0"/>
                <wp:positionH relativeFrom="column">
                  <wp:posOffset>825500</wp:posOffset>
                </wp:positionH>
                <wp:positionV relativeFrom="paragraph">
                  <wp:posOffset>331470</wp:posOffset>
                </wp:positionV>
                <wp:extent cx="180975" cy="520700"/>
                <wp:effectExtent l="57150" t="19050" r="47625" b="88900"/>
                <wp:wrapNone/>
                <wp:docPr id="9" name="矢印: 下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520700"/>
                        </a:xfrm>
                        <a:prstGeom prst="downArrow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230B56" id="矢印: 下 9" o:spid="_x0000_s1026" type="#_x0000_t67" style="position:absolute;left:0;text-align:left;margin-left:65pt;margin-top:26.1pt;width:14.25pt;height:41pt;z-index:2516510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" adj="17846" fillcolor="black [3213]" strokecolor="black [3213]">
                <v:shadow on="t" color="black" opacity="22937f" origin=",.5" offset="0,.63889mm"/>
              </v:shape>
            </w:pict>
          </mc:Fallback>
        </mc:AlternateContent>
      </w:r>
      <w:r w:rsidRPr="00460116">
        <w:rPr>
          <w:sz w:val="28"/>
          <w:szCs w:val="28"/>
          <w:lang w:eastAsia="ja-JP"/>
        </w:rPr>
        <w:t>□ ある</w:t>
      </w:r>
      <w:r>
        <w:rPr>
          <w:sz w:val="28"/>
          <w:szCs w:val="28"/>
          <w:lang w:eastAsia="ja-JP"/>
        </w:rPr>
        <w:tab/>
      </w:r>
      <w:r>
        <w:rPr>
          <w:sz w:val="28"/>
          <w:szCs w:val="28"/>
          <w:lang w:eastAsia="ja-JP"/>
        </w:rPr>
        <w:tab/>
      </w:r>
      <w:r w:rsidRPr="00460116">
        <w:rPr>
          <w:sz w:val="28"/>
          <w:szCs w:val="28"/>
          <w:lang w:eastAsia="ja-JP"/>
        </w:rPr>
        <w:t>□ ない</w:t>
      </w:r>
      <w:r>
        <w:rPr>
          <w:sz w:val="28"/>
          <w:szCs w:val="28"/>
          <w:lang w:eastAsia="ja-JP"/>
        </w:rPr>
        <w:tab/>
      </w:r>
      <w:r>
        <w:rPr>
          <w:sz w:val="28"/>
          <w:szCs w:val="28"/>
          <w:lang w:eastAsia="ja-JP"/>
        </w:rPr>
        <w:tab/>
      </w:r>
      <w:r w:rsidRPr="00460116">
        <w:rPr>
          <w:sz w:val="28"/>
          <w:szCs w:val="28"/>
          <w:lang w:eastAsia="ja-JP"/>
        </w:rPr>
        <w:t>□ わからない</w:t>
      </w:r>
    </w:p>
    <w:p w14:paraId="4DB0E3CB" w14:textId="77777777" w:rsidR="00031142" w:rsidRDefault="00031142" w:rsidP="00031142">
      <w:pPr>
        <w:ind w:firstLineChars="300" w:firstLine="840"/>
        <w:rPr>
          <w:sz w:val="28"/>
          <w:szCs w:val="28"/>
          <w:lang w:eastAsia="ja-JP"/>
        </w:rPr>
      </w:pPr>
    </w:p>
    <w:p w14:paraId="161FAECD" w14:textId="417A894F" w:rsidR="00031142" w:rsidRDefault="00031142" w:rsidP="00031142">
      <w:pPr>
        <w:ind w:firstLineChars="150" w:firstLine="420"/>
        <w:rPr>
          <w:sz w:val="28"/>
          <w:szCs w:val="28"/>
          <w:lang w:eastAsia="ja-JP"/>
        </w:rPr>
      </w:pPr>
      <w:r w:rsidRPr="00E72C7F">
        <w:rPr>
          <w:rFonts w:hint="eastAsia"/>
          <w:b/>
          <w:bCs/>
          <w:sz w:val="28"/>
          <w:szCs w:val="28"/>
          <w:u w:val="single"/>
          <w:lang w:eastAsia="ja-JP"/>
        </w:rPr>
        <w:t>（問</w:t>
      </w:r>
      <w:r w:rsidR="0082417F">
        <w:rPr>
          <w:rFonts w:hint="eastAsia"/>
          <w:b/>
          <w:bCs/>
          <w:sz w:val="28"/>
          <w:szCs w:val="28"/>
          <w:u w:val="single"/>
          <w:lang w:eastAsia="ja-JP"/>
        </w:rPr>
        <w:t>7</w:t>
      </w:r>
      <w:r>
        <w:rPr>
          <w:rFonts w:hint="eastAsia"/>
          <w:b/>
          <w:bCs/>
          <w:sz w:val="28"/>
          <w:szCs w:val="28"/>
          <w:u w:val="single"/>
          <w:lang w:eastAsia="ja-JP"/>
        </w:rPr>
        <w:t>・問</w:t>
      </w:r>
      <w:r w:rsidR="0082417F">
        <w:rPr>
          <w:rFonts w:hint="eastAsia"/>
          <w:b/>
          <w:bCs/>
          <w:sz w:val="28"/>
          <w:szCs w:val="28"/>
          <w:u w:val="single"/>
          <w:lang w:eastAsia="ja-JP"/>
        </w:rPr>
        <w:t>8</w:t>
      </w:r>
      <w:r w:rsidRPr="00E72C7F">
        <w:rPr>
          <w:rFonts w:hint="eastAsia"/>
          <w:b/>
          <w:bCs/>
          <w:sz w:val="28"/>
          <w:szCs w:val="28"/>
          <w:u w:val="single"/>
          <w:lang w:eastAsia="ja-JP"/>
        </w:rPr>
        <w:t>へ）</w:t>
      </w:r>
      <w:r>
        <w:rPr>
          <w:rFonts w:hint="eastAsia"/>
          <w:sz w:val="28"/>
          <w:szCs w:val="28"/>
          <w:lang w:eastAsia="ja-JP"/>
        </w:rPr>
        <w:t xml:space="preserve">　　　</w:t>
      </w:r>
      <w:r w:rsidRPr="00E72C7F">
        <w:rPr>
          <w:rFonts w:hint="eastAsia"/>
          <w:b/>
          <w:bCs/>
          <w:sz w:val="28"/>
          <w:szCs w:val="28"/>
          <w:u w:val="single"/>
          <w:lang w:eastAsia="ja-JP"/>
        </w:rPr>
        <w:t>（問１</w:t>
      </w:r>
      <w:r>
        <w:rPr>
          <w:rFonts w:hint="eastAsia"/>
          <w:b/>
          <w:bCs/>
          <w:sz w:val="28"/>
          <w:szCs w:val="28"/>
          <w:u w:val="single"/>
          <w:lang w:eastAsia="ja-JP"/>
        </w:rPr>
        <w:t>０</w:t>
      </w:r>
      <w:r w:rsidRPr="00E72C7F">
        <w:rPr>
          <w:rFonts w:hint="eastAsia"/>
          <w:b/>
          <w:bCs/>
          <w:sz w:val="28"/>
          <w:szCs w:val="28"/>
          <w:u w:val="single"/>
          <w:lang w:eastAsia="ja-JP"/>
        </w:rPr>
        <w:t>へ）</w:t>
      </w:r>
    </w:p>
    <w:bookmarkEnd w:id="0"/>
    <w:p w14:paraId="1D11D184" w14:textId="77777777" w:rsidR="0082417F" w:rsidRDefault="0082417F" w:rsidP="00031142">
      <w:pPr>
        <w:ind w:leftChars="160" w:left="1133" w:hangingChars="254" w:hanging="813"/>
        <w:rPr>
          <w:b/>
          <w:sz w:val="32"/>
          <w:szCs w:val="32"/>
          <w:lang w:eastAsia="ja-JP"/>
        </w:rPr>
      </w:pPr>
    </w:p>
    <w:p w14:paraId="327E89BC" w14:textId="77777777" w:rsidR="0082417F" w:rsidRDefault="0082417F" w:rsidP="00031142">
      <w:pPr>
        <w:ind w:leftChars="160" w:left="1133" w:hangingChars="254" w:hanging="813"/>
        <w:rPr>
          <w:b/>
          <w:sz w:val="32"/>
          <w:szCs w:val="32"/>
          <w:lang w:eastAsia="ja-JP"/>
        </w:rPr>
      </w:pPr>
    </w:p>
    <w:p w14:paraId="57F70867" w14:textId="77777777" w:rsidR="0082417F" w:rsidRDefault="0082417F" w:rsidP="00031142">
      <w:pPr>
        <w:ind w:leftChars="160" w:left="1133" w:hangingChars="254" w:hanging="813"/>
        <w:rPr>
          <w:b/>
          <w:sz w:val="32"/>
          <w:szCs w:val="32"/>
          <w:lang w:eastAsia="ja-JP"/>
        </w:rPr>
      </w:pPr>
    </w:p>
    <w:p w14:paraId="781B8927" w14:textId="5589265C" w:rsidR="00E07541" w:rsidRDefault="00031142" w:rsidP="00031142">
      <w:pPr>
        <w:ind w:leftChars="160" w:left="1133" w:hangingChars="254" w:hanging="813"/>
        <w:rPr>
          <w:b/>
          <w:sz w:val="32"/>
          <w:szCs w:val="32"/>
          <w:lang w:eastAsia="ja-JP"/>
        </w:rPr>
      </w:pPr>
      <w:r w:rsidRPr="00372F09">
        <w:rPr>
          <w:b/>
          <w:sz w:val="32"/>
          <w:szCs w:val="32"/>
          <w:lang w:eastAsia="ja-JP"/>
        </w:rPr>
        <w:lastRenderedPageBreak/>
        <w:t>問</w:t>
      </w:r>
      <w:r w:rsidR="0082417F">
        <w:rPr>
          <w:rFonts w:hint="eastAsia"/>
          <w:b/>
          <w:sz w:val="32"/>
          <w:szCs w:val="32"/>
          <w:lang w:eastAsia="ja-JP"/>
        </w:rPr>
        <w:t>7</w:t>
      </w:r>
      <w:r w:rsidRPr="00372F09">
        <w:rPr>
          <w:b/>
          <w:sz w:val="32"/>
          <w:szCs w:val="32"/>
          <w:lang w:eastAsia="ja-JP"/>
        </w:rPr>
        <w:t xml:space="preserve">　</w:t>
      </w:r>
      <w:r>
        <w:rPr>
          <w:rFonts w:hint="eastAsia"/>
          <w:b/>
          <w:sz w:val="32"/>
          <w:szCs w:val="32"/>
          <w:lang w:eastAsia="ja-JP"/>
        </w:rPr>
        <w:t>【</w:t>
      </w:r>
      <w:r w:rsidRPr="00E72C7F">
        <w:rPr>
          <w:b/>
          <w:sz w:val="32"/>
          <w:szCs w:val="32"/>
          <w:u w:val="single"/>
          <w:lang w:eastAsia="ja-JP"/>
        </w:rPr>
        <w:t>問</w:t>
      </w:r>
      <w:r w:rsidR="0082417F">
        <w:rPr>
          <w:rFonts w:hint="eastAsia"/>
          <w:b/>
          <w:sz w:val="32"/>
          <w:szCs w:val="32"/>
          <w:u w:val="single"/>
          <w:lang w:eastAsia="ja-JP"/>
        </w:rPr>
        <w:t>6</w:t>
      </w:r>
      <w:r w:rsidRPr="00E72C7F">
        <w:rPr>
          <w:b/>
          <w:sz w:val="32"/>
          <w:szCs w:val="32"/>
          <w:u w:val="single"/>
          <w:lang w:eastAsia="ja-JP"/>
        </w:rPr>
        <w:t>で「ある」と答えた方</w:t>
      </w:r>
      <w:r>
        <w:rPr>
          <w:rFonts w:hint="eastAsia"/>
          <w:b/>
          <w:sz w:val="32"/>
          <w:szCs w:val="32"/>
          <w:lang w:eastAsia="ja-JP"/>
        </w:rPr>
        <w:t>】</w:t>
      </w:r>
      <w:r w:rsidRPr="00460116">
        <w:rPr>
          <w:b/>
          <w:sz w:val="32"/>
          <w:szCs w:val="32"/>
          <w:lang w:eastAsia="ja-JP"/>
        </w:rPr>
        <w:t>：利用できなかった</w:t>
      </w:r>
      <w:r>
        <w:rPr>
          <w:rFonts w:hint="eastAsia"/>
          <w:b/>
          <w:sz w:val="32"/>
          <w:szCs w:val="32"/>
          <w:lang w:eastAsia="ja-JP"/>
        </w:rPr>
        <w:t>サービスは</w:t>
      </w:r>
      <w:r w:rsidRPr="00460116">
        <w:rPr>
          <w:b/>
          <w:sz w:val="32"/>
          <w:szCs w:val="32"/>
          <w:lang w:eastAsia="ja-JP"/>
        </w:rPr>
        <w:t>何ですか。（複数回答可）</w:t>
      </w:r>
    </w:p>
    <w:p w14:paraId="5816DF41" w14:textId="74EB7B9F" w:rsidR="00E07541" w:rsidRPr="00555733" w:rsidRDefault="00E07541" w:rsidP="00E07541">
      <w:pPr>
        <w:ind w:firstLineChars="300" w:firstLine="840"/>
        <w:rPr>
          <w:sz w:val="28"/>
          <w:szCs w:val="28"/>
          <w:lang w:eastAsia="ja-JP"/>
        </w:rPr>
      </w:pPr>
      <w:r w:rsidRPr="00555733">
        <w:rPr>
          <w:sz w:val="28"/>
          <w:szCs w:val="28"/>
          <w:lang w:eastAsia="ja-JP"/>
        </w:rPr>
        <w:t>□ 児童発達支援</w:t>
      </w:r>
      <w:r w:rsidR="00031142">
        <w:rPr>
          <w:sz w:val="28"/>
          <w:szCs w:val="28"/>
          <w:lang w:eastAsia="ja-JP"/>
        </w:rPr>
        <w:tab/>
      </w:r>
      <w:r w:rsidR="00031142">
        <w:rPr>
          <w:sz w:val="28"/>
          <w:szCs w:val="28"/>
          <w:lang w:eastAsia="ja-JP"/>
        </w:rPr>
        <w:tab/>
      </w:r>
      <w:r w:rsidR="00031142">
        <w:rPr>
          <w:sz w:val="28"/>
          <w:szCs w:val="28"/>
          <w:lang w:eastAsia="ja-JP"/>
        </w:rPr>
        <w:tab/>
      </w:r>
      <w:r w:rsidRPr="00555733">
        <w:rPr>
          <w:sz w:val="28"/>
          <w:szCs w:val="28"/>
          <w:lang w:eastAsia="ja-JP"/>
        </w:rPr>
        <w:t>□ 放課後等デイサービス</w:t>
      </w:r>
    </w:p>
    <w:p w14:paraId="3C23F0FE" w14:textId="31C5BF60" w:rsidR="00E07541" w:rsidRPr="00555733" w:rsidRDefault="00E07541" w:rsidP="00E07541">
      <w:pPr>
        <w:ind w:firstLineChars="300" w:firstLine="840"/>
        <w:rPr>
          <w:sz w:val="28"/>
          <w:szCs w:val="28"/>
        </w:rPr>
      </w:pPr>
      <w:r w:rsidRPr="00555733">
        <w:rPr>
          <w:sz w:val="28"/>
          <w:szCs w:val="28"/>
        </w:rPr>
        <w:t>□ 保育所等訪問支援</w:t>
      </w:r>
      <w:r w:rsidR="00031142">
        <w:rPr>
          <w:sz w:val="28"/>
          <w:szCs w:val="28"/>
        </w:rPr>
        <w:tab/>
      </w:r>
      <w:r w:rsidR="00031142">
        <w:rPr>
          <w:sz w:val="28"/>
          <w:szCs w:val="28"/>
        </w:rPr>
        <w:tab/>
      </w:r>
      <w:r w:rsidRPr="00555733">
        <w:rPr>
          <w:sz w:val="28"/>
          <w:szCs w:val="28"/>
        </w:rPr>
        <w:t>□ 居宅訪問型児童発達支援</w:t>
      </w:r>
    </w:p>
    <w:p w14:paraId="59F05BF9" w14:textId="5A5B12F2" w:rsidR="00E07541" w:rsidRPr="00555733" w:rsidRDefault="00E07541" w:rsidP="00E07541">
      <w:pPr>
        <w:ind w:firstLineChars="300" w:firstLine="840"/>
        <w:rPr>
          <w:sz w:val="28"/>
          <w:szCs w:val="28"/>
          <w:lang w:eastAsia="ja-JP"/>
        </w:rPr>
      </w:pPr>
      <w:r w:rsidRPr="00555733">
        <w:rPr>
          <w:sz w:val="28"/>
          <w:szCs w:val="28"/>
        </w:rPr>
        <w:t>□ 短期入所</w:t>
      </w:r>
      <w:r w:rsidR="00031142">
        <w:rPr>
          <w:sz w:val="28"/>
          <w:szCs w:val="28"/>
        </w:rPr>
        <w:tab/>
      </w:r>
      <w:r w:rsidR="00031142">
        <w:rPr>
          <w:sz w:val="28"/>
          <w:szCs w:val="28"/>
        </w:rPr>
        <w:tab/>
      </w:r>
      <w:r w:rsidR="00031142">
        <w:rPr>
          <w:sz w:val="28"/>
          <w:szCs w:val="28"/>
        </w:rPr>
        <w:tab/>
      </w:r>
      <w:r w:rsidRPr="00555733">
        <w:rPr>
          <w:sz w:val="28"/>
          <w:szCs w:val="28"/>
          <w:lang w:eastAsia="ja-JP"/>
        </w:rPr>
        <w:t>□ 日中一時支援</w:t>
      </w:r>
    </w:p>
    <w:p w14:paraId="75055205" w14:textId="77777777" w:rsidR="00E07541" w:rsidRPr="00555733" w:rsidRDefault="00E07541" w:rsidP="00E07541">
      <w:pPr>
        <w:ind w:firstLineChars="300" w:firstLine="840"/>
        <w:rPr>
          <w:sz w:val="28"/>
          <w:szCs w:val="28"/>
          <w:lang w:eastAsia="ja-JP"/>
        </w:rPr>
      </w:pPr>
      <w:r w:rsidRPr="00555733">
        <w:rPr>
          <w:sz w:val="28"/>
          <w:szCs w:val="28"/>
          <w:lang w:eastAsia="ja-JP"/>
        </w:rPr>
        <w:t xml:space="preserve">□ その他（　　</w:t>
      </w:r>
      <w:r>
        <w:rPr>
          <w:rFonts w:hint="eastAsia"/>
          <w:sz w:val="28"/>
          <w:szCs w:val="28"/>
          <w:lang w:eastAsia="ja-JP"/>
        </w:rPr>
        <w:t xml:space="preserve">　　　　　　　　　　　　　　　　　　　</w:t>
      </w:r>
      <w:r w:rsidRPr="00555733">
        <w:rPr>
          <w:sz w:val="28"/>
          <w:szCs w:val="28"/>
          <w:lang w:eastAsia="ja-JP"/>
        </w:rPr>
        <w:t xml:space="preserve">　　）</w:t>
      </w:r>
    </w:p>
    <w:p w14:paraId="723C769E" w14:textId="76E5BAB7" w:rsidR="00E07541" w:rsidRPr="00460116" w:rsidRDefault="00E07541" w:rsidP="00E07541">
      <w:pPr>
        <w:ind w:leftChars="160" w:left="1133" w:hangingChars="254" w:hanging="813"/>
        <w:rPr>
          <w:sz w:val="32"/>
          <w:szCs w:val="32"/>
          <w:lang w:eastAsia="ja-JP"/>
        </w:rPr>
      </w:pPr>
      <w:r w:rsidRPr="00460116">
        <w:rPr>
          <w:b/>
          <w:sz w:val="32"/>
          <w:szCs w:val="32"/>
          <w:lang w:eastAsia="ja-JP"/>
        </w:rPr>
        <w:t>問</w:t>
      </w:r>
      <w:r w:rsidR="0082417F">
        <w:rPr>
          <w:rFonts w:hint="eastAsia"/>
          <w:b/>
          <w:sz w:val="32"/>
          <w:szCs w:val="32"/>
          <w:lang w:eastAsia="ja-JP"/>
        </w:rPr>
        <w:t>8</w:t>
      </w:r>
      <w:r w:rsidRPr="00460116">
        <w:rPr>
          <w:b/>
          <w:sz w:val="32"/>
          <w:szCs w:val="32"/>
          <w:lang w:eastAsia="ja-JP"/>
        </w:rPr>
        <w:t xml:space="preserve">　</w:t>
      </w:r>
      <w:r w:rsidR="00031142">
        <w:rPr>
          <w:rFonts w:hint="eastAsia"/>
          <w:b/>
          <w:sz w:val="32"/>
          <w:szCs w:val="32"/>
          <w:lang w:eastAsia="ja-JP"/>
        </w:rPr>
        <w:t>【</w:t>
      </w:r>
      <w:r w:rsidR="00031142" w:rsidRPr="00E72C7F">
        <w:rPr>
          <w:b/>
          <w:sz w:val="32"/>
          <w:szCs w:val="32"/>
          <w:u w:val="single"/>
          <w:lang w:eastAsia="ja-JP"/>
        </w:rPr>
        <w:t>問</w:t>
      </w:r>
      <w:r w:rsidR="0082417F">
        <w:rPr>
          <w:rFonts w:hint="eastAsia"/>
          <w:b/>
          <w:sz w:val="32"/>
          <w:szCs w:val="32"/>
          <w:u w:val="single"/>
          <w:lang w:eastAsia="ja-JP"/>
        </w:rPr>
        <w:t>6</w:t>
      </w:r>
      <w:r w:rsidR="00031142" w:rsidRPr="00E72C7F">
        <w:rPr>
          <w:b/>
          <w:sz w:val="32"/>
          <w:szCs w:val="32"/>
          <w:u w:val="single"/>
          <w:lang w:eastAsia="ja-JP"/>
        </w:rPr>
        <w:t>で「ある」と答えた方</w:t>
      </w:r>
      <w:r w:rsidR="00031142">
        <w:rPr>
          <w:rFonts w:hint="eastAsia"/>
          <w:b/>
          <w:sz w:val="32"/>
          <w:szCs w:val="32"/>
          <w:lang w:eastAsia="ja-JP"/>
        </w:rPr>
        <w:t>】</w:t>
      </w:r>
      <w:r w:rsidRPr="00460116">
        <w:rPr>
          <w:b/>
          <w:sz w:val="32"/>
          <w:szCs w:val="32"/>
          <w:lang w:eastAsia="ja-JP"/>
        </w:rPr>
        <w:t>：利用できなかった理由は何ですか。（複数回答可）</w:t>
      </w:r>
    </w:p>
    <w:p w14:paraId="489FEA73" w14:textId="63EB8DDC" w:rsidR="00E07541" w:rsidRPr="00460116" w:rsidRDefault="00E07541" w:rsidP="00E07541">
      <w:pPr>
        <w:ind w:firstLineChars="300" w:firstLine="840"/>
        <w:rPr>
          <w:sz w:val="28"/>
          <w:szCs w:val="28"/>
          <w:lang w:eastAsia="ja-JP"/>
        </w:rPr>
      </w:pPr>
      <w:r w:rsidRPr="00460116">
        <w:rPr>
          <w:sz w:val="28"/>
          <w:szCs w:val="28"/>
          <w:lang w:eastAsia="ja-JP"/>
        </w:rPr>
        <w:t>□ 定員・空きがない</w:t>
      </w:r>
      <w:r w:rsidR="00031142">
        <w:rPr>
          <w:sz w:val="28"/>
          <w:szCs w:val="28"/>
          <w:lang w:eastAsia="ja-JP"/>
        </w:rPr>
        <w:tab/>
      </w:r>
      <w:r w:rsidR="00031142">
        <w:rPr>
          <w:sz w:val="28"/>
          <w:szCs w:val="28"/>
          <w:lang w:eastAsia="ja-JP"/>
        </w:rPr>
        <w:tab/>
      </w:r>
      <w:r w:rsidR="00031142">
        <w:rPr>
          <w:sz w:val="28"/>
          <w:szCs w:val="28"/>
          <w:lang w:eastAsia="ja-JP"/>
        </w:rPr>
        <w:tab/>
      </w:r>
      <w:r w:rsidRPr="00460116">
        <w:rPr>
          <w:sz w:val="28"/>
          <w:szCs w:val="28"/>
          <w:lang w:eastAsia="ja-JP"/>
        </w:rPr>
        <w:t>□ 希望する曜日・時間に利用できない</w:t>
      </w:r>
    </w:p>
    <w:p w14:paraId="15E5CC91" w14:textId="5EAE1CF8" w:rsidR="00E07541" w:rsidRPr="00460116" w:rsidRDefault="00E07541" w:rsidP="00E07541">
      <w:pPr>
        <w:ind w:firstLineChars="300" w:firstLine="840"/>
        <w:rPr>
          <w:sz w:val="28"/>
          <w:szCs w:val="28"/>
          <w:lang w:eastAsia="ja-JP"/>
        </w:rPr>
      </w:pPr>
      <w:r w:rsidRPr="00460116">
        <w:rPr>
          <w:sz w:val="28"/>
          <w:szCs w:val="28"/>
          <w:lang w:eastAsia="ja-JP"/>
        </w:rPr>
        <w:t>□ 近くに事業所がない</w:t>
      </w:r>
      <w:r w:rsidR="00031142">
        <w:rPr>
          <w:sz w:val="28"/>
          <w:szCs w:val="28"/>
          <w:lang w:eastAsia="ja-JP"/>
        </w:rPr>
        <w:tab/>
      </w:r>
      <w:r w:rsidR="00031142">
        <w:rPr>
          <w:sz w:val="28"/>
          <w:szCs w:val="28"/>
          <w:lang w:eastAsia="ja-JP"/>
        </w:rPr>
        <w:tab/>
      </w:r>
      <w:r w:rsidRPr="00460116">
        <w:rPr>
          <w:sz w:val="28"/>
          <w:szCs w:val="28"/>
          <w:lang w:eastAsia="ja-JP"/>
        </w:rPr>
        <w:t>□ 送迎がない</w:t>
      </w:r>
    </w:p>
    <w:p w14:paraId="21F454B1" w14:textId="2DC07A69" w:rsidR="00E07541" w:rsidRPr="00460116" w:rsidRDefault="00E07541" w:rsidP="00E07541">
      <w:pPr>
        <w:ind w:firstLineChars="300" w:firstLine="840"/>
        <w:rPr>
          <w:sz w:val="28"/>
          <w:szCs w:val="28"/>
          <w:lang w:eastAsia="ja-JP"/>
        </w:rPr>
      </w:pPr>
      <w:r w:rsidRPr="00460116">
        <w:rPr>
          <w:sz w:val="28"/>
          <w:szCs w:val="28"/>
          <w:lang w:eastAsia="ja-JP"/>
        </w:rPr>
        <w:t>□ 職員不足等で受入れできない</w:t>
      </w:r>
      <w:r w:rsidR="00031142">
        <w:rPr>
          <w:sz w:val="28"/>
          <w:szCs w:val="28"/>
          <w:lang w:eastAsia="ja-JP"/>
        </w:rPr>
        <w:tab/>
      </w:r>
      <w:r w:rsidRPr="00460116">
        <w:rPr>
          <w:sz w:val="28"/>
          <w:szCs w:val="28"/>
          <w:lang w:eastAsia="ja-JP"/>
        </w:rPr>
        <w:t>□ 障がい特性等に対応できない</w:t>
      </w:r>
    </w:p>
    <w:p w14:paraId="06187AA9" w14:textId="3F4BFB90" w:rsidR="00E07541" w:rsidRPr="00460116" w:rsidRDefault="00E07541" w:rsidP="00E07541">
      <w:pPr>
        <w:ind w:firstLineChars="300" w:firstLine="840"/>
        <w:rPr>
          <w:sz w:val="28"/>
          <w:szCs w:val="28"/>
          <w:lang w:eastAsia="ja-JP"/>
        </w:rPr>
      </w:pPr>
      <w:r w:rsidRPr="00460116">
        <w:rPr>
          <w:sz w:val="28"/>
          <w:szCs w:val="28"/>
          <w:lang w:eastAsia="ja-JP"/>
        </w:rPr>
        <w:t>□ 医療的ケアに対応できない</w:t>
      </w:r>
      <w:r w:rsidR="00031142">
        <w:rPr>
          <w:sz w:val="28"/>
          <w:szCs w:val="28"/>
          <w:lang w:eastAsia="ja-JP"/>
        </w:rPr>
        <w:tab/>
      </w:r>
      <w:r w:rsidRPr="00460116">
        <w:rPr>
          <w:sz w:val="28"/>
          <w:szCs w:val="28"/>
          <w:lang w:eastAsia="ja-JP"/>
        </w:rPr>
        <w:t>□ 費用負担</w:t>
      </w:r>
    </w:p>
    <w:p w14:paraId="74266096" w14:textId="77777777" w:rsidR="00E07541" w:rsidRPr="00460116" w:rsidRDefault="00E07541" w:rsidP="00E07541">
      <w:pPr>
        <w:ind w:firstLineChars="300" w:firstLine="840"/>
        <w:rPr>
          <w:sz w:val="28"/>
          <w:szCs w:val="28"/>
          <w:lang w:eastAsia="ja-JP"/>
        </w:rPr>
      </w:pPr>
      <w:r w:rsidRPr="00460116">
        <w:rPr>
          <w:sz w:val="28"/>
          <w:szCs w:val="28"/>
          <w:lang w:eastAsia="ja-JP"/>
        </w:rPr>
        <w:t>□ 情報・手続きがわからない</w:t>
      </w:r>
    </w:p>
    <w:p w14:paraId="7F54475C" w14:textId="3B0A3873" w:rsidR="00E07541" w:rsidRDefault="00E07541" w:rsidP="00E07541">
      <w:pPr>
        <w:ind w:firstLineChars="300" w:firstLine="840"/>
        <w:rPr>
          <w:sz w:val="28"/>
          <w:szCs w:val="28"/>
          <w:lang w:eastAsia="ja-JP"/>
        </w:rPr>
      </w:pPr>
      <w:r w:rsidRPr="00460116">
        <w:rPr>
          <w:sz w:val="28"/>
          <w:szCs w:val="28"/>
          <w:lang w:eastAsia="ja-JP"/>
        </w:rPr>
        <w:t xml:space="preserve">□ その他（　　</w:t>
      </w:r>
      <w:r>
        <w:rPr>
          <w:rFonts w:hint="eastAsia"/>
          <w:sz w:val="28"/>
          <w:szCs w:val="28"/>
          <w:lang w:eastAsia="ja-JP"/>
        </w:rPr>
        <w:t xml:space="preserve">　　　　　　　　</w:t>
      </w:r>
      <w:r w:rsidR="00031142">
        <w:rPr>
          <w:rFonts w:hint="eastAsia"/>
          <w:sz w:val="28"/>
          <w:szCs w:val="28"/>
          <w:lang w:eastAsia="ja-JP"/>
        </w:rPr>
        <w:t xml:space="preserve">　</w:t>
      </w:r>
      <w:r>
        <w:rPr>
          <w:rFonts w:hint="eastAsia"/>
          <w:sz w:val="28"/>
          <w:szCs w:val="28"/>
          <w:lang w:eastAsia="ja-JP"/>
        </w:rPr>
        <w:t xml:space="preserve">　　　　　　　　　　</w:t>
      </w:r>
      <w:r w:rsidRPr="00460116">
        <w:rPr>
          <w:sz w:val="28"/>
          <w:szCs w:val="28"/>
          <w:lang w:eastAsia="ja-JP"/>
        </w:rPr>
        <w:t xml:space="preserve">　　）</w:t>
      </w:r>
    </w:p>
    <w:p w14:paraId="1BD8A933" w14:textId="130631A4" w:rsidR="0082417F" w:rsidRPr="00555733" w:rsidRDefault="0082417F" w:rsidP="0082417F">
      <w:pPr>
        <w:ind w:firstLineChars="100" w:firstLine="320"/>
        <w:rPr>
          <w:sz w:val="32"/>
          <w:szCs w:val="32"/>
          <w:lang w:eastAsia="ja-JP"/>
        </w:rPr>
      </w:pPr>
      <w:r w:rsidRPr="00555733">
        <w:rPr>
          <w:b/>
          <w:sz w:val="32"/>
          <w:szCs w:val="32"/>
          <w:lang w:eastAsia="ja-JP"/>
        </w:rPr>
        <w:t>問</w:t>
      </w:r>
      <w:r>
        <w:rPr>
          <w:rFonts w:hint="eastAsia"/>
          <w:b/>
          <w:sz w:val="32"/>
          <w:szCs w:val="32"/>
          <w:lang w:eastAsia="ja-JP"/>
        </w:rPr>
        <w:t>9</w:t>
      </w:r>
      <w:r w:rsidRPr="00555733">
        <w:rPr>
          <w:b/>
          <w:sz w:val="32"/>
          <w:szCs w:val="32"/>
          <w:lang w:eastAsia="ja-JP"/>
        </w:rPr>
        <w:t xml:space="preserve">　現在、特に困っていることは何ですか。（3つまで）</w:t>
      </w:r>
    </w:p>
    <w:p w14:paraId="61DFD55A" w14:textId="77777777" w:rsidR="0082417F" w:rsidRPr="00555733" w:rsidRDefault="0082417F" w:rsidP="0082417F">
      <w:pPr>
        <w:spacing w:after="0" w:line="240" w:lineRule="auto"/>
        <w:ind w:firstLineChars="300" w:firstLine="840"/>
        <w:rPr>
          <w:sz w:val="28"/>
          <w:szCs w:val="28"/>
          <w:lang w:eastAsia="ja-JP"/>
        </w:rPr>
      </w:pPr>
      <w:r w:rsidRPr="00555733">
        <w:rPr>
          <w:sz w:val="28"/>
          <w:szCs w:val="28"/>
          <w:lang w:eastAsia="ja-JP"/>
        </w:rPr>
        <w:t>□ 療育・発達支援</w:t>
      </w:r>
      <w:r>
        <w:rPr>
          <w:sz w:val="28"/>
          <w:szCs w:val="28"/>
          <w:lang w:eastAsia="ja-JP"/>
        </w:rPr>
        <w:tab/>
      </w:r>
      <w:r>
        <w:rPr>
          <w:sz w:val="28"/>
          <w:szCs w:val="28"/>
          <w:lang w:eastAsia="ja-JP"/>
        </w:rPr>
        <w:tab/>
      </w:r>
      <w:r w:rsidRPr="00555733">
        <w:rPr>
          <w:sz w:val="28"/>
          <w:szCs w:val="28"/>
          <w:lang w:eastAsia="ja-JP"/>
        </w:rPr>
        <w:t>□ 学校生活</w:t>
      </w:r>
      <w:r>
        <w:rPr>
          <w:sz w:val="28"/>
          <w:szCs w:val="28"/>
          <w:lang w:eastAsia="ja-JP"/>
        </w:rPr>
        <w:tab/>
      </w:r>
      <w:r>
        <w:rPr>
          <w:sz w:val="28"/>
          <w:szCs w:val="28"/>
          <w:lang w:eastAsia="ja-JP"/>
        </w:rPr>
        <w:tab/>
      </w:r>
      <w:r w:rsidRPr="00555733">
        <w:rPr>
          <w:sz w:val="28"/>
          <w:szCs w:val="28"/>
          <w:lang w:eastAsia="ja-JP"/>
        </w:rPr>
        <w:t>□ 就学・進学</w:t>
      </w:r>
    </w:p>
    <w:p w14:paraId="6308D701" w14:textId="77777777" w:rsidR="0082417F" w:rsidRPr="00555733" w:rsidRDefault="0082417F" w:rsidP="0082417F">
      <w:pPr>
        <w:spacing w:line="240" w:lineRule="auto"/>
        <w:ind w:firstLineChars="300" w:firstLine="840"/>
        <w:rPr>
          <w:sz w:val="28"/>
          <w:szCs w:val="28"/>
          <w:lang w:eastAsia="ja-JP"/>
        </w:rPr>
      </w:pPr>
      <w:r w:rsidRPr="00555733">
        <w:rPr>
          <w:sz w:val="28"/>
          <w:szCs w:val="28"/>
          <w:lang w:eastAsia="ja-JP"/>
        </w:rPr>
        <w:t>□ 卒業後の進路・就労</w:t>
      </w:r>
      <w:r>
        <w:rPr>
          <w:sz w:val="28"/>
          <w:szCs w:val="28"/>
          <w:lang w:eastAsia="ja-JP"/>
        </w:rPr>
        <w:tab/>
      </w:r>
      <w:r w:rsidRPr="00555733">
        <w:rPr>
          <w:sz w:val="28"/>
          <w:szCs w:val="28"/>
          <w:lang w:eastAsia="ja-JP"/>
        </w:rPr>
        <w:t>□ 預け先</w:t>
      </w:r>
      <w:r>
        <w:rPr>
          <w:sz w:val="28"/>
          <w:szCs w:val="28"/>
          <w:lang w:eastAsia="ja-JP"/>
        </w:rPr>
        <w:tab/>
      </w:r>
      <w:r>
        <w:rPr>
          <w:sz w:val="28"/>
          <w:szCs w:val="28"/>
          <w:lang w:eastAsia="ja-JP"/>
        </w:rPr>
        <w:tab/>
      </w:r>
      <w:r>
        <w:rPr>
          <w:sz w:val="28"/>
          <w:szCs w:val="28"/>
          <w:lang w:eastAsia="ja-JP"/>
        </w:rPr>
        <w:tab/>
      </w:r>
      <w:r w:rsidRPr="00555733">
        <w:rPr>
          <w:sz w:val="28"/>
          <w:szCs w:val="28"/>
          <w:lang w:eastAsia="ja-JP"/>
        </w:rPr>
        <w:t>□ 家族の負担</w:t>
      </w:r>
    </w:p>
    <w:p w14:paraId="652D1E1F" w14:textId="77777777" w:rsidR="0082417F" w:rsidRPr="00555733" w:rsidRDefault="0082417F" w:rsidP="0082417F">
      <w:pPr>
        <w:spacing w:line="240" w:lineRule="auto"/>
        <w:ind w:firstLineChars="300" w:firstLine="840"/>
        <w:rPr>
          <w:sz w:val="28"/>
          <w:szCs w:val="28"/>
          <w:lang w:eastAsia="ja-JP"/>
        </w:rPr>
      </w:pPr>
      <w:r w:rsidRPr="00555733">
        <w:rPr>
          <w:sz w:val="28"/>
          <w:szCs w:val="28"/>
          <w:lang w:eastAsia="ja-JP"/>
        </w:rPr>
        <w:t>□ 医療</w:t>
      </w:r>
      <w:r>
        <w:rPr>
          <w:sz w:val="28"/>
          <w:szCs w:val="28"/>
          <w:lang w:eastAsia="ja-JP"/>
        </w:rPr>
        <w:tab/>
      </w:r>
      <w:r>
        <w:rPr>
          <w:sz w:val="28"/>
          <w:szCs w:val="28"/>
          <w:lang w:eastAsia="ja-JP"/>
        </w:rPr>
        <w:tab/>
      </w:r>
      <w:r>
        <w:rPr>
          <w:sz w:val="28"/>
          <w:szCs w:val="28"/>
          <w:lang w:eastAsia="ja-JP"/>
        </w:rPr>
        <w:tab/>
      </w:r>
      <w:r>
        <w:rPr>
          <w:sz w:val="28"/>
          <w:szCs w:val="28"/>
          <w:lang w:eastAsia="ja-JP"/>
        </w:rPr>
        <w:tab/>
      </w:r>
      <w:r w:rsidRPr="00555733">
        <w:rPr>
          <w:sz w:val="28"/>
          <w:szCs w:val="28"/>
          <w:lang w:eastAsia="ja-JP"/>
        </w:rPr>
        <w:t>□ 送迎</w:t>
      </w:r>
      <w:r>
        <w:rPr>
          <w:sz w:val="28"/>
          <w:szCs w:val="28"/>
          <w:lang w:eastAsia="ja-JP"/>
        </w:rPr>
        <w:tab/>
      </w:r>
      <w:r>
        <w:rPr>
          <w:sz w:val="28"/>
          <w:szCs w:val="28"/>
          <w:lang w:eastAsia="ja-JP"/>
        </w:rPr>
        <w:tab/>
      </w:r>
      <w:r>
        <w:rPr>
          <w:sz w:val="28"/>
          <w:szCs w:val="28"/>
          <w:lang w:eastAsia="ja-JP"/>
        </w:rPr>
        <w:tab/>
      </w:r>
      <w:r w:rsidRPr="00555733">
        <w:rPr>
          <w:sz w:val="28"/>
          <w:szCs w:val="28"/>
          <w:lang w:eastAsia="ja-JP"/>
        </w:rPr>
        <w:t>□ 相談先</w:t>
      </w:r>
    </w:p>
    <w:p w14:paraId="0EE98686" w14:textId="77777777" w:rsidR="0082417F" w:rsidRPr="00555733" w:rsidRDefault="0082417F" w:rsidP="0082417F">
      <w:pPr>
        <w:spacing w:line="240" w:lineRule="auto"/>
        <w:ind w:firstLineChars="300" w:firstLine="840"/>
        <w:rPr>
          <w:sz w:val="28"/>
          <w:szCs w:val="28"/>
          <w:lang w:eastAsia="ja-JP"/>
        </w:rPr>
      </w:pPr>
      <w:r w:rsidRPr="00555733">
        <w:rPr>
          <w:sz w:val="28"/>
          <w:szCs w:val="28"/>
          <w:lang w:eastAsia="ja-JP"/>
        </w:rPr>
        <w:t>□ 経済的負担</w:t>
      </w:r>
      <w:r>
        <w:rPr>
          <w:sz w:val="28"/>
          <w:szCs w:val="28"/>
          <w:lang w:eastAsia="ja-JP"/>
        </w:rPr>
        <w:tab/>
      </w:r>
      <w:r>
        <w:rPr>
          <w:sz w:val="28"/>
          <w:szCs w:val="28"/>
          <w:lang w:eastAsia="ja-JP"/>
        </w:rPr>
        <w:tab/>
      </w:r>
      <w:r>
        <w:rPr>
          <w:sz w:val="28"/>
          <w:szCs w:val="28"/>
          <w:lang w:eastAsia="ja-JP"/>
        </w:rPr>
        <w:tab/>
      </w:r>
      <w:r w:rsidRPr="00555733">
        <w:rPr>
          <w:sz w:val="28"/>
          <w:szCs w:val="28"/>
          <w:lang w:eastAsia="ja-JP"/>
        </w:rPr>
        <w:t>□ 友人・地域との交流</w:t>
      </w:r>
    </w:p>
    <w:p w14:paraId="2FDA6E70" w14:textId="77777777" w:rsidR="0082417F" w:rsidRDefault="0082417F" w:rsidP="0082417F">
      <w:pPr>
        <w:spacing w:line="240" w:lineRule="auto"/>
        <w:ind w:firstLineChars="300" w:firstLine="840"/>
        <w:rPr>
          <w:sz w:val="28"/>
          <w:szCs w:val="28"/>
          <w:lang w:eastAsia="ja-JP"/>
        </w:rPr>
      </w:pPr>
      <w:r w:rsidRPr="00555733">
        <w:rPr>
          <w:sz w:val="28"/>
          <w:szCs w:val="28"/>
          <w:lang w:eastAsia="ja-JP"/>
        </w:rPr>
        <w:t xml:space="preserve">□ その他（　　</w:t>
      </w:r>
      <w:r>
        <w:rPr>
          <w:rFonts w:hint="eastAsia"/>
          <w:sz w:val="28"/>
          <w:szCs w:val="28"/>
          <w:lang w:eastAsia="ja-JP"/>
        </w:rPr>
        <w:t xml:space="preserve">　　　　　　　　　　　　　　　　　　　</w:t>
      </w:r>
      <w:r w:rsidRPr="00555733">
        <w:rPr>
          <w:sz w:val="28"/>
          <w:szCs w:val="28"/>
          <w:lang w:eastAsia="ja-JP"/>
        </w:rPr>
        <w:t xml:space="preserve">　　）</w:t>
      </w:r>
    </w:p>
    <w:p w14:paraId="558E1246" w14:textId="77777777" w:rsidR="00B54203" w:rsidRPr="00555733" w:rsidRDefault="000B00D6">
      <w:pPr>
        <w:pStyle w:val="1"/>
        <w:rPr>
          <w:sz w:val="36"/>
          <w:szCs w:val="36"/>
          <w:lang w:eastAsia="ja-JP"/>
        </w:rPr>
      </w:pPr>
      <w:r w:rsidRPr="00665106">
        <w:rPr>
          <w:sz w:val="36"/>
          <w:szCs w:val="36"/>
          <w:bdr w:val="single" w:sz="4" w:space="0" w:color="auto"/>
          <w:lang w:eastAsia="ja-JP"/>
        </w:rPr>
        <w:lastRenderedPageBreak/>
        <w:t>3</w:t>
      </w:r>
      <w:r w:rsidRPr="00665106">
        <w:rPr>
          <w:sz w:val="36"/>
          <w:szCs w:val="36"/>
          <w:bdr w:val="single" w:sz="4" w:space="0" w:color="auto"/>
          <w:lang w:eastAsia="ja-JP"/>
        </w:rPr>
        <w:t xml:space="preserve">　相談・保護者支援</w:t>
      </w:r>
    </w:p>
    <w:p w14:paraId="465FED12" w14:textId="28A52B59" w:rsidR="00B54203" w:rsidRPr="00555733" w:rsidRDefault="000B00D6" w:rsidP="00E07541">
      <w:pPr>
        <w:ind w:firstLineChars="100" w:firstLine="320"/>
        <w:rPr>
          <w:sz w:val="32"/>
          <w:szCs w:val="32"/>
          <w:lang w:eastAsia="ja-JP"/>
        </w:rPr>
      </w:pPr>
      <w:r w:rsidRPr="00555733">
        <w:rPr>
          <w:b/>
          <w:sz w:val="32"/>
          <w:szCs w:val="32"/>
          <w:lang w:eastAsia="ja-JP"/>
        </w:rPr>
        <w:t>問</w:t>
      </w:r>
      <w:r w:rsidR="00E07541">
        <w:rPr>
          <w:rFonts w:hint="eastAsia"/>
          <w:b/>
          <w:sz w:val="32"/>
          <w:szCs w:val="32"/>
          <w:lang w:eastAsia="ja-JP"/>
        </w:rPr>
        <w:t>10</w:t>
      </w:r>
      <w:r w:rsidRPr="00555733">
        <w:rPr>
          <w:b/>
          <w:sz w:val="32"/>
          <w:szCs w:val="32"/>
          <w:lang w:eastAsia="ja-JP"/>
        </w:rPr>
        <w:t xml:space="preserve">　困ったときの主な相談先はどこですか。（複数回答可）</w:t>
      </w:r>
    </w:p>
    <w:p w14:paraId="243AF2C4" w14:textId="651BDF50" w:rsidR="00B54203" w:rsidRPr="00555733" w:rsidRDefault="000B00D6" w:rsidP="00E07541">
      <w:pPr>
        <w:ind w:firstLineChars="300" w:firstLine="840"/>
        <w:rPr>
          <w:sz w:val="28"/>
          <w:szCs w:val="28"/>
          <w:lang w:eastAsia="ja-JP"/>
        </w:rPr>
      </w:pPr>
      <w:r w:rsidRPr="00555733">
        <w:rPr>
          <w:sz w:val="28"/>
          <w:szCs w:val="28"/>
          <w:lang w:eastAsia="ja-JP"/>
        </w:rPr>
        <w:t>□ 家族</w:t>
      </w:r>
      <w:r w:rsidR="00665106">
        <w:rPr>
          <w:rFonts w:hint="eastAsia"/>
          <w:sz w:val="28"/>
          <w:szCs w:val="28"/>
          <w:lang w:eastAsia="ja-JP"/>
        </w:rPr>
        <w:t>・親族</w:t>
      </w:r>
      <w:r w:rsidR="00665106">
        <w:rPr>
          <w:sz w:val="28"/>
          <w:szCs w:val="28"/>
          <w:lang w:eastAsia="ja-JP"/>
        </w:rPr>
        <w:tab/>
      </w:r>
      <w:r w:rsidR="00665106">
        <w:rPr>
          <w:sz w:val="28"/>
          <w:szCs w:val="28"/>
          <w:lang w:eastAsia="ja-JP"/>
        </w:rPr>
        <w:tab/>
      </w:r>
      <w:r w:rsidR="00665106">
        <w:rPr>
          <w:sz w:val="28"/>
          <w:szCs w:val="28"/>
          <w:lang w:eastAsia="ja-JP"/>
        </w:rPr>
        <w:tab/>
      </w:r>
      <w:r w:rsidRPr="00555733">
        <w:rPr>
          <w:sz w:val="28"/>
          <w:szCs w:val="28"/>
          <w:lang w:eastAsia="ja-JP"/>
        </w:rPr>
        <w:t>□ 学校・保育所・幼稚園</w:t>
      </w:r>
      <w:r w:rsidR="00665106">
        <w:rPr>
          <w:sz w:val="28"/>
          <w:szCs w:val="28"/>
          <w:lang w:eastAsia="ja-JP"/>
        </w:rPr>
        <w:tab/>
      </w:r>
      <w:r w:rsidR="00665106">
        <w:rPr>
          <w:rFonts w:hint="eastAsia"/>
          <w:sz w:val="28"/>
          <w:szCs w:val="28"/>
          <w:lang w:eastAsia="ja-JP"/>
        </w:rPr>
        <w:t xml:space="preserve">　</w:t>
      </w:r>
      <w:r w:rsidR="00665106" w:rsidRPr="00555733">
        <w:rPr>
          <w:sz w:val="28"/>
          <w:szCs w:val="28"/>
          <w:lang w:eastAsia="ja-JP"/>
        </w:rPr>
        <w:t>□ 医療機関</w:t>
      </w:r>
      <w:r w:rsidR="00665106">
        <w:rPr>
          <w:sz w:val="28"/>
          <w:szCs w:val="28"/>
          <w:lang w:eastAsia="ja-JP"/>
        </w:rPr>
        <w:tab/>
      </w:r>
    </w:p>
    <w:p w14:paraId="40F8A3C0" w14:textId="7952EF2E" w:rsidR="00B54203" w:rsidRPr="00555733" w:rsidRDefault="000B00D6" w:rsidP="00E07541">
      <w:pPr>
        <w:ind w:firstLineChars="300" w:firstLine="840"/>
        <w:rPr>
          <w:sz w:val="28"/>
          <w:szCs w:val="28"/>
          <w:lang w:eastAsia="ja-JP"/>
        </w:rPr>
      </w:pPr>
      <w:r w:rsidRPr="00555733">
        <w:rPr>
          <w:sz w:val="28"/>
          <w:szCs w:val="28"/>
          <w:lang w:eastAsia="ja-JP"/>
        </w:rPr>
        <w:t>□ 相談支援専門員</w:t>
      </w:r>
      <w:r w:rsidR="00665106">
        <w:rPr>
          <w:sz w:val="28"/>
          <w:szCs w:val="28"/>
          <w:lang w:eastAsia="ja-JP"/>
        </w:rPr>
        <w:tab/>
      </w:r>
      <w:r w:rsidR="00665106">
        <w:rPr>
          <w:sz w:val="28"/>
          <w:szCs w:val="28"/>
          <w:lang w:eastAsia="ja-JP"/>
        </w:rPr>
        <w:tab/>
      </w:r>
      <w:r w:rsidRPr="00555733">
        <w:rPr>
          <w:sz w:val="28"/>
          <w:szCs w:val="28"/>
          <w:lang w:eastAsia="ja-JP"/>
        </w:rPr>
        <w:t>□ 児童発達支援等の事業所</w:t>
      </w:r>
    </w:p>
    <w:p w14:paraId="548871C3" w14:textId="78C76173" w:rsidR="00B54203" w:rsidRDefault="000B00D6" w:rsidP="00665106">
      <w:pPr>
        <w:ind w:rightChars="-216" w:right="-432" w:firstLineChars="300" w:firstLine="840"/>
        <w:rPr>
          <w:sz w:val="28"/>
          <w:szCs w:val="28"/>
          <w:lang w:eastAsia="ja-JP"/>
        </w:rPr>
      </w:pPr>
      <w:r w:rsidRPr="00555733">
        <w:rPr>
          <w:sz w:val="28"/>
          <w:szCs w:val="28"/>
          <w:lang w:eastAsia="ja-JP"/>
        </w:rPr>
        <w:t>□ 大津町</w:t>
      </w:r>
      <w:r w:rsidR="00E07541">
        <w:rPr>
          <w:rFonts w:hint="eastAsia"/>
          <w:sz w:val="28"/>
          <w:szCs w:val="28"/>
          <w:lang w:eastAsia="ja-JP"/>
        </w:rPr>
        <w:t>役場（障がい者基幹相談支援セ</w:t>
      </w:r>
      <w:r w:rsidR="00665106">
        <w:rPr>
          <w:rFonts w:hint="eastAsia"/>
          <w:sz w:val="28"/>
          <w:szCs w:val="28"/>
          <w:lang w:eastAsia="ja-JP"/>
        </w:rPr>
        <w:t>ン</w:t>
      </w:r>
      <w:r w:rsidR="00E07541">
        <w:rPr>
          <w:rFonts w:hint="eastAsia"/>
          <w:sz w:val="28"/>
          <w:szCs w:val="28"/>
          <w:lang w:eastAsia="ja-JP"/>
        </w:rPr>
        <w:t>ター）</w:t>
      </w:r>
    </w:p>
    <w:p w14:paraId="11813689" w14:textId="2F37A758" w:rsidR="00B54203" w:rsidRDefault="00E07541" w:rsidP="00E07541">
      <w:pPr>
        <w:ind w:firstLineChars="300" w:firstLine="840"/>
        <w:rPr>
          <w:sz w:val="28"/>
          <w:szCs w:val="28"/>
          <w:lang w:eastAsia="ja-JP"/>
        </w:rPr>
      </w:pPr>
      <w:r>
        <w:rPr>
          <w:rFonts w:hint="eastAsia"/>
          <w:sz w:val="28"/>
          <w:szCs w:val="28"/>
          <w:lang w:eastAsia="ja-JP"/>
        </w:rPr>
        <w:t>□ 大津町役場（福祉課など）</w:t>
      </w:r>
      <w:r w:rsidR="000B00D6" w:rsidRPr="00555733">
        <w:rPr>
          <w:sz w:val="28"/>
          <w:szCs w:val="28"/>
          <w:lang w:eastAsia="ja-JP"/>
        </w:rPr>
        <w:t>□ 社会福祉協議会</w:t>
      </w:r>
    </w:p>
    <w:p w14:paraId="6538E4EC" w14:textId="7F886B02" w:rsidR="00665106" w:rsidRDefault="00665106" w:rsidP="00E07541">
      <w:pPr>
        <w:ind w:firstLineChars="300" w:firstLine="840"/>
        <w:rPr>
          <w:sz w:val="28"/>
          <w:szCs w:val="28"/>
          <w:lang w:eastAsia="ja-JP"/>
        </w:rPr>
      </w:pPr>
      <w:r>
        <w:rPr>
          <w:rFonts w:hint="eastAsia"/>
          <w:sz w:val="28"/>
          <w:szCs w:val="28"/>
          <w:lang w:eastAsia="ja-JP"/>
        </w:rPr>
        <w:t>□</w:t>
      </w:r>
      <w:r>
        <w:rPr>
          <w:sz w:val="28"/>
          <w:szCs w:val="28"/>
          <w:lang w:eastAsia="ja-JP"/>
        </w:rPr>
        <w:t xml:space="preserve"> </w:t>
      </w:r>
      <w:r>
        <w:rPr>
          <w:rFonts w:hint="eastAsia"/>
          <w:sz w:val="28"/>
          <w:szCs w:val="28"/>
          <w:lang w:eastAsia="ja-JP"/>
        </w:rPr>
        <w:t>友人・知人</w:t>
      </w:r>
      <w:r>
        <w:rPr>
          <w:sz w:val="28"/>
          <w:szCs w:val="28"/>
          <w:lang w:eastAsia="ja-JP"/>
        </w:rPr>
        <w:tab/>
      </w:r>
      <w:r>
        <w:rPr>
          <w:sz w:val="28"/>
          <w:szCs w:val="28"/>
          <w:lang w:eastAsia="ja-JP"/>
        </w:rPr>
        <w:tab/>
      </w:r>
      <w:r>
        <w:rPr>
          <w:sz w:val="28"/>
          <w:szCs w:val="28"/>
          <w:lang w:eastAsia="ja-JP"/>
        </w:rPr>
        <w:tab/>
      </w:r>
      <w:r w:rsidR="000B00D6" w:rsidRPr="00555733">
        <w:rPr>
          <w:sz w:val="28"/>
          <w:szCs w:val="28"/>
          <w:lang w:eastAsia="ja-JP"/>
        </w:rPr>
        <w:t>□ 障がい者団体等</w:t>
      </w:r>
    </w:p>
    <w:p w14:paraId="53500B24" w14:textId="59B40107" w:rsidR="00B54203" w:rsidRPr="00555733" w:rsidRDefault="000B00D6" w:rsidP="00E07541">
      <w:pPr>
        <w:ind w:firstLineChars="300" w:firstLine="840"/>
        <w:rPr>
          <w:sz w:val="28"/>
          <w:szCs w:val="28"/>
          <w:lang w:eastAsia="ja-JP"/>
        </w:rPr>
      </w:pPr>
      <w:r w:rsidRPr="00555733">
        <w:rPr>
          <w:sz w:val="28"/>
          <w:szCs w:val="28"/>
          <w:lang w:eastAsia="ja-JP"/>
        </w:rPr>
        <w:t>□ インターネット・SNS</w:t>
      </w:r>
      <w:r w:rsidR="00665106">
        <w:rPr>
          <w:sz w:val="28"/>
          <w:szCs w:val="28"/>
          <w:lang w:eastAsia="ja-JP"/>
        </w:rPr>
        <w:tab/>
      </w:r>
      <w:r w:rsidR="00665106">
        <w:rPr>
          <w:rFonts w:hint="eastAsia"/>
          <w:sz w:val="28"/>
          <w:szCs w:val="28"/>
          <w:lang w:eastAsia="ja-JP"/>
        </w:rPr>
        <w:t>□</w:t>
      </w:r>
      <w:r w:rsidR="00665106">
        <w:rPr>
          <w:sz w:val="28"/>
          <w:szCs w:val="28"/>
          <w:lang w:eastAsia="ja-JP"/>
        </w:rPr>
        <w:t xml:space="preserve"> </w:t>
      </w:r>
      <w:r w:rsidR="00665106">
        <w:rPr>
          <w:rFonts w:hint="eastAsia"/>
          <w:sz w:val="28"/>
          <w:szCs w:val="28"/>
          <w:lang w:eastAsia="ja-JP"/>
        </w:rPr>
        <w:t>相談しない</w:t>
      </w:r>
    </w:p>
    <w:p w14:paraId="40C857D8" w14:textId="7ECEDEA3" w:rsidR="00B54203" w:rsidRPr="00555733" w:rsidRDefault="000B00D6" w:rsidP="00E07541">
      <w:pPr>
        <w:ind w:firstLineChars="300" w:firstLine="840"/>
        <w:rPr>
          <w:sz w:val="28"/>
          <w:szCs w:val="28"/>
          <w:lang w:eastAsia="ja-JP"/>
        </w:rPr>
      </w:pPr>
      <w:r w:rsidRPr="00555733">
        <w:rPr>
          <w:sz w:val="28"/>
          <w:szCs w:val="28"/>
          <w:lang w:eastAsia="ja-JP"/>
        </w:rPr>
        <w:t xml:space="preserve">□ その他（　　</w:t>
      </w:r>
      <w:r w:rsidR="00E07541">
        <w:rPr>
          <w:rFonts w:hint="eastAsia"/>
          <w:sz w:val="28"/>
          <w:szCs w:val="28"/>
          <w:lang w:eastAsia="ja-JP"/>
        </w:rPr>
        <w:t xml:space="preserve">　　　　　　　　　　　　　　　　　　　　</w:t>
      </w:r>
      <w:r w:rsidRPr="00555733">
        <w:rPr>
          <w:sz w:val="28"/>
          <w:szCs w:val="28"/>
          <w:lang w:eastAsia="ja-JP"/>
        </w:rPr>
        <w:t xml:space="preserve">　　）</w:t>
      </w:r>
    </w:p>
    <w:p w14:paraId="60DEC54B" w14:textId="3A713429" w:rsidR="00B54203" w:rsidRPr="00555733" w:rsidRDefault="000B00D6" w:rsidP="00E07541">
      <w:pPr>
        <w:ind w:firstLineChars="100" w:firstLine="320"/>
        <w:rPr>
          <w:sz w:val="32"/>
          <w:szCs w:val="32"/>
          <w:lang w:eastAsia="ja-JP"/>
        </w:rPr>
      </w:pPr>
      <w:r w:rsidRPr="00555733">
        <w:rPr>
          <w:b/>
          <w:sz w:val="32"/>
          <w:szCs w:val="32"/>
          <w:lang w:eastAsia="ja-JP"/>
        </w:rPr>
        <w:t>問</w:t>
      </w:r>
      <w:r w:rsidR="00E07541">
        <w:rPr>
          <w:rFonts w:hint="eastAsia"/>
          <w:b/>
          <w:sz w:val="32"/>
          <w:szCs w:val="32"/>
          <w:lang w:eastAsia="ja-JP"/>
        </w:rPr>
        <w:t>11</w:t>
      </w:r>
      <w:r w:rsidRPr="00555733">
        <w:rPr>
          <w:b/>
          <w:sz w:val="32"/>
          <w:szCs w:val="32"/>
          <w:lang w:eastAsia="ja-JP"/>
        </w:rPr>
        <w:t xml:space="preserve">　相談しやすさについてどう感じますか。</w:t>
      </w:r>
    </w:p>
    <w:p w14:paraId="0C4B6F5A" w14:textId="5F828298" w:rsidR="00B54203" w:rsidRPr="00555733" w:rsidRDefault="000B00D6" w:rsidP="00E07541">
      <w:pPr>
        <w:ind w:firstLineChars="300" w:firstLine="840"/>
        <w:rPr>
          <w:sz w:val="28"/>
          <w:szCs w:val="28"/>
          <w:lang w:eastAsia="ja-JP"/>
        </w:rPr>
      </w:pPr>
      <w:r w:rsidRPr="00555733">
        <w:rPr>
          <w:sz w:val="28"/>
          <w:szCs w:val="28"/>
          <w:lang w:eastAsia="ja-JP"/>
        </w:rPr>
        <w:t>□ 相談しやすい</w:t>
      </w:r>
      <w:r w:rsidR="00665106">
        <w:rPr>
          <w:sz w:val="28"/>
          <w:szCs w:val="28"/>
          <w:lang w:eastAsia="ja-JP"/>
        </w:rPr>
        <w:tab/>
      </w:r>
      <w:r w:rsidR="00665106">
        <w:rPr>
          <w:sz w:val="28"/>
          <w:szCs w:val="28"/>
          <w:lang w:eastAsia="ja-JP"/>
        </w:rPr>
        <w:tab/>
      </w:r>
      <w:r w:rsidR="00665106">
        <w:rPr>
          <w:sz w:val="28"/>
          <w:szCs w:val="28"/>
          <w:lang w:eastAsia="ja-JP"/>
        </w:rPr>
        <w:tab/>
      </w:r>
      <w:r w:rsidRPr="00555733">
        <w:rPr>
          <w:sz w:val="28"/>
          <w:szCs w:val="28"/>
          <w:lang w:eastAsia="ja-JP"/>
        </w:rPr>
        <w:t>□ まあ相談しやすい</w:t>
      </w:r>
    </w:p>
    <w:p w14:paraId="7F264930" w14:textId="38C9C173" w:rsidR="00B54203" w:rsidRPr="00555733" w:rsidRDefault="000B00D6" w:rsidP="00E07541">
      <w:pPr>
        <w:ind w:firstLineChars="300" w:firstLine="840"/>
        <w:rPr>
          <w:sz w:val="28"/>
          <w:szCs w:val="28"/>
          <w:lang w:eastAsia="ja-JP"/>
        </w:rPr>
      </w:pPr>
      <w:r w:rsidRPr="00555733">
        <w:rPr>
          <w:sz w:val="28"/>
          <w:szCs w:val="28"/>
          <w:lang w:eastAsia="ja-JP"/>
        </w:rPr>
        <w:t>□ やや相談しにくい</w:t>
      </w:r>
      <w:r w:rsidR="00665106">
        <w:rPr>
          <w:sz w:val="28"/>
          <w:szCs w:val="28"/>
          <w:lang w:eastAsia="ja-JP"/>
        </w:rPr>
        <w:tab/>
      </w:r>
      <w:r w:rsidR="00665106">
        <w:rPr>
          <w:sz w:val="28"/>
          <w:szCs w:val="28"/>
          <w:lang w:eastAsia="ja-JP"/>
        </w:rPr>
        <w:tab/>
      </w:r>
      <w:r w:rsidRPr="00555733">
        <w:rPr>
          <w:sz w:val="28"/>
          <w:szCs w:val="28"/>
          <w:lang w:eastAsia="ja-JP"/>
        </w:rPr>
        <w:t>□ 相談しにくい</w:t>
      </w:r>
    </w:p>
    <w:p w14:paraId="7AD2B9A2" w14:textId="0213C6C5" w:rsidR="00B54203" w:rsidRPr="00555733" w:rsidRDefault="000B00D6" w:rsidP="00E07541">
      <w:pPr>
        <w:ind w:leftChars="160" w:left="992" w:rightChars="422" w:right="844" w:hangingChars="210" w:hanging="672"/>
        <w:rPr>
          <w:sz w:val="32"/>
          <w:szCs w:val="32"/>
          <w:lang w:eastAsia="ja-JP"/>
        </w:rPr>
      </w:pPr>
      <w:r w:rsidRPr="00555733">
        <w:rPr>
          <w:b/>
          <w:sz w:val="32"/>
          <w:szCs w:val="32"/>
          <w:lang w:eastAsia="ja-JP"/>
        </w:rPr>
        <w:t>問1</w:t>
      </w:r>
      <w:r w:rsidR="00E07541">
        <w:rPr>
          <w:rFonts w:hint="eastAsia"/>
          <w:b/>
          <w:sz w:val="32"/>
          <w:szCs w:val="32"/>
          <w:lang w:eastAsia="ja-JP"/>
        </w:rPr>
        <w:t>2</w:t>
      </w:r>
      <w:r w:rsidRPr="00555733">
        <w:rPr>
          <w:b/>
          <w:sz w:val="32"/>
          <w:szCs w:val="32"/>
          <w:lang w:eastAsia="ja-JP"/>
        </w:rPr>
        <w:t xml:space="preserve">　保護者・家族への支援として必要なものは何ですか。（複数回答可）</w:t>
      </w:r>
    </w:p>
    <w:p w14:paraId="097C7337" w14:textId="5361BE08" w:rsidR="00B54203" w:rsidRPr="00555733" w:rsidRDefault="000B00D6" w:rsidP="00E07541">
      <w:pPr>
        <w:ind w:firstLineChars="300" w:firstLine="840"/>
        <w:rPr>
          <w:sz w:val="28"/>
          <w:szCs w:val="28"/>
          <w:lang w:eastAsia="ja-JP"/>
        </w:rPr>
      </w:pPr>
      <w:r w:rsidRPr="00555733">
        <w:rPr>
          <w:sz w:val="28"/>
          <w:szCs w:val="28"/>
          <w:lang w:eastAsia="ja-JP"/>
        </w:rPr>
        <w:t>□ 相談支援</w:t>
      </w:r>
      <w:r w:rsidR="00665106">
        <w:rPr>
          <w:sz w:val="28"/>
          <w:szCs w:val="28"/>
          <w:lang w:eastAsia="ja-JP"/>
        </w:rPr>
        <w:tab/>
      </w:r>
      <w:r w:rsidR="00665106">
        <w:rPr>
          <w:sz w:val="28"/>
          <w:szCs w:val="28"/>
          <w:lang w:eastAsia="ja-JP"/>
        </w:rPr>
        <w:tab/>
      </w:r>
      <w:r w:rsidR="00665106">
        <w:rPr>
          <w:sz w:val="28"/>
          <w:szCs w:val="28"/>
          <w:lang w:eastAsia="ja-JP"/>
        </w:rPr>
        <w:tab/>
      </w:r>
      <w:r w:rsidR="00665106">
        <w:rPr>
          <w:sz w:val="28"/>
          <w:szCs w:val="28"/>
          <w:lang w:eastAsia="ja-JP"/>
        </w:rPr>
        <w:tab/>
      </w:r>
      <w:r w:rsidRPr="00555733">
        <w:rPr>
          <w:sz w:val="28"/>
          <w:szCs w:val="28"/>
          <w:lang w:eastAsia="ja-JP"/>
        </w:rPr>
        <w:t>□ レスパイト・短期入所</w:t>
      </w:r>
    </w:p>
    <w:p w14:paraId="2F0BD2F2" w14:textId="0D4B1A4B" w:rsidR="00B54203" w:rsidRPr="00555733" w:rsidRDefault="000B00D6" w:rsidP="00E07541">
      <w:pPr>
        <w:ind w:firstLineChars="300" w:firstLine="840"/>
        <w:rPr>
          <w:sz w:val="28"/>
          <w:szCs w:val="28"/>
          <w:lang w:eastAsia="ja-JP"/>
        </w:rPr>
      </w:pPr>
      <w:r w:rsidRPr="00555733">
        <w:rPr>
          <w:sz w:val="28"/>
          <w:szCs w:val="28"/>
          <w:lang w:eastAsia="ja-JP"/>
        </w:rPr>
        <w:t>□ 家族同士の交流</w:t>
      </w:r>
      <w:r w:rsidR="00665106">
        <w:rPr>
          <w:sz w:val="28"/>
          <w:szCs w:val="28"/>
          <w:lang w:eastAsia="ja-JP"/>
        </w:rPr>
        <w:tab/>
      </w:r>
      <w:r w:rsidR="00665106">
        <w:rPr>
          <w:sz w:val="28"/>
          <w:szCs w:val="28"/>
          <w:lang w:eastAsia="ja-JP"/>
        </w:rPr>
        <w:tab/>
      </w:r>
      <w:r w:rsidR="00665106">
        <w:rPr>
          <w:sz w:val="28"/>
          <w:szCs w:val="28"/>
          <w:lang w:eastAsia="ja-JP"/>
        </w:rPr>
        <w:tab/>
      </w:r>
      <w:r w:rsidRPr="00555733">
        <w:rPr>
          <w:sz w:val="28"/>
          <w:szCs w:val="28"/>
          <w:lang w:eastAsia="ja-JP"/>
        </w:rPr>
        <w:t>□ 療育・発達に関する情報</w:t>
      </w:r>
    </w:p>
    <w:p w14:paraId="1B7DBCEF" w14:textId="49285EEE" w:rsidR="00B54203" w:rsidRPr="00555733" w:rsidRDefault="000B00D6" w:rsidP="00E07541">
      <w:pPr>
        <w:ind w:firstLineChars="300" w:firstLine="840"/>
        <w:rPr>
          <w:sz w:val="28"/>
          <w:szCs w:val="28"/>
          <w:lang w:eastAsia="ja-JP"/>
        </w:rPr>
      </w:pPr>
      <w:r w:rsidRPr="00555733">
        <w:rPr>
          <w:sz w:val="28"/>
          <w:szCs w:val="28"/>
          <w:lang w:eastAsia="ja-JP"/>
        </w:rPr>
        <w:t>□ ペアレントトレーニング等</w:t>
      </w:r>
      <w:r w:rsidR="00665106">
        <w:rPr>
          <w:sz w:val="28"/>
          <w:szCs w:val="28"/>
          <w:lang w:eastAsia="ja-JP"/>
        </w:rPr>
        <w:tab/>
      </w:r>
      <w:r w:rsidRPr="00555733">
        <w:rPr>
          <w:sz w:val="28"/>
          <w:szCs w:val="28"/>
          <w:lang w:eastAsia="ja-JP"/>
        </w:rPr>
        <w:t>□ 就労との両立支援</w:t>
      </w:r>
    </w:p>
    <w:p w14:paraId="5FCBC980" w14:textId="22C6836B" w:rsidR="00B54203" w:rsidRPr="00555733" w:rsidRDefault="000B00D6" w:rsidP="00E07541">
      <w:pPr>
        <w:ind w:firstLineChars="300" w:firstLine="840"/>
        <w:rPr>
          <w:sz w:val="28"/>
          <w:szCs w:val="28"/>
          <w:lang w:eastAsia="ja-JP"/>
        </w:rPr>
      </w:pPr>
      <w:r w:rsidRPr="00555733">
        <w:rPr>
          <w:sz w:val="28"/>
          <w:szCs w:val="28"/>
          <w:lang w:eastAsia="ja-JP"/>
        </w:rPr>
        <w:t>□ 経済的支援</w:t>
      </w:r>
      <w:r w:rsidR="00665106">
        <w:rPr>
          <w:sz w:val="28"/>
          <w:szCs w:val="28"/>
          <w:lang w:eastAsia="ja-JP"/>
        </w:rPr>
        <w:tab/>
      </w:r>
      <w:r w:rsidR="00665106">
        <w:rPr>
          <w:sz w:val="28"/>
          <w:szCs w:val="28"/>
          <w:lang w:eastAsia="ja-JP"/>
        </w:rPr>
        <w:tab/>
      </w:r>
      <w:r w:rsidR="00665106">
        <w:rPr>
          <w:sz w:val="28"/>
          <w:szCs w:val="28"/>
          <w:lang w:eastAsia="ja-JP"/>
        </w:rPr>
        <w:tab/>
      </w:r>
      <w:r w:rsidR="00665106">
        <w:rPr>
          <w:sz w:val="28"/>
          <w:szCs w:val="28"/>
          <w:lang w:eastAsia="ja-JP"/>
        </w:rPr>
        <w:tab/>
      </w:r>
      <w:r w:rsidRPr="00555733">
        <w:rPr>
          <w:sz w:val="28"/>
          <w:szCs w:val="28"/>
          <w:lang w:eastAsia="ja-JP"/>
        </w:rPr>
        <w:t>□ 緊急時の受入れ</w:t>
      </w:r>
    </w:p>
    <w:p w14:paraId="27FE2578" w14:textId="18A178A2" w:rsidR="00B54203" w:rsidRPr="00555733" w:rsidRDefault="000B00D6" w:rsidP="00E07541">
      <w:pPr>
        <w:ind w:firstLineChars="300" w:firstLine="840"/>
        <w:rPr>
          <w:sz w:val="28"/>
          <w:szCs w:val="28"/>
          <w:lang w:eastAsia="ja-JP"/>
        </w:rPr>
      </w:pPr>
      <w:r w:rsidRPr="00555733">
        <w:rPr>
          <w:sz w:val="28"/>
          <w:szCs w:val="28"/>
          <w:lang w:eastAsia="ja-JP"/>
        </w:rPr>
        <w:t xml:space="preserve">□ その他（　　　</w:t>
      </w:r>
      <w:r w:rsidR="00E07541">
        <w:rPr>
          <w:rFonts w:hint="eastAsia"/>
          <w:sz w:val="28"/>
          <w:szCs w:val="28"/>
          <w:lang w:eastAsia="ja-JP"/>
        </w:rPr>
        <w:t xml:space="preserve">　　　　　　　　　　　　　　　　　　　</w:t>
      </w:r>
      <w:r w:rsidRPr="00555733">
        <w:rPr>
          <w:sz w:val="28"/>
          <w:szCs w:val="28"/>
          <w:lang w:eastAsia="ja-JP"/>
        </w:rPr>
        <w:t xml:space="preserve">　）</w:t>
      </w:r>
    </w:p>
    <w:p w14:paraId="5BF02AA2" w14:textId="60E6E7BF" w:rsidR="00B54203" w:rsidRPr="00555733" w:rsidRDefault="000B00D6">
      <w:pPr>
        <w:pStyle w:val="1"/>
        <w:rPr>
          <w:sz w:val="36"/>
          <w:szCs w:val="36"/>
          <w:lang w:eastAsia="ja-JP"/>
        </w:rPr>
      </w:pPr>
      <w:r w:rsidRPr="00665106">
        <w:rPr>
          <w:sz w:val="36"/>
          <w:szCs w:val="36"/>
          <w:bdr w:val="single" w:sz="4" w:space="0" w:color="auto"/>
          <w:lang w:eastAsia="ja-JP"/>
        </w:rPr>
        <w:lastRenderedPageBreak/>
        <w:t>4</w:t>
      </w:r>
      <w:r w:rsidRPr="00665106">
        <w:rPr>
          <w:sz w:val="36"/>
          <w:szCs w:val="36"/>
          <w:bdr w:val="single" w:sz="4" w:space="0" w:color="auto"/>
          <w:lang w:eastAsia="ja-JP"/>
        </w:rPr>
        <w:t xml:space="preserve">　切れ目のない支援</w:t>
      </w:r>
      <w:r w:rsidR="00FA5D79">
        <w:rPr>
          <w:rFonts w:hint="eastAsia"/>
          <w:sz w:val="36"/>
          <w:szCs w:val="36"/>
          <w:bdr w:val="single" w:sz="4" w:space="0" w:color="auto"/>
          <w:lang w:eastAsia="ja-JP"/>
        </w:rPr>
        <w:t>・将来・地域生活</w:t>
      </w:r>
    </w:p>
    <w:p w14:paraId="27A071FA" w14:textId="2A8A4AE3" w:rsidR="00B54203" w:rsidRPr="00555733" w:rsidRDefault="00FA5D79" w:rsidP="00E07541">
      <w:pPr>
        <w:ind w:rightChars="-216" w:right="-432" w:firstLineChars="100" w:firstLine="320"/>
        <w:rPr>
          <w:sz w:val="32"/>
          <w:szCs w:val="32"/>
          <w:lang w:eastAsia="ja-JP"/>
        </w:rPr>
      </w:pPr>
      <w:r>
        <w:rPr>
          <w:b/>
          <w:noProof/>
          <w:sz w:val="32"/>
          <w:szCs w:val="32"/>
          <w:lang w:eastAsia="ja-JP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85E7F8F" wp14:editId="22D0DE76">
                <wp:simplePos x="0" y="0"/>
                <wp:positionH relativeFrom="column">
                  <wp:posOffset>2559050</wp:posOffset>
                </wp:positionH>
                <wp:positionV relativeFrom="paragraph">
                  <wp:posOffset>406400</wp:posOffset>
                </wp:positionV>
                <wp:extent cx="2057400" cy="990600"/>
                <wp:effectExtent l="57150" t="19050" r="76200" b="95250"/>
                <wp:wrapNone/>
                <wp:docPr id="5" name="四角形: 角を丸くする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7400" cy="99060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5BA11C3" id="四角形: 角を丸くする 5" o:spid="_x0000_s1026" style="position:absolute;left:0;text-align:left;margin-left:201.5pt;margin-top:32pt;width:162pt;height:78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" filled="f" strokecolor="black [3213]">
                <v:shadow on="t" color="black" opacity="22937f" origin=",.5" offset="0,.63889mm"/>
              </v:roundrect>
            </w:pict>
          </mc:Fallback>
        </mc:AlternateContent>
      </w:r>
      <w:r>
        <w:rPr>
          <w:b/>
          <w:noProof/>
          <w:sz w:val="32"/>
          <w:szCs w:val="32"/>
          <w:lang w:eastAsia="ja-JP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42BAF4" wp14:editId="2A76C0D5">
                <wp:simplePos x="0" y="0"/>
                <wp:positionH relativeFrom="column">
                  <wp:posOffset>431800</wp:posOffset>
                </wp:positionH>
                <wp:positionV relativeFrom="paragraph">
                  <wp:posOffset>406400</wp:posOffset>
                </wp:positionV>
                <wp:extent cx="2057400" cy="990600"/>
                <wp:effectExtent l="57150" t="19050" r="76200" b="95250"/>
                <wp:wrapNone/>
                <wp:docPr id="4" name="四角形: 角を丸くする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7400" cy="99060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67A085E" id="四角形: 角を丸くする 4" o:spid="_x0000_s1026" style="position:absolute;left:0;text-align:left;margin-left:34pt;margin-top:32pt;width:162pt;height:7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" filled="f" strokecolor="black [3213]">
                <v:shadow on="t" color="black" opacity="22937f" origin=",.5" offset="0,.63889mm"/>
              </v:roundrect>
            </w:pict>
          </mc:Fallback>
        </mc:AlternateContent>
      </w:r>
      <w:r w:rsidR="000B00D6" w:rsidRPr="00555733">
        <w:rPr>
          <w:b/>
          <w:sz w:val="32"/>
          <w:szCs w:val="32"/>
          <w:lang w:eastAsia="ja-JP"/>
        </w:rPr>
        <w:t>問1</w:t>
      </w:r>
      <w:r w:rsidR="00E07541">
        <w:rPr>
          <w:rFonts w:hint="eastAsia"/>
          <w:b/>
          <w:sz w:val="32"/>
          <w:szCs w:val="32"/>
          <w:lang w:eastAsia="ja-JP"/>
        </w:rPr>
        <w:t>3</w:t>
      </w:r>
      <w:r w:rsidR="000B00D6" w:rsidRPr="00555733">
        <w:rPr>
          <w:b/>
          <w:sz w:val="32"/>
          <w:szCs w:val="32"/>
          <w:lang w:eastAsia="ja-JP"/>
        </w:rPr>
        <w:t xml:space="preserve">　保育・教育・福祉・医療等の連携について、課題を感じますか。</w:t>
      </w:r>
    </w:p>
    <w:p w14:paraId="2825CC51" w14:textId="1667AFD3" w:rsidR="00FA5D79" w:rsidRDefault="00FA5D79" w:rsidP="00E07541">
      <w:pPr>
        <w:ind w:firstLineChars="300" w:firstLine="960"/>
        <w:rPr>
          <w:sz w:val="28"/>
          <w:szCs w:val="28"/>
          <w:lang w:eastAsia="ja-JP"/>
        </w:rPr>
      </w:pPr>
      <w:r>
        <w:rPr>
          <w:b/>
          <w:noProof/>
          <w:sz w:val="32"/>
          <w:szCs w:val="32"/>
          <w:lang w:eastAsia="ja-JP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AB2D8A" wp14:editId="24C289CE">
                <wp:simplePos x="0" y="0"/>
                <wp:positionH relativeFrom="column">
                  <wp:posOffset>4667250</wp:posOffset>
                </wp:positionH>
                <wp:positionV relativeFrom="paragraph">
                  <wp:posOffset>389890</wp:posOffset>
                </wp:positionV>
                <wp:extent cx="2057400" cy="476250"/>
                <wp:effectExtent l="57150" t="19050" r="76200" b="95250"/>
                <wp:wrapNone/>
                <wp:docPr id="6" name="四角形: 角を丸くする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7400" cy="47625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2D81B0A" id="四角形: 角を丸くする 6" o:spid="_x0000_s1026" style="position:absolute;left:0;text-align:left;margin-left:367.5pt;margin-top:30.7pt;width:162pt;height:37.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" filled="f" strokecolor="black [3213]">
                <v:shadow on="t" color="black" opacity="22937f" origin=",.5" offset="0,.63889mm"/>
              </v:roundrect>
            </w:pict>
          </mc:Fallback>
        </mc:AlternateContent>
      </w:r>
      <w:r w:rsidR="000B00D6" w:rsidRPr="00555733">
        <w:rPr>
          <w:sz w:val="28"/>
          <w:szCs w:val="28"/>
          <w:lang w:eastAsia="ja-JP"/>
        </w:rPr>
        <w:t>□ 十分連携できている</w:t>
      </w:r>
      <w:r>
        <w:rPr>
          <w:sz w:val="28"/>
          <w:szCs w:val="28"/>
          <w:lang w:eastAsia="ja-JP"/>
        </w:rPr>
        <w:tab/>
      </w:r>
      <w:r w:rsidRPr="00555733">
        <w:rPr>
          <w:sz w:val="28"/>
          <w:szCs w:val="28"/>
          <w:lang w:eastAsia="ja-JP"/>
        </w:rPr>
        <w:t>□ やや課題がある</w:t>
      </w:r>
    </w:p>
    <w:p w14:paraId="6F6C02C6" w14:textId="78A34AF0" w:rsidR="00FA5D79" w:rsidRDefault="00FA5D79" w:rsidP="00FA5D79">
      <w:pPr>
        <w:ind w:firstLineChars="300" w:firstLine="840"/>
        <w:rPr>
          <w:sz w:val="28"/>
          <w:szCs w:val="28"/>
          <w:lang w:eastAsia="ja-JP"/>
        </w:rPr>
      </w:pPr>
      <w:r>
        <w:rPr>
          <w:noProof/>
          <w:sz w:val="28"/>
          <w:szCs w:val="28"/>
          <w:lang w:eastAsia="ja-JP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099111C" wp14:editId="7587966D">
                <wp:simplePos x="0" y="0"/>
                <wp:positionH relativeFrom="column">
                  <wp:posOffset>1314450</wp:posOffset>
                </wp:positionH>
                <wp:positionV relativeFrom="paragraph">
                  <wp:posOffset>397510</wp:posOffset>
                </wp:positionV>
                <wp:extent cx="247650" cy="476250"/>
                <wp:effectExtent l="57150" t="19050" r="19050" b="95250"/>
                <wp:wrapNone/>
                <wp:docPr id="13" name="矢印: 下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476250"/>
                        </a:xfrm>
                        <a:prstGeom prst="downArrow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4EA1CF" id="矢印: 下 13" o:spid="_x0000_s1026" type="#_x0000_t67" style="position:absolute;left:0;text-align:left;margin-left:103.5pt;margin-top:31.3pt;width:19.5pt;height:37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" adj="15984" fillcolor="black [3213]" strokecolor="black [3213]">
                <v:shadow on="t" color="black" opacity="22937f" origin=",.5" offset="0,.63889mm"/>
              </v:shape>
            </w:pict>
          </mc:Fallback>
        </mc:AlternateContent>
      </w:r>
      <w:r>
        <w:rPr>
          <w:noProof/>
          <w:sz w:val="28"/>
          <w:szCs w:val="28"/>
          <w:lang w:eastAsia="ja-JP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1A6FB84" wp14:editId="6FB5F931">
                <wp:simplePos x="0" y="0"/>
                <wp:positionH relativeFrom="column">
                  <wp:posOffset>5594350</wp:posOffset>
                </wp:positionH>
                <wp:positionV relativeFrom="paragraph">
                  <wp:posOffset>403860</wp:posOffset>
                </wp:positionV>
                <wp:extent cx="247650" cy="476250"/>
                <wp:effectExtent l="57150" t="19050" r="19050" b="95250"/>
                <wp:wrapNone/>
                <wp:docPr id="12" name="矢印: 下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476250"/>
                        </a:xfrm>
                        <a:prstGeom prst="downArrow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CB9444" id="矢印: 下 12" o:spid="_x0000_s1026" type="#_x0000_t67" style="position:absolute;left:0;text-align:left;margin-left:440.5pt;margin-top:31.8pt;width:19.5pt;height:37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" adj="15984" fillcolor="black [3213]" strokecolor="black [3213]">
                <v:shadow on="t" color="black" opacity="22937f" origin=",.5" offset="0,.63889mm"/>
              </v:shape>
            </w:pict>
          </mc:Fallback>
        </mc:AlternateContent>
      </w:r>
      <w:r>
        <w:rPr>
          <w:noProof/>
          <w:sz w:val="28"/>
          <w:szCs w:val="28"/>
          <w:lang w:eastAsia="ja-JP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43CB4A1" wp14:editId="2B7EC263">
                <wp:simplePos x="0" y="0"/>
                <wp:positionH relativeFrom="column">
                  <wp:posOffset>3441700</wp:posOffset>
                </wp:positionH>
                <wp:positionV relativeFrom="paragraph">
                  <wp:posOffset>410210</wp:posOffset>
                </wp:positionV>
                <wp:extent cx="247650" cy="476250"/>
                <wp:effectExtent l="57150" t="19050" r="19050" b="95250"/>
                <wp:wrapNone/>
                <wp:docPr id="11" name="矢印: 下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476250"/>
                        </a:xfrm>
                        <a:prstGeom prst="downArrow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A81E24" id="矢印: 下 11" o:spid="_x0000_s1026" type="#_x0000_t67" style="position:absolute;left:0;text-align:left;margin-left:271pt;margin-top:32.3pt;width:19.5pt;height:37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" adj="15984" fillcolor="black [3213]" strokecolor="black [3213]">
                <v:shadow on="t" color="black" opacity="22937f" origin=",.5" offset="0,.63889mm"/>
              </v:shape>
            </w:pict>
          </mc:Fallback>
        </mc:AlternateContent>
      </w:r>
      <w:r w:rsidR="000B00D6" w:rsidRPr="00555733">
        <w:rPr>
          <w:sz w:val="28"/>
          <w:szCs w:val="28"/>
          <w:lang w:eastAsia="ja-JP"/>
        </w:rPr>
        <w:t>□ おおむねできている</w:t>
      </w:r>
      <w:r>
        <w:rPr>
          <w:sz w:val="28"/>
          <w:szCs w:val="28"/>
          <w:lang w:eastAsia="ja-JP"/>
        </w:rPr>
        <w:tab/>
      </w:r>
      <w:r w:rsidRPr="00555733">
        <w:rPr>
          <w:sz w:val="28"/>
          <w:szCs w:val="28"/>
          <w:lang w:eastAsia="ja-JP"/>
        </w:rPr>
        <w:t>□ 大きな課題がある</w:t>
      </w:r>
      <w:r>
        <w:rPr>
          <w:rFonts w:hint="eastAsia"/>
          <w:sz w:val="28"/>
          <w:szCs w:val="28"/>
          <w:lang w:eastAsia="ja-JP"/>
        </w:rPr>
        <w:t xml:space="preserve">　</w:t>
      </w:r>
      <w:r>
        <w:rPr>
          <w:sz w:val="28"/>
          <w:szCs w:val="28"/>
          <w:lang w:eastAsia="ja-JP"/>
        </w:rPr>
        <w:tab/>
      </w:r>
      <w:r>
        <w:rPr>
          <w:sz w:val="28"/>
          <w:szCs w:val="28"/>
          <w:lang w:eastAsia="ja-JP"/>
        </w:rPr>
        <w:tab/>
      </w:r>
      <w:r w:rsidRPr="00555733">
        <w:rPr>
          <w:sz w:val="28"/>
          <w:szCs w:val="28"/>
          <w:lang w:eastAsia="ja-JP"/>
        </w:rPr>
        <w:t>□ わからない</w:t>
      </w:r>
    </w:p>
    <w:p w14:paraId="10C5B77B" w14:textId="2F52820B" w:rsidR="00B54203" w:rsidRDefault="00665106" w:rsidP="00E07541">
      <w:pPr>
        <w:ind w:firstLineChars="300" w:firstLine="840"/>
        <w:rPr>
          <w:sz w:val="28"/>
          <w:szCs w:val="28"/>
          <w:lang w:eastAsia="ja-JP"/>
        </w:rPr>
      </w:pPr>
      <w:r>
        <w:rPr>
          <w:sz w:val="28"/>
          <w:szCs w:val="28"/>
          <w:lang w:eastAsia="ja-JP"/>
        </w:rPr>
        <w:tab/>
      </w:r>
      <w:r>
        <w:rPr>
          <w:sz w:val="28"/>
          <w:szCs w:val="28"/>
          <w:lang w:eastAsia="ja-JP"/>
        </w:rPr>
        <w:tab/>
      </w:r>
      <w:r>
        <w:rPr>
          <w:sz w:val="28"/>
          <w:szCs w:val="28"/>
          <w:lang w:eastAsia="ja-JP"/>
        </w:rPr>
        <w:tab/>
      </w:r>
    </w:p>
    <w:p w14:paraId="546140A6" w14:textId="4212661C" w:rsidR="00FA5D79" w:rsidRPr="00555733" w:rsidRDefault="00FA5D79" w:rsidP="00E07541">
      <w:pPr>
        <w:ind w:firstLineChars="300" w:firstLine="840"/>
        <w:rPr>
          <w:sz w:val="28"/>
          <w:szCs w:val="28"/>
          <w:lang w:eastAsia="ja-JP"/>
        </w:rPr>
      </w:pPr>
      <w:r>
        <w:rPr>
          <w:rFonts w:hint="eastAsia"/>
          <w:sz w:val="28"/>
          <w:szCs w:val="28"/>
          <w:lang w:eastAsia="ja-JP"/>
        </w:rPr>
        <w:t xml:space="preserve">　　</w:t>
      </w:r>
      <w:r w:rsidRPr="00FA5D79">
        <w:rPr>
          <w:rFonts w:hint="eastAsia"/>
          <w:b/>
          <w:bCs/>
          <w:sz w:val="28"/>
          <w:szCs w:val="28"/>
          <w:u w:val="single"/>
          <w:lang w:eastAsia="ja-JP"/>
        </w:rPr>
        <w:t>（問1</w:t>
      </w:r>
      <w:r>
        <w:rPr>
          <w:rFonts w:hint="eastAsia"/>
          <w:b/>
          <w:bCs/>
          <w:sz w:val="28"/>
          <w:szCs w:val="28"/>
          <w:u w:val="single"/>
          <w:lang w:eastAsia="ja-JP"/>
        </w:rPr>
        <w:t>5</w:t>
      </w:r>
      <w:r w:rsidRPr="00FA5D79">
        <w:rPr>
          <w:rFonts w:hint="eastAsia"/>
          <w:b/>
          <w:bCs/>
          <w:sz w:val="28"/>
          <w:szCs w:val="28"/>
          <w:u w:val="single"/>
          <w:lang w:eastAsia="ja-JP"/>
        </w:rPr>
        <w:t>へ）</w:t>
      </w:r>
      <w:r>
        <w:rPr>
          <w:rFonts w:hint="eastAsia"/>
          <w:sz w:val="28"/>
          <w:szCs w:val="28"/>
          <w:lang w:eastAsia="ja-JP"/>
        </w:rPr>
        <w:t xml:space="preserve">　　　　　　　</w:t>
      </w:r>
      <w:r w:rsidRPr="00FA5D79">
        <w:rPr>
          <w:rFonts w:hint="eastAsia"/>
          <w:b/>
          <w:bCs/>
          <w:sz w:val="28"/>
          <w:szCs w:val="28"/>
          <w:u w:val="single"/>
          <w:lang w:eastAsia="ja-JP"/>
        </w:rPr>
        <w:t>（問1</w:t>
      </w:r>
      <w:r>
        <w:rPr>
          <w:rFonts w:hint="eastAsia"/>
          <w:b/>
          <w:bCs/>
          <w:sz w:val="28"/>
          <w:szCs w:val="28"/>
          <w:u w:val="single"/>
          <w:lang w:eastAsia="ja-JP"/>
        </w:rPr>
        <w:t>4</w:t>
      </w:r>
      <w:r w:rsidRPr="00FA5D79">
        <w:rPr>
          <w:rFonts w:hint="eastAsia"/>
          <w:b/>
          <w:bCs/>
          <w:sz w:val="28"/>
          <w:szCs w:val="28"/>
          <w:u w:val="single"/>
          <w:lang w:eastAsia="ja-JP"/>
        </w:rPr>
        <w:t>へ）</w:t>
      </w:r>
      <w:r>
        <w:rPr>
          <w:rFonts w:hint="eastAsia"/>
          <w:sz w:val="28"/>
          <w:szCs w:val="28"/>
          <w:lang w:eastAsia="ja-JP"/>
        </w:rPr>
        <w:t xml:space="preserve">　　　　　　</w:t>
      </w:r>
      <w:r w:rsidRPr="00FA5D79">
        <w:rPr>
          <w:rFonts w:hint="eastAsia"/>
          <w:b/>
          <w:bCs/>
          <w:sz w:val="28"/>
          <w:szCs w:val="28"/>
          <w:u w:val="single"/>
          <w:lang w:eastAsia="ja-JP"/>
        </w:rPr>
        <w:t>（問15へ）</w:t>
      </w:r>
    </w:p>
    <w:p w14:paraId="72357C35" w14:textId="7434AF6B" w:rsidR="00FA5D79" w:rsidRPr="00555733" w:rsidRDefault="00FA5D79" w:rsidP="00FA5D79">
      <w:pPr>
        <w:ind w:leftChars="160" w:left="1276" w:rightChars="138" w:right="276" w:hangingChars="478" w:hanging="956"/>
        <w:rPr>
          <w:sz w:val="32"/>
          <w:szCs w:val="32"/>
          <w:lang w:eastAsia="ja-JP"/>
        </w:rPr>
      </w:pPr>
      <w:r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886E611" wp14:editId="23C25334">
                <wp:simplePos x="0" y="0"/>
                <wp:positionH relativeFrom="column">
                  <wp:posOffset>361950</wp:posOffset>
                </wp:positionH>
                <wp:positionV relativeFrom="paragraph">
                  <wp:posOffset>1270000</wp:posOffset>
                </wp:positionV>
                <wp:extent cx="6394450" cy="1574800"/>
                <wp:effectExtent l="57150" t="19050" r="82550" b="101600"/>
                <wp:wrapNone/>
                <wp:docPr id="10" name="正方形/長方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94450" cy="1574800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txbx>
                        <w:txbxContent>
                          <w:p w14:paraId="2E8D7E65" w14:textId="77777777" w:rsidR="00FA5D79" w:rsidRDefault="00FA5D79" w:rsidP="00FA5D7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886E611" id="正方形/長方形 10" o:spid="_x0000_s1029" style="position:absolute;left:0;text-align:left;margin-left:28.5pt;margin-top:100pt;width:503.5pt;height:12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" filled="f" strokecolor="windowText">
                <v:shadow on="t" color="black" opacity="22937f" origin=",.5" offset="0,.63889mm"/>
                <v:textbox>
                  <w:txbxContent>
                    <w:p w14:paraId="2E8D7E65" w14:textId="77777777" w:rsidR="00FA5D79" w:rsidRDefault="00FA5D79" w:rsidP="00FA5D79"/>
                  </w:txbxContent>
                </v:textbox>
              </v:rect>
            </w:pict>
          </mc:Fallback>
        </mc:AlternateContent>
      </w:r>
      <w:r w:rsidRPr="00555733">
        <w:rPr>
          <w:b/>
          <w:sz w:val="32"/>
          <w:szCs w:val="32"/>
          <w:lang w:eastAsia="ja-JP"/>
        </w:rPr>
        <w:t>問1</w:t>
      </w:r>
      <w:r>
        <w:rPr>
          <w:rFonts w:hint="eastAsia"/>
          <w:b/>
          <w:sz w:val="32"/>
          <w:szCs w:val="32"/>
          <w:lang w:eastAsia="ja-JP"/>
        </w:rPr>
        <w:t>4 【</w:t>
      </w:r>
      <w:r w:rsidRPr="00E72C7F">
        <w:rPr>
          <w:b/>
          <w:sz w:val="32"/>
          <w:szCs w:val="32"/>
          <w:u w:val="single"/>
          <w:lang w:eastAsia="ja-JP"/>
        </w:rPr>
        <w:t>問</w:t>
      </w:r>
      <w:r>
        <w:rPr>
          <w:rFonts w:hint="eastAsia"/>
          <w:b/>
          <w:sz w:val="32"/>
          <w:szCs w:val="32"/>
          <w:u w:val="single"/>
          <w:lang w:eastAsia="ja-JP"/>
        </w:rPr>
        <w:t>13</w:t>
      </w:r>
      <w:r w:rsidRPr="00E72C7F">
        <w:rPr>
          <w:b/>
          <w:sz w:val="32"/>
          <w:szCs w:val="32"/>
          <w:u w:val="single"/>
          <w:lang w:eastAsia="ja-JP"/>
        </w:rPr>
        <w:t>で「</w:t>
      </w:r>
      <w:r>
        <w:rPr>
          <w:rFonts w:hint="eastAsia"/>
          <w:b/>
          <w:sz w:val="32"/>
          <w:szCs w:val="32"/>
          <w:u w:val="single"/>
          <w:lang w:eastAsia="ja-JP"/>
        </w:rPr>
        <w:t>課題が</w:t>
      </w:r>
      <w:r w:rsidRPr="00E72C7F">
        <w:rPr>
          <w:b/>
          <w:sz w:val="32"/>
          <w:szCs w:val="32"/>
          <w:u w:val="single"/>
          <w:lang w:eastAsia="ja-JP"/>
        </w:rPr>
        <w:t>ある」と答えた方</w:t>
      </w:r>
      <w:r>
        <w:rPr>
          <w:rFonts w:hint="eastAsia"/>
          <w:b/>
          <w:sz w:val="32"/>
          <w:szCs w:val="32"/>
          <w:lang w:eastAsia="ja-JP"/>
        </w:rPr>
        <w:t>】</w:t>
      </w:r>
      <w:r w:rsidRPr="00555733">
        <w:rPr>
          <w:b/>
          <w:sz w:val="32"/>
          <w:szCs w:val="32"/>
          <w:lang w:eastAsia="ja-JP"/>
        </w:rPr>
        <w:t>保育・教育・福祉・医療等の連携に</w:t>
      </w:r>
      <w:r>
        <w:rPr>
          <w:rFonts w:hint="eastAsia"/>
          <w:b/>
          <w:sz w:val="32"/>
          <w:szCs w:val="32"/>
          <w:lang w:eastAsia="ja-JP"/>
        </w:rPr>
        <w:t>ついて、どのような課題があると</w:t>
      </w:r>
      <w:r w:rsidRPr="00555733">
        <w:rPr>
          <w:b/>
          <w:sz w:val="32"/>
          <w:szCs w:val="32"/>
          <w:lang w:eastAsia="ja-JP"/>
        </w:rPr>
        <w:t>感じますか。</w:t>
      </w:r>
      <w:r>
        <w:rPr>
          <w:rFonts w:hint="eastAsia"/>
          <w:b/>
          <w:sz w:val="32"/>
          <w:szCs w:val="32"/>
          <w:lang w:eastAsia="ja-JP"/>
        </w:rPr>
        <w:t>（自由記載）</w:t>
      </w:r>
    </w:p>
    <w:p w14:paraId="67BBEE68" w14:textId="1E5D167E" w:rsidR="00FA5D79" w:rsidRDefault="00FA5D79" w:rsidP="00FA5D79">
      <w:pPr>
        <w:ind w:firstLineChars="100" w:firstLine="280"/>
        <w:rPr>
          <w:sz w:val="28"/>
          <w:szCs w:val="28"/>
          <w:lang w:eastAsia="ja-JP"/>
        </w:rPr>
      </w:pPr>
    </w:p>
    <w:p w14:paraId="750DBEB1" w14:textId="77777777" w:rsidR="00FA5D79" w:rsidRDefault="00FA5D79" w:rsidP="00FA5D79">
      <w:pPr>
        <w:ind w:firstLineChars="100" w:firstLine="280"/>
        <w:rPr>
          <w:sz w:val="28"/>
          <w:szCs w:val="28"/>
          <w:lang w:eastAsia="ja-JP"/>
        </w:rPr>
      </w:pPr>
    </w:p>
    <w:p w14:paraId="23A6F71A" w14:textId="77777777" w:rsidR="00FA5D79" w:rsidRDefault="00FA5D79" w:rsidP="00FA5D79">
      <w:pPr>
        <w:ind w:firstLineChars="100" w:firstLine="280"/>
        <w:rPr>
          <w:sz w:val="28"/>
          <w:szCs w:val="28"/>
          <w:lang w:eastAsia="ja-JP"/>
        </w:rPr>
      </w:pPr>
    </w:p>
    <w:p w14:paraId="28967318" w14:textId="77777777" w:rsidR="00FA5D79" w:rsidRDefault="00FA5D79" w:rsidP="00FA5D79">
      <w:pPr>
        <w:ind w:firstLineChars="100" w:firstLine="320"/>
        <w:rPr>
          <w:b/>
          <w:sz w:val="32"/>
          <w:szCs w:val="32"/>
          <w:lang w:eastAsia="ja-JP"/>
        </w:rPr>
      </w:pPr>
    </w:p>
    <w:p w14:paraId="20E7CB5F" w14:textId="028A943E" w:rsidR="00FA5D79" w:rsidRPr="00555733" w:rsidRDefault="00FA5D79" w:rsidP="00FA5D79">
      <w:pPr>
        <w:ind w:firstLineChars="100" w:firstLine="320"/>
        <w:rPr>
          <w:sz w:val="32"/>
          <w:szCs w:val="32"/>
          <w:lang w:eastAsia="ja-JP"/>
        </w:rPr>
      </w:pPr>
      <w:r w:rsidRPr="00555733">
        <w:rPr>
          <w:b/>
          <w:sz w:val="32"/>
          <w:szCs w:val="32"/>
          <w:lang w:eastAsia="ja-JP"/>
        </w:rPr>
        <w:t>問1</w:t>
      </w:r>
      <w:r>
        <w:rPr>
          <w:rFonts w:hint="eastAsia"/>
          <w:b/>
          <w:sz w:val="32"/>
          <w:szCs w:val="32"/>
          <w:lang w:eastAsia="ja-JP"/>
        </w:rPr>
        <w:t>5</w:t>
      </w:r>
      <w:r w:rsidRPr="00555733">
        <w:rPr>
          <w:b/>
          <w:sz w:val="32"/>
          <w:szCs w:val="32"/>
          <w:lang w:eastAsia="ja-JP"/>
        </w:rPr>
        <w:t xml:space="preserve">　卒業後や将来について不安なことは何ですか。（</w:t>
      </w:r>
      <w:r w:rsidR="004207E1">
        <w:rPr>
          <w:rFonts w:hint="eastAsia"/>
          <w:b/>
          <w:sz w:val="32"/>
          <w:szCs w:val="32"/>
          <w:lang w:eastAsia="ja-JP"/>
        </w:rPr>
        <w:t>複数回答可</w:t>
      </w:r>
      <w:r w:rsidRPr="00555733">
        <w:rPr>
          <w:b/>
          <w:sz w:val="32"/>
          <w:szCs w:val="32"/>
          <w:lang w:eastAsia="ja-JP"/>
        </w:rPr>
        <w:t>）</w:t>
      </w:r>
    </w:p>
    <w:p w14:paraId="5DDDF70F" w14:textId="14289517" w:rsidR="00FA5D79" w:rsidRPr="00555733" w:rsidRDefault="00FA5D79" w:rsidP="00FA5D79">
      <w:pPr>
        <w:ind w:firstLineChars="300" w:firstLine="840"/>
        <w:rPr>
          <w:sz w:val="28"/>
          <w:szCs w:val="28"/>
          <w:lang w:eastAsia="ja-JP"/>
        </w:rPr>
      </w:pPr>
      <w:r w:rsidRPr="00555733">
        <w:rPr>
          <w:sz w:val="28"/>
          <w:szCs w:val="28"/>
          <w:lang w:eastAsia="ja-JP"/>
        </w:rPr>
        <w:t>□ 就労</w:t>
      </w:r>
      <w:r>
        <w:rPr>
          <w:sz w:val="28"/>
          <w:szCs w:val="28"/>
          <w:lang w:eastAsia="ja-JP"/>
        </w:rPr>
        <w:tab/>
      </w:r>
      <w:r>
        <w:rPr>
          <w:sz w:val="28"/>
          <w:szCs w:val="28"/>
          <w:lang w:eastAsia="ja-JP"/>
        </w:rPr>
        <w:tab/>
      </w:r>
      <w:r>
        <w:rPr>
          <w:sz w:val="28"/>
          <w:szCs w:val="28"/>
          <w:lang w:eastAsia="ja-JP"/>
        </w:rPr>
        <w:tab/>
      </w:r>
      <w:r w:rsidRPr="00555733">
        <w:rPr>
          <w:sz w:val="28"/>
          <w:szCs w:val="28"/>
          <w:lang w:eastAsia="ja-JP"/>
        </w:rPr>
        <w:t>□ 住まい</w:t>
      </w:r>
      <w:r>
        <w:rPr>
          <w:sz w:val="28"/>
          <w:szCs w:val="28"/>
          <w:lang w:eastAsia="ja-JP"/>
        </w:rPr>
        <w:tab/>
      </w:r>
      <w:r>
        <w:rPr>
          <w:sz w:val="28"/>
          <w:szCs w:val="28"/>
          <w:lang w:eastAsia="ja-JP"/>
        </w:rPr>
        <w:tab/>
      </w:r>
      <w:r w:rsidRPr="00555733">
        <w:rPr>
          <w:sz w:val="28"/>
          <w:szCs w:val="28"/>
          <w:lang w:eastAsia="ja-JP"/>
        </w:rPr>
        <w:t>□ 日中活動</w:t>
      </w:r>
    </w:p>
    <w:p w14:paraId="1E36BD7A" w14:textId="3CF41CBC" w:rsidR="00FA5D79" w:rsidRPr="00555733" w:rsidRDefault="00FA5D79" w:rsidP="00FA5D79">
      <w:pPr>
        <w:ind w:firstLineChars="300" w:firstLine="840"/>
        <w:rPr>
          <w:sz w:val="28"/>
          <w:szCs w:val="28"/>
          <w:lang w:eastAsia="ja-JP"/>
        </w:rPr>
      </w:pPr>
      <w:r w:rsidRPr="00555733">
        <w:rPr>
          <w:sz w:val="28"/>
          <w:szCs w:val="28"/>
          <w:lang w:eastAsia="ja-JP"/>
        </w:rPr>
        <w:t>□ 収入・生活費</w:t>
      </w:r>
      <w:r>
        <w:rPr>
          <w:sz w:val="28"/>
          <w:szCs w:val="28"/>
          <w:lang w:eastAsia="ja-JP"/>
        </w:rPr>
        <w:tab/>
      </w:r>
      <w:r>
        <w:rPr>
          <w:sz w:val="28"/>
          <w:szCs w:val="28"/>
          <w:lang w:eastAsia="ja-JP"/>
        </w:rPr>
        <w:tab/>
      </w:r>
      <w:r w:rsidRPr="00555733">
        <w:rPr>
          <w:sz w:val="28"/>
          <w:szCs w:val="28"/>
          <w:lang w:eastAsia="ja-JP"/>
        </w:rPr>
        <w:t>□ 親亡き後</w:t>
      </w:r>
      <w:r>
        <w:rPr>
          <w:sz w:val="28"/>
          <w:szCs w:val="28"/>
          <w:lang w:eastAsia="ja-JP"/>
        </w:rPr>
        <w:tab/>
      </w:r>
      <w:r w:rsidRPr="00555733">
        <w:rPr>
          <w:sz w:val="28"/>
          <w:szCs w:val="28"/>
          <w:lang w:eastAsia="ja-JP"/>
        </w:rPr>
        <w:t>□ 医療・健康</w:t>
      </w:r>
    </w:p>
    <w:p w14:paraId="52957A6C" w14:textId="60E06176" w:rsidR="00FA5D79" w:rsidRPr="00555733" w:rsidRDefault="00FA5D79" w:rsidP="00FA5D79">
      <w:pPr>
        <w:ind w:firstLineChars="300" w:firstLine="840"/>
        <w:rPr>
          <w:sz w:val="28"/>
          <w:szCs w:val="28"/>
          <w:lang w:eastAsia="ja-JP"/>
        </w:rPr>
      </w:pPr>
      <w:r w:rsidRPr="00555733">
        <w:rPr>
          <w:sz w:val="28"/>
          <w:szCs w:val="28"/>
          <w:lang w:eastAsia="ja-JP"/>
        </w:rPr>
        <w:t>□ 地域生活</w:t>
      </w:r>
      <w:r>
        <w:rPr>
          <w:sz w:val="28"/>
          <w:szCs w:val="28"/>
          <w:lang w:eastAsia="ja-JP"/>
        </w:rPr>
        <w:tab/>
      </w:r>
      <w:r>
        <w:rPr>
          <w:sz w:val="28"/>
          <w:szCs w:val="28"/>
          <w:lang w:eastAsia="ja-JP"/>
        </w:rPr>
        <w:tab/>
      </w:r>
      <w:r w:rsidRPr="00555733">
        <w:rPr>
          <w:sz w:val="28"/>
          <w:szCs w:val="28"/>
          <w:lang w:eastAsia="ja-JP"/>
        </w:rPr>
        <w:t>□ 相談先</w:t>
      </w:r>
      <w:r>
        <w:rPr>
          <w:sz w:val="28"/>
          <w:szCs w:val="28"/>
          <w:lang w:eastAsia="ja-JP"/>
        </w:rPr>
        <w:tab/>
      </w:r>
      <w:r>
        <w:rPr>
          <w:sz w:val="28"/>
          <w:szCs w:val="28"/>
          <w:lang w:eastAsia="ja-JP"/>
        </w:rPr>
        <w:tab/>
      </w:r>
      <w:r w:rsidRPr="00555733">
        <w:rPr>
          <w:sz w:val="28"/>
          <w:szCs w:val="28"/>
          <w:lang w:eastAsia="ja-JP"/>
        </w:rPr>
        <w:t>□ 福祉サービスの確保</w:t>
      </w:r>
    </w:p>
    <w:p w14:paraId="4B865873" w14:textId="4E503267" w:rsidR="00FA5D79" w:rsidRDefault="00FA5D79" w:rsidP="00FA5D79">
      <w:pPr>
        <w:ind w:firstLineChars="300" w:firstLine="840"/>
        <w:rPr>
          <w:sz w:val="28"/>
          <w:szCs w:val="28"/>
          <w:lang w:eastAsia="ja-JP"/>
        </w:rPr>
      </w:pPr>
      <w:r w:rsidRPr="00555733">
        <w:rPr>
          <w:sz w:val="28"/>
          <w:szCs w:val="28"/>
          <w:lang w:eastAsia="ja-JP"/>
        </w:rPr>
        <w:t xml:space="preserve">□ その他（　　</w:t>
      </w:r>
      <w:r>
        <w:rPr>
          <w:rFonts w:hint="eastAsia"/>
          <w:sz w:val="28"/>
          <w:szCs w:val="28"/>
          <w:lang w:eastAsia="ja-JP"/>
        </w:rPr>
        <w:t xml:space="preserve">　　　　　　　　　　　　　　　　　　　</w:t>
      </w:r>
      <w:r w:rsidRPr="00555733">
        <w:rPr>
          <w:sz w:val="28"/>
          <w:szCs w:val="28"/>
          <w:lang w:eastAsia="ja-JP"/>
        </w:rPr>
        <w:t xml:space="preserve">　　）</w:t>
      </w:r>
    </w:p>
    <w:p w14:paraId="4D7223A2" w14:textId="77777777" w:rsidR="00FA5D79" w:rsidRPr="00555733" w:rsidRDefault="00FA5D79" w:rsidP="00FA5D79">
      <w:pPr>
        <w:ind w:firstLineChars="300" w:firstLine="840"/>
        <w:rPr>
          <w:sz w:val="28"/>
          <w:szCs w:val="28"/>
          <w:lang w:eastAsia="ja-JP"/>
        </w:rPr>
      </w:pPr>
    </w:p>
    <w:p w14:paraId="412A9B0A" w14:textId="0FB14B91" w:rsidR="00B54203" w:rsidRPr="00555733" w:rsidRDefault="000B00D6" w:rsidP="00665106">
      <w:pPr>
        <w:ind w:leftChars="160" w:left="1133" w:rightChars="422" w:right="844" w:hangingChars="254" w:hanging="813"/>
        <w:rPr>
          <w:sz w:val="32"/>
          <w:szCs w:val="32"/>
          <w:lang w:eastAsia="ja-JP"/>
        </w:rPr>
      </w:pPr>
      <w:r w:rsidRPr="00555733">
        <w:rPr>
          <w:b/>
          <w:sz w:val="32"/>
          <w:szCs w:val="32"/>
          <w:lang w:eastAsia="ja-JP"/>
        </w:rPr>
        <w:lastRenderedPageBreak/>
        <w:t>問1</w:t>
      </w:r>
      <w:r w:rsidR="00FA5D79">
        <w:rPr>
          <w:rFonts w:hint="eastAsia"/>
          <w:b/>
          <w:sz w:val="32"/>
          <w:szCs w:val="32"/>
          <w:lang w:eastAsia="ja-JP"/>
        </w:rPr>
        <w:t>6</w:t>
      </w:r>
      <w:r w:rsidRPr="00555733">
        <w:rPr>
          <w:b/>
          <w:sz w:val="32"/>
          <w:szCs w:val="32"/>
          <w:lang w:eastAsia="ja-JP"/>
        </w:rPr>
        <w:t xml:space="preserve">　</w:t>
      </w:r>
      <w:r w:rsidR="00665106">
        <w:rPr>
          <w:rFonts w:hint="eastAsia"/>
          <w:b/>
          <w:sz w:val="32"/>
          <w:szCs w:val="32"/>
          <w:lang w:eastAsia="ja-JP"/>
        </w:rPr>
        <w:t>今後、</w:t>
      </w:r>
      <w:r w:rsidR="00665106" w:rsidRPr="00665106">
        <w:rPr>
          <w:rFonts w:hint="eastAsia"/>
          <w:b/>
          <w:sz w:val="32"/>
          <w:szCs w:val="32"/>
          <w:lang w:eastAsia="ja-JP"/>
        </w:rPr>
        <w:t>特に充実してほしい大津町の支援は何ですか。</w:t>
      </w:r>
      <w:r w:rsidRPr="00555733">
        <w:rPr>
          <w:b/>
          <w:sz w:val="32"/>
          <w:szCs w:val="32"/>
          <w:lang w:eastAsia="ja-JP"/>
        </w:rPr>
        <w:t>（</w:t>
      </w:r>
      <w:r w:rsidR="00E07541">
        <w:rPr>
          <w:rFonts w:hint="eastAsia"/>
          <w:b/>
          <w:sz w:val="32"/>
          <w:szCs w:val="32"/>
          <w:lang w:eastAsia="ja-JP"/>
        </w:rPr>
        <w:t>３</w:t>
      </w:r>
      <w:r w:rsidRPr="00555733">
        <w:rPr>
          <w:b/>
          <w:sz w:val="32"/>
          <w:szCs w:val="32"/>
          <w:lang w:eastAsia="ja-JP"/>
        </w:rPr>
        <w:t>つまで）</w:t>
      </w:r>
    </w:p>
    <w:p w14:paraId="565DD3A8" w14:textId="71A3E16C" w:rsidR="00006F15" w:rsidRDefault="000B00D6" w:rsidP="00006F15">
      <w:pPr>
        <w:ind w:rightChars="-216" w:right="-432" w:firstLineChars="300" w:firstLine="840"/>
        <w:rPr>
          <w:sz w:val="28"/>
          <w:szCs w:val="28"/>
          <w:lang w:eastAsia="ja-JP"/>
        </w:rPr>
      </w:pPr>
      <w:r w:rsidRPr="00555733">
        <w:rPr>
          <w:sz w:val="28"/>
          <w:szCs w:val="28"/>
          <w:lang w:eastAsia="ja-JP"/>
        </w:rPr>
        <w:t>□ 児童発達支援</w:t>
      </w:r>
      <w:r w:rsidR="00665106">
        <w:rPr>
          <w:sz w:val="28"/>
          <w:szCs w:val="28"/>
          <w:lang w:eastAsia="ja-JP"/>
        </w:rPr>
        <w:tab/>
      </w:r>
      <w:r w:rsidR="00665106">
        <w:rPr>
          <w:sz w:val="28"/>
          <w:szCs w:val="28"/>
          <w:lang w:eastAsia="ja-JP"/>
        </w:rPr>
        <w:tab/>
      </w:r>
      <w:r w:rsidR="00006F15">
        <w:rPr>
          <w:rFonts w:hint="eastAsia"/>
          <w:sz w:val="28"/>
          <w:szCs w:val="28"/>
          <w:lang w:eastAsia="ja-JP"/>
        </w:rPr>
        <w:t xml:space="preserve">　</w:t>
      </w:r>
      <w:r w:rsidRPr="00555733">
        <w:rPr>
          <w:sz w:val="28"/>
          <w:szCs w:val="28"/>
          <w:lang w:eastAsia="ja-JP"/>
        </w:rPr>
        <w:t>□ 放課後等デイサービス</w:t>
      </w:r>
      <w:r w:rsidR="00006F15">
        <w:rPr>
          <w:rFonts w:hint="eastAsia"/>
          <w:sz w:val="28"/>
          <w:szCs w:val="28"/>
          <w:lang w:eastAsia="ja-JP"/>
        </w:rPr>
        <w:t xml:space="preserve"> </w:t>
      </w:r>
      <w:r w:rsidR="00006F15">
        <w:rPr>
          <w:sz w:val="28"/>
          <w:szCs w:val="28"/>
          <w:lang w:eastAsia="ja-JP"/>
        </w:rPr>
        <w:t xml:space="preserve"> </w:t>
      </w:r>
      <w:r w:rsidRPr="00555733">
        <w:rPr>
          <w:sz w:val="28"/>
          <w:szCs w:val="28"/>
          <w:lang w:eastAsia="ja-JP"/>
        </w:rPr>
        <w:t>□ 保育所等訪問支援</w:t>
      </w:r>
    </w:p>
    <w:p w14:paraId="156D688B" w14:textId="0F779659" w:rsidR="00B54203" w:rsidRPr="00555733" w:rsidRDefault="000B00D6" w:rsidP="00006F15">
      <w:pPr>
        <w:ind w:rightChars="-145" w:right="-290" w:firstLineChars="300" w:firstLine="840"/>
        <w:rPr>
          <w:sz w:val="28"/>
          <w:szCs w:val="28"/>
          <w:lang w:eastAsia="ja-JP"/>
        </w:rPr>
      </w:pPr>
      <w:r w:rsidRPr="00555733">
        <w:rPr>
          <w:sz w:val="28"/>
          <w:szCs w:val="28"/>
          <w:lang w:eastAsia="ja-JP"/>
        </w:rPr>
        <w:t>□ 障</w:t>
      </w:r>
      <w:r w:rsidR="00665106">
        <w:rPr>
          <w:rFonts w:hint="eastAsia"/>
          <w:sz w:val="28"/>
          <w:szCs w:val="28"/>
          <w:lang w:eastAsia="ja-JP"/>
        </w:rPr>
        <w:t>がい</w:t>
      </w:r>
      <w:r w:rsidRPr="00555733">
        <w:rPr>
          <w:sz w:val="28"/>
          <w:szCs w:val="28"/>
          <w:lang w:eastAsia="ja-JP"/>
        </w:rPr>
        <w:t>児相談支援</w:t>
      </w:r>
      <w:r w:rsidR="00006F15">
        <w:rPr>
          <w:sz w:val="28"/>
          <w:szCs w:val="28"/>
          <w:lang w:eastAsia="ja-JP"/>
        </w:rPr>
        <w:tab/>
      </w:r>
      <w:r w:rsidR="00006F15">
        <w:rPr>
          <w:rFonts w:hint="eastAsia"/>
          <w:sz w:val="28"/>
          <w:szCs w:val="28"/>
          <w:lang w:eastAsia="ja-JP"/>
        </w:rPr>
        <w:t xml:space="preserve">　</w:t>
      </w:r>
      <w:r w:rsidRPr="00555733">
        <w:rPr>
          <w:sz w:val="28"/>
          <w:szCs w:val="28"/>
          <w:lang w:eastAsia="ja-JP"/>
        </w:rPr>
        <w:t>□ 短期入所・レスパイト</w:t>
      </w:r>
      <w:r w:rsidR="00665106">
        <w:rPr>
          <w:sz w:val="28"/>
          <w:szCs w:val="28"/>
          <w:lang w:eastAsia="ja-JP"/>
        </w:rPr>
        <w:tab/>
      </w:r>
      <w:r w:rsidRPr="00555733">
        <w:rPr>
          <w:sz w:val="28"/>
          <w:szCs w:val="28"/>
          <w:lang w:eastAsia="ja-JP"/>
        </w:rPr>
        <w:t>□ 学校との連携</w:t>
      </w:r>
    </w:p>
    <w:p w14:paraId="605A8C58" w14:textId="77777777" w:rsidR="00006F15" w:rsidRDefault="000B00D6" w:rsidP="00E07541">
      <w:pPr>
        <w:ind w:firstLineChars="300" w:firstLine="840"/>
        <w:rPr>
          <w:sz w:val="28"/>
          <w:szCs w:val="28"/>
          <w:lang w:eastAsia="ja-JP"/>
        </w:rPr>
      </w:pPr>
      <w:r w:rsidRPr="00555733">
        <w:rPr>
          <w:sz w:val="28"/>
          <w:szCs w:val="28"/>
          <w:lang w:eastAsia="ja-JP"/>
        </w:rPr>
        <w:t>□ 就学・進学支援</w:t>
      </w:r>
      <w:r w:rsidR="00665106">
        <w:rPr>
          <w:sz w:val="28"/>
          <w:szCs w:val="28"/>
          <w:lang w:eastAsia="ja-JP"/>
        </w:rPr>
        <w:tab/>
      </w:r>
      <w:r w:rsidR="00006F15">
        <w:rPr>
          <w:rFonts w:hint="eastAsia"/>
          <w:sz w:val="28"/>
          <w:szCs w:val="28"/>
          <w:lang w:eastAsia="ja-JP"/>
        </w:rPr>
        <w:t xml:space="preserve">　</w:t>
      </w:r>
      <w:r w:rsidRPr="00555733">
        <w:rPr>
          <w:sz w:val="28"/>
          <w:szCs w:val="28"/>
          <w:lang w:eastAsia="ja-JP"/>
        </w:rPr>
        <w:t>□ 卒業後の進路支援</w:t>
      </w:r>
      <w:r w:rsidR="00006F15">
        <w:rPr>
          <w:sz w:val="28"/>
          <w:szCs w:val="28"/>
          <w:lang w:eastAsia="ja-JP"/>
        </w:rPr>
        <w:tab/>
      </w:r>
      <w:r w:rsidR="00006F15">
        <w:rPr>
          <w:sz w:val="28"/>
          <w:szCs w:val="28"/>
          <w:lang w:eastAsia="ja-JP"/>
        </w:rPr>
        <w:tab/>
      </w:r>
      <w:r w:rsidRPr="00555733">
        <w:rPr>
          <w:sz w:val="28"/>
          <w:szCs w:val="28"/>
          <w:lang w:eastAsia="ja-JP"/>
        </w:rPr>
        <w:t>□ 発達障がい支援</w:t>
      </w:r>
    </w:p>
    <w:p w14:paraId="504AD997" w14:textId="1656A805" w:rsidR="00B54203" w:rsidRPr="00555733" w:rsidRDefault="00006F15" w:rsidP="00E07541">
      <w:pPr>
        <w:ind w:firstLineChars="300" w:firstLine="840"/>
        <w:rPr>
          <w:sz w:val="28"/>
          <w:szCs w:val="28"/>
          <w:lang w:eastAsia="ja-JP"/>
        </w:rPr>
      </w:pPr>
      <w:r w:rsidRPr="00555733">
        <w:rPr>
          <w:sz w:val="28"/>
          <w:szCs w:val="28"/>
          <w:lang w:eastAsia="ja-JP"/>
        </w:rPr>
        <w:t>□ 医療的ケア児支援</w:t>
      </w:r>
      <w:r>
        <w:rPr>
          <w:sz w:val="28"/>
          <w:szCs w:val="28"/>
          <w:lang w:eastAsia="ja-JP"/>
        </w:rPr>
        <w:tab/>
      </w:r>
      <w:r>
        <w:rPr>
          <w:rFonts w:hint="eastAsia"/>
          <w:sz w:val="28"/>
          <w:szCs w:val="28"/>
          <w:lang w:eastAsia="ja-JP"/>
        </w:rPr>
        <w:t xml:space="preserve">　</w:t>
      </w:r>
      <w:r w:rsidR="000B00D6" w:rsidRPr="00555733">
        <w:rPr>
          <w:sz w:val="28"/>
          <w:szCs w:val="28"/>
          <w:lang w:eastAsia="ja-JP"/>
        </w:rPr>
        <w:t>□ 保護者支援</w:t>
      </w:r>
      <w:r w:rsidR="00665106">
        <w:rPr>
          <w:sz w:val="28"/>
          <w:szCs w:val="28"/>
          <w:lang w:eastAsia="ja-JP"/>
        </w:rPr>
        <w:tab/>
      </w:r>
      <w:r w:rsidR="00665106">
        <w:rPr>
          <w:sz w:val="28"/>
          <w:szCs w:val="28"/>
          <w:lang w:eastAsia="ja-JP"/>
        </w:rPr>
        <w:tab/>
      </w:r>
      <w:r w:rsidR="00665106">
        <w:rPr>
          <w:sz w:val="28"/>
          <w:szCs w:val="28"/>
          <w:lang w:eastAsia="ja-JP"/>
        </w:rPr>
        <w:tab/>
      </w:r>
      <w:r w:rsidR="000B00D6" w:rsidRPr="00555733">
        <w:rPr>
          <w:sz w:val="28"/>
          <w:szCs w:val="28"/>
          <w:lang w:eastAsia="ja-JP"/>
        </w:rPr>
        <w:t>□ 余暇・社会参加</w:t>
      </w:r>
    </w:p>
    <w:p w14:paraId="628A5DEE" w14:textId="77777777" w:rsidR="00B54203" w:rsidRPr="00555733" w:rsidRDefault="000B00D6" w:rsidP="00E07541">
      <w:pPr>
        <w:ind w:firstLineChars="300" w:firstLine="840"/>
        <w:rPr>
          <w:sz w:val="28"/>
          <w:szCs w:val="28"/>
          <w:lang w:eastAsia="ja-JP"/>
        </w:rPr>
      </w:pPr>
      <w:r w:rsidRPr="00555733">
        <w:rPr>
          <w:sz w:val="28"/>
          <w:szCs w:val="28"/>
          <w:lang w:eastAsia="ja-JP"/>
        </w:rPr>
        <w:t>□ 情報提供</w:t>
      </w:r>
    </w:p>
    <w:p w14:paraId="714258C3" w14:textId="7ABB02A1" w:rsidR="00B54203" w:rsidRPr="00555733" w:rsidRDefault="000B00D6" w:rsidP="00E07541">
      <w:pPr>
        <w:ind w:firstLineChars="300" w:firstLine="840"/>
        <w:rPr>
          <w:sz w:val="28"/>
          <w:szCs w:val="28"/>
          <w:lang w:eastAsia="ja-JP"/>
        </w:rPr>
      </w:pPr>
      <w:r w:rsidRPr="00555733">
        <w:rPr>
          <w:sz w:val="28"/>
          <w:szCs w:val="28"/>
          <w:lang w:eastAsia="ja-JP"/>
        </w:rPr>
        <w:t xml:space="preserve">□ その他（　　　</w:t>
      </w:r>
      <w:r w:rsidR="00E07541">
        <w:rPr>
          <w:rFonts w:hint="eastAsia"/>
          <w:sz w:val="28"/>
          <w:szCs w:val="28"/>
          <w:lang w:eastAsia="ja-JP"/>
        </w:rPr>
        <w:t xml:space="preserve">　　　　　　　　　　　　　　　　　　　</w:t>
      </w:r>
      <w:r w:rsidRPr="00555733">
        <w:rPr>
          <w:sz w:val="28"/>
          <w:szCs w:val="28"/>
          <w:lang w:eastAsia="ja-JP"/>
        </w:rPr>
        <w:t xml:space="preserve">　）</w:t>
      </w:r>
    </w:p>
    <w:p w14:paraId="195420DC" w14:textId="741290BB" w:rsidR="00B54203" w:rsidRPr="00555733" w:rsidRDefault="000B00D6">
      <w:pPr>
        <w:pStyle w:val="1"/>
        <w:rPr>
          <w:sz w:val="36"/>
          <w:szCs w:val="36"/>
          <w:lang w:eastAsia="ja-JP"/>
        </w:rPr>
      </w:pPr>
      <w:r w:rsidRPr="00006F15">
        <w:rPr>
          <w:sz w:val="36"/>
          <w:szCs w:val="36"/>
          <w:bdr w:val="single" w:sz="4" w:space="0" w:color="auto"/>
          <w:lang w:eastAsia="ja-JP"/>
        </w:rPr>
        <w:t>5</w:t>
      </w:r>
      <w:r w:rsidRPr="00006F15">
        <w:rPr>
          <w:sz w:val="36"/>
          <w:szCs w:val="36"/>
          <w:bdr w:val="single" w:sz="4" w:space="0" w:color="auto"/>
          <w:lang w:eastAsia="ja-JP"/>
        </w:rPr>
        <w:t xml:space="preserve">　災害</w:t>
      </w:r>
      <w:r w:rsidR="00006F15" w:rsidRPr="00006F15">
        <w:rPr>
          <w:rFonts w:hint="eastAsia"/>
          <w:sz w:val="36"/>
          <w:szCs w:val="36"/>
          <w:bdr w:val="single" w:sz="4" w:space="0" w:color="auto"/>
          <w:lang w:eastAsia="ja-JP"/>
        </w:rPr>
        <w:t>時</w:t>
      </w:r>
    </w:p>
    <w:p w14:paraId="4E9ABA61" w14:textId="1403223E" w:rsidR="00006F15" w:rsidRPr="00372F09" w:rsidRDefault="00006F15" w:rsidP="00006F15">
      <w:pPr>
        <w:ind w:firstLineChars="100" w:firstLine="320"/>
        <w:rPr>
          <w:sz w:val="32"/>
          <w:szCs w:val="32"/>
          <w:lang w:eastAsia="ja-JP"/>
        </w:rPr>
      </w:pPr>
      <w:r w:rsidRPr="00372F09">
        <w:rPr>
          <w:b/>
          <w:sz w:val="32"/>
          <w:szCs w:val="32"/>
          <w:lang w:eastAsia="ja-JP"/>
        </w:rPr>
        <w:t>問</w:t>
      </w:r>
      <w:r>
        <w:rPr>
          <w:rFonts w:hint="eastAsia"/>
          <w:b/>
          <w:sz w:val="32"/>
          <w:szCs w:val="32"/>
          <w:lang w:eastAsia="ja-JP"/>
        </w:rPr>
        <w:t>17</w:t>
      </w:r>
      <w:r w:rsidRPr="00372F09">
        <w:rPr>
          <w:b/>
          <w:sz w:val="32"/>
          <w:szCs w:val="32"/>
          <w:lang w:eastAsia="ja-JP"/>
        </w:rPr>
        <w:t xml:space="preserve">　災害時の避難について不安がありますか。</w:t>
      </w:r>
    </w:p>
    <w:p w14:paraId="20ECF6F4" w14:textId="77777777" w:rsidR="00006F15" w:rsidRPr="00372F09" w:rsidRDefault="00006F15" w:rsidP="00006F15">
      <w:pPr>
        <w:ind w:firstLineChars="300" w:firstLine="840"/>
        <w:rPr>
          <w:sz w:val="28"/>
          <w:szCs w:val="28"/>
          <w:lang w:eastAsia="ja-JP"/>
        </w:rPr>
      </w:pPr>
      <w:r w:rsidRPr="00372F09">
        <w:rPr>
          <w:sz w:val="28"/>
          <w:szCs w:val="28"/>
          <w:lang w:eastAsia="ja-JP"/>
        </w:rPr>
        <w:t>□ 非常に不安</w:t>
      </w:r>
      <w:r>
        <w:rPr>
          <w:sz w:val="28"/>
          <w:szCs w:val="28"/>
          <w:lang w:eastAsia="ja-JP"/>
        </w:rPr>
        <w:tab/>
      </w:r>
      <w:r>
        <w:rPr>
          <w:sz w:val="28"/>
          <w:szCs w:val="28"/>
          <w:lang w:eastAsia="ja-JP"/>
        </w:rPr>
        <w:tab/>
      </w:r>
      <w:r>
        <w:rPr>
          <w:sz w:val="28"/>
          <w:szCs w:val="28"/>
          <w:lang w:eastAsia="ja-JP"/>
        </w:rPr>
        <w:tab/>
      </w:r>
      <w:r w:rsidRPr="00372F09">
        <w:rPr>
          <w:sz w:val="28"/>
          <w:szCs w:val="28"/>
          <w:lang w:eastAsia="ja-JP"/>
        </w:rPr>
        <w:t>□ やや不安</w:t>
      </w:r>
    </w:p>
    <w:p w14:paraId="3DCAAEB4" w14:textId="77777777" w:rsidR="00006F15" w:rsidRPr="00372F09" w:rsidRDefault="00006F15" w:rsidP="00006F15">
      <w:pPr>
        <w:ind w:firstLineChars="300" w:firstLine="840"/>
        <w:rPr>
          <w:sz w:val="28"/>
          <w:szCs w:val="28"/>
          <w:lang w:eastAsia="ja-JP"/>
        </w:rPr>
      </w:pPr>
      <w:r w:rsidRPr="00372F09">
        <w:rPr>
          <w:sz w:val="28"/>
          <w:szCs w:val="28"/>
          <w:lang w:eastAsia="ja-JP"/>
        </w:rPr>
        <w:t>□ あまり不安でない</w:t>
      </w:r>
      <w:r>
        <w:rPr>
          <w:sz w:val="28"/>
          <w:szCs w:val="28"/>
          <w:lang w:eastAsia="ja-JP"/>
        </w:rPr>
        <w:tab/>
      </w:r>
      <w:r>
        <w:rPr>
          <w:sz w:val="28"/>
          <w:szCs w:val="28"/>
          <w:lang w:eastAsia="ja-JP"/>
        </w:rPr>
        <w:tab/>
      </w:r>
      <w:r w:rsidRPr="00372F09">
        <w:rPr>
          <w:sz w:val="28"/>
          <w:szCs w:val="28"/>
          <w:lang w:eastAsia="ja-JP"/>
        </w:rPr>
        <w:t>□ 不安はない</w:t>
      </w:r>
    </w:p>
    <w:p w14:paraId="239D14D8" w14:textId="6001D386" w:rsidR="00006F15" w:rsidRPr="00372F09" w:rsidRDefault="00006F15" w:rsidP="00006F15">
      <w:pPr>
        <w:ind w:firstLineChars="100" w:firstLine="320"/>
        <w:rPr>
          <w:sz w:val="32"/>
          <w:szCs w:val="32"/>
          <w:lang w:eastAsia="ja-JP"/>
        </w:rPr>
      </w:pPr>
      <w:r w:rsidRPr="00372F09">
        <w:rPr>
          <w:b/>
          <w:sz w:val="32"/>
          <w:szCs w:val="32"/>
          <w:lang w:eastAsia="ja-JP"/>
        </w:rPr>
        <w:t>問</w:t>
      </w:r>
      <w:r>
        <w:rPr>
          <w:rFonts w:hint="eastAsia"/>
          <w:b/>
          <w:sz w:val="32"/>
          <w:szCs w:val="32"/>
          <w:lang w:eastAsia="ja-JP"/>
        </w:rPr>
        <w:t>18</w:t>
      </w:r>
      <w:r w:rsidRPr="00372F09">
        <w:rPr>
          <w:b/>
          <w:sz w:val="32"/>
          <w:szCs w:val="32"/>
          <w:lang w:eastAsia="ja-JP"/>
        </w:rPr>
        <w:t xml:space="preserve">　災害時に不安なことは何ですか。（複数回答可）</w:t>
      </w:r>
    </w:p>
    <w:p w14:paraId="5C357A0F" w14:textId="77777777" w:rsidR="00006F15" w:rsidRPr="00460116" w:rsidRDefault="00006F15" w:rsidP="00006F15">
      <w:pPr>
        <w:ind w:firstLineChars="300" w:firstLine="840"/>
        <w:rPr>
          <w:sz w:val="28"/>
          <w:szCs w:val="28"/>
          <w:lang w:eastAsia="ja-JP"/>
        </w:rPr>
      </w:pPr>
      <w:bookmarkStart w:id="1" w:name="_Hlk237692644"/>
      <w:r w:rsidRPr="00372F09">
        <w:rPr>
          <w:sz w:val="28"/>
          <w:szCs w:val="28"/>
          <w:lang w:eastAsia="ja-JP"/>
        </w:rPr>
        <w:t>□ 避難が難しい</w:t>
      </w:r>
      <w:r>
        <w:rPr>
          <w:sz w:val="28"/>
          <w:szCs w:val="28"/>
          <w:lang w:eastAsia="ja-JP"/>
        </w:rPr>
        <w:tab/>
      </w:r>
      <w:r>
        <w:rPr>
          <w:sz w:val="28"/>
          <w:szCs w:val="28"/>
          <w:lang w:eastAsia="ja-JP"/>
        </w:rPr>
        <w:tab/>
      </w:r>
      <w:r w:rsidRPr="00372F09">
        <w:rPr>
          <w:sz w:val="28"/>
          <w:szCs w:val="28"/>
          <w:lang w:eastAsia="ja-JP"/>
        </w:rPr>
        <w:t>□ 避難所</w:t>
      </w:r>
      <w:r>
        <w:rPr>
          <w:rFonts w:hint="eastAsia"/>
          <w:sz w:val="28"/>
          <w:szCs w:val="28"/>
          <w:lang w:eastAsia="ja-JP"/>
        </w:rPr>
        <w:t>での</w:t>
      </w:r>
      <w:r w:rsidRPr="00372F09">
        <w:rPr>
          <w:sz w:val="28"/>
          <w:szCs w:val="28"/>
          <w:lang w:eastAsia="ja-JP"/>
        </w:rPr>
        <w:t>生活</w:t>
      </w:r>
      <w:r>
        <w:rPr>
          <w:sz w:val="28"/>
          <w:szCs w:val="28"/>
          <w:lang w:eastAsia="ja-JP"/>
        </w:rPr>
        <w:tab/>
      </w:r>
      <w:r w:rsidRPr="00460116">
        <w:rPr>
          <w:sz w:val="28"/>
          <w:szCs w:val="28"/>
          <w:lang w:eastAsia="ja-JP"/>
        </w:rPr>
        <w:t>□ 情報が届かない</w:t>
      </w:r>
    </w:p>
    <w:p w14:paraId="0A987841" w14:textId="77777777" w:rsidR="00006F15" w:rsidRPr="00460116" w:rsidRDefault="00006F15" w:rsidP="00006F15">
      <w:pPr>
        <w:ind w:firstLineChars="300" w:firstLine="840"/>
        <w:rPr>
          <w:sz w:val="28"/>
          <w:szCs w:val="28"/>
          <w:lang w:eastAsia="ja-JP"/>
        </w:rPr>
      </w:pPr>
      <w:r w:rsidRPr="00372F09">
        <w:rPr>
          <w:sz w:val="28"/>
          <w:szCs w:val="28"/>
          <w:lang w:eastAsia="ja-JP"/>
        </w:rPr>
        <w:t>□ 家族だけでは対応困難</w:t>
      </w:r>
      <w:r>
        <w:rPr>
          <w:sz w:val="28"/>
          <w:szCs w:val="28"/>
          <w:lang w:eastAsia="ja-JP"/>
        </w:rPr>
        <w:tab/>
      </w:r>
      <w:r>
        <w:rPr>
          <w:sz w:val="28"/>
          <w:szCs w:val="28"/>
          <w:lang w:eastAsia="ja-JP"/>
        </w:rPr>
        <w:tab/>
      </w:r>
      <w:r>
        <w:rPr>
          <w:sz w:val="28"/>
          <w:szCs w:val="28"/>
          <w:lang w:eastAsia="ja-JP"/>
        </w:rPr>
        <w:tab/>
      </w:r>
      <w:r>
        <w:rPr>
          <w:sz w:val="28"/>
          <w:szCs w:val="28"/>
          <w:lang w:eastAsia="ja-JP"/>
        </w:rPr>
        <w:tab/>
      </w:r>
      <w:r w:rsidRPr="00460116">
        <w:rPr>
          <w:sz w:val="28"/>
          <w:szCs w:val="28"/>
          <w:lang w:eastAsia="ja-JP"/>
        </w:rPr>
        <w:t>□ 医療機器・医療的ケア</w:t>
      </w:r>
    </w:p>
    <w:p w14:paraId="164A112F" w14:textId="77777777" w:rsidR="00006F15" w:rsidRPr="00460116" w:rsidRDefault="00006F15" w:rsidP="00006F15">
      <w:pPr>
        <w:ind w:firstLineChars="300" w:firstLine="840"/>
        <w:rPr>
          <w:sz w:val="28"/>
          <w:szCs w:val="28"/>
          <w:lang w:eastAsia="ja-JP"/>
        </w:rPr>
      </w:pPr>
      <w:r w:rsidRPr="00460116">
        <w:rPr>
          <w:sz w:val="28"/>
          <w:szCs w:val="28"/>
          <w:lang w:eastAsia="ja-JP"/>
        </w:rPr>
        <w:t>□ 薬の確保</w:t>
      </w:r>
      <w:r>
        <w:rPr>
          <w:sz w:val="28"/>
          <w:szCs w:val="28"/>
          <w:lang w:eastAsia="ja-JP"/>
        </w:rPr>
        <w:tab/>
      </w:r>
      <w:r>
        <w:rPr>
          <w:sz w:val="28"/>
          <w:szCs w:val="28"/>
          <w:lang w:eastAsia="ja-JP"/>
        </w:rPr>
        <w:tab/>
      </w:r>
      <w:r w:rsidRPr="00372F09">
        <w:rPr>
          <w:sz w:val="28"/>
          <w:szCs w:val="28"/>
          <w:lang w:eastAsia="ja-JP"/>
        </w:rPr>
        <w:t>□ 福祉サービス</w:t>
      </w:r>
      <w:r>
        <w:rPr>
          <w:rFonts w:hint="eastAsia"/>
          <w:sz w:val="28"/>
          <w:szCs w:val="28"/>
          <w:lang w:eastAsia="ja-JP"/>
        </w:rPr>
        <w:t>が利用できなくなる</w:t>
      </w:r>
    </w:p>
    <w:p w14:paraId="3281FB10" w14:textId="77777777" w:rsidR="00006F15" w:rsidRPr="00460116" w:rsidRDefault="00006F15" w:rsidP="00006F15">
      <w:pPr>
        <w:ind w:firstLineChars="300" w:firstLine="840"/>
        <w:rPr>
          <w:sz w:val="28"/>
          <w:szCs w:val="28"/>
          <w:lang w:eastAsia="ja-JP"/>
        </w:rPr>
      </w:pPr>
      <w:r w:rsidRPr="00460116">
        <w:rPr>
          <w:sz w:val="28"/>
          <w:szCs w:val="28"/>
          <w:lang w:eastAsia="ja-JP"/>
        </w:rPr>
        <w:t>□ 移動・送迎</w:t>
      </w:r>
      <w:r>
        <w:rPr>
          <w:sz w:val="28"/>
          <w:szCs w:val="28"/>
          <w:lang w:eastAsia="ja-JP"/>
        </w:rPr>
        <w:tab/>
      </w:r>
      <w:r>
        <w:rPr>
          <w:sz w:val="28"/>
          <w:szCs w:val="28"/>
          <w:lang w:eastAsia="ja-JP"/>
        </w:rPr>
        <w:tab/>
      </w:r>
      <w:r>
        <w:rPr>
          <w:rFonts w:hint="eastAsia"/>
          <w:sz w:val="28"/>
          <w:szCs w:val="28"/>
          <w:lang w:eastAsia="ja-JP"/>
        </w:rPr>
        <w:t>□</w:t>
      </w:r>
      <w:r>
        <w:rPr>
          <w:sz w:val="28"/>
          <w:szCs w:val="28"/>
          <w:lang w:eastAsia="ja-JP"/>
        </w:rPr>
        <w:t xml:space="preserve"> </w:t>
      </w:r>
      <w:r>
        <w:rPr>
          <w:rFonts w:hint="eastAsia"/>
          <w:sz w:val="28"/>
          <w:szCs w:val="28"/>
          <w:lang w:eastAsia="ja-JP"/>
        </w:rPr>
        <w:t>障がいへの理解</w:t>
      </w:r>
    </w:p>
    <w:p w14:paraId="3F895720" w14:textId="77777777" w:rsidR="00006F15" w:rsidRPr="00460116" w:rsidRDefault="00006F15" w:rsidP="00006F15">
      <w:pPr>
        <w:ind w:firstLineChars="300" w:firstLine="840"/>
        <w:rPr>
          <w:sz w:val="28"/>
          <w:szCs w:val="28"/>
          <w:lang w:eastAsia="ja-JP"/>
        </w:rPr>
      </w:pPr>
      <w:r w:rsidRPr="00460116">
        <w:rPr>
          <w:sz w:val="28"/>
          <w:szCs w:val="28"/>
          <w:lang w:eastAsia="ja-JP"/>
        </w:rPr>
        <w:t>□ その他（</w:t>
      </w:r>
      <w:r>
        <w:rPr>
          <w:rFonts w:hint="eastAsia"/>
          <w:sz w:val="28"/>
          <w:szCs w:val="28"/>
          <w:lang w:eastAsia="ja-JP"/>
        </w:rPr>
        <w:t xml:space="preserve">　　　　　　　　　　　　　　　　　　　</w:t>
      </w:r>
      <w:r w:rsidRPr="00460116">
        <w:rPr>
          <w:sz w:val="28"/>
          <w:szCs w:val="28"/>
          <w:lang w:eastAsia="ja-JP"/>
        </w:rPr>
        <w:t xml:space="preserve">　　　　）</w:t>
      </w:r>
    </w:p>
    <w:bookmarkEnd w:id="1"/>
    <w:p w14:paraId="12E036F4" w14:textId="3F988068" w:rsidR="00006F15" w:rsidRPr="00372F09" w:rsidRDefault="00006F15" w:rsidP="00006F15">
      <w:pPr>
        <w:ind w:leftChars="160" w:left="1357" w:rightChars="138" w:right="276" w:hangingChars="324" w:hanging="1037"/>
        <w:rPr>
          <w:sz w:val="32"/>
          <w:szCs w:val="32"/>
          <w:lang w:eastAsia="ja-JP"/>
        </w:rPr>
      </w:pPr>
      <w:r w:rsidRPr="00372F09">
        <w:rPr>
          <w:b/>
          <w:sz w:val="32"/>
          <w:szCs w:val="32"/>
          <w:lang w:eastAsia="ja-JP"/>
        </w:rPr>
        <w:lastRenderedPageBreak/>
        <w:t>問</w:t>
      </w:r>
      <w:r>
        <w:rPr>
          <w:rFonts w:hint="eastAsia"/>
          <w:b/>
          <w:sz w:val="32"/>
          <w:szCs w:val="32"/>
          <w:lang w:eastAsia="ja-JP"/>
        </w:rPr>
        <w:t>19</w:t>
      </w:r>
      <w:r w:rsidRPr="00372F09">
        <w:rPr>
          <w:b/>
          <w:sz w:val="32"/>
          <w:szCs w:val="32"/>
          <w:lang w:eastAsia="ja-JP"/>
        </w:rPr>
        <w:t xml:space="preserve">　緊急時に</w:t>
      </w:r>
      <w:r>
        <w:rPr>
          <w:rFonts w:hint="eastAsia"/>
          <w:b/>
          <w:sz w:val="32"/>
          <w:szCs w:val="32"/>
          <w:lang w:eastAsia="ja-JP"/>
        </w:rPr>
        <w:t>ご</w:t>
      </w:r>
      <w:r w:rsidRPr="00372F09">
        <w:rPr>
          <w:b/>
          <w:sz w:val="32"/>
          <w:szCs w:val="32"/>
          <w:lang w:eastAsia="ja-JP"/>
        </w:rPr>
        <w:t>本人を受け入れてくれる場所は確保されていますか。</w:t>
      </w:r>
    </w:p>
    <w:p w14:paraId="3EA8D754" w14:textId="77777777" w:rsidR="00006F15" w:rsidRPr="00372F09" w:rsidRDefault="00006F15" w:rsidP="00006F15">
      <w:pPr>
        <w:ind w:firstLineChars="300" w:firstLine="840"/>
        <w:rPr>
          <w:sz w:val="28"/>
          <w:szCs w:val="28"/>
          <w:lang w:eastAsia="ja-JP"/>
        </w:rPr>
      </w:pPr>
      <w:r w:rsidRPr="00372F09">
        <w:rPr>
          <w:sz w:val="28"/>
          <w:szCs w:val="28"/>
          <w:lang w:eastAsia="ja-JP"/>
        </w:rPr>
        <w:t>□ 確保されている</w:t>
      </w:r>
      <w:r>
        <w:rPr>
          <w:sz w:val="28"/>
          <w:szCs w:val="28"/>
          <w:lang w:eastAsia="ja-JP"/>
        </w:rPr>
        <w:tab/>
      </w:r>
      <w:r>
        <w:rPr>
          <w:sz w:val="28"/>
          <w:szCs w:val="28"/>
          <w:lang w:eastAsia="ja-JP"/>
        </w:rPr>
        <w:tab/>
      </w:r>
      <w:r w:rsidRPr="00372F09">
        <w:rPr>
          <w:sz w:val="28"/>
          <w:szCs w:val="28"/>
          <w:lang w:eastAsia="ja-JP"/>
        </w:rPr>
        <w:t>□ ある程度</w:t>
      </w:r>
      <w:r>
        <w:rPr>
          <w:rFonts w:hint="eastAsia"/>
          <w:sz w:val="28"/>
          <w:szCs w:val="28"/>
          <w:lang w:eastAsia="ja-JP"/>
        </w:rPr>
        <w:t>確保されている</w:t>
      </w:r>
    </w:p>
    <w:p w14:paraId="6E597D31" w14:textId="77777777" w:rsidR="00006F15" w:rsidRPr="00372F09" w:rsidRDefault="00006F15" w:rsidP="00006F15">
      <w:pPr>
        <w:ind w:firstLineChars="300" w:firstLine="840"/>
        <w:rPr>
          <w:sz w:val="28"/>
          <w:szCs w:val="28"/>
          <w:lang w:eastAsia="ja-JP"/>
        </w:rPr>
      </w:pPr>
      <w:r w:rsidRPr="00372F09">
        <w:rPr>
          <w:sz w:val="28"/>
          <w:szCs w:val="28"/>
          <w:lang w:eastAsia="ja-JP"/>
        </w:rPr>
        <w:t>□ 確保されていない</w:t>
      </w:r>
      <w:r>
        <w:rPr>
          <w:sz w:val="28"/>
          <w:szCs w:val="28"/>
          <w:lang w:eastAsia="ja-JP"/>
        </w:rPr>
        <w:tab/>
      </w:r>
      <w:r>
        <w:rPr>
          <w:sz w:val="28"/>
          <w:szCs w:val="28"/>
          <w:lang w:eastAsia="ja-JP"/>
        </w:rPr>
        <w:tab/>
      </w:r>
      <w:r w:rsidRPr="00372F09">
        <w:rPr>
          <w:sz w:val="28"/>
          <w:szCs w:val="28"/>
          <w:lang w:eastAsia="ja-JP"/>
        </w:rPr>
        <w:t>□ わからない</w:t>
      </w:r>
    </w:p>
    <w:p w14:paraId="0A75D57C" w14:textId="77777777" w:rsidR="000B00D6" w:rsidRPr="00916A40" w:rsidRDefault="000B00D6" w:rsidP="000B00D6">
      <w:pPr>
        <w:pStyle w:val="1"/>
        <w:rPr>
          <w:sz w:val="36"/>
          <w:szCs w:val="36"/>
          <w:lang w:eastAsia="ja-JP"/>
        </w:rPr>
      </w:pPr>
      <w:r w:rsidRPr="00006F15">
        <w:rPr>
          <w:rFonts w:hint="eastAsia"/>
          <w:sz w:val="36"/>
          <w:szCs w:val="36"/>
          <w:bdr w:val="single" w:sz="4" w:space="0" w:color="auto"/>
          <w:lang w:eastAsia="ja-JP"/>
        </w:rPr>
        <w:t>6</w:t>
      </w:r>
      <w:r w:rsidRPr="00006F15">
        <w:rPr>
          <w:sz w:val="36"/>
          <w:szCs w:val="36"/>
          <w:bdr w:val="single" w:sz="4" w:space="0" w:color="auto"/>
          <w:lang w:eastAsia="ja-JP"/>
        </w:rPr>
        <w:t xml:space="preserve">　</w:t>
      </w:r>
      <w:r w:rsidRPr="00006F15">
        <w:rPr>
          <w:rFonts w:hint="eastAsia"/>
          <w:sz w:val="36"/>
          <w:szCs w:val="36"/>
          <w:bdr w:val="single" w:sz="4" w:space="0" w:color="auto"/>
          <w:lang w:eastAsia="ja-JP"/>
        </w:rPr>
        <w:t>自由意見</w:t>
      </w:r>
    </w:p>
    <w:p w14:paraId="6D1D5944" w14:textId="77777777" w:rsidR="00006F15" w:rsidRPr="00460116" w:rsidRDefault="000B00D6" w:rsidP="00006F15">
      <w:pPr>
        <w:ind w:leftChars="160" w:left="1418" w:hangingChars="343" w:hanging="1098"/>
        <w:rPr>
          <w:sz w:val="32"/>
          <w:szCs w:val="32"/>
          <w:lang w:eastAsia="ja-JP"/>
        </w:rPr>
      </w:pPr>
      <w:r w:rsidRPr="00555733">
        <w:rPr>
          <w:b/>
          <w:sz w:val="32"/>
          <w:szCs w:val="32"/>
          <w:lang w:eastAsia="ja-JP"/>
        </w:rPr>
        <w:t>問</w:t>
      </w:r>
      <w:r w:rsidR="00006F15">
        <w:rPr>
          <w:rFonts w:hint="eastAsia"/>
          <w:b/>
          <w:sz w:val="32"/>
          <w:szCs w:val="32"/>
          <w:lang w:eastAsia="ja-JP"/>
        </w:rPr>
        <w:t>20</w:t>
      </w:r>
      <w:r w:rsidRPr="00555733">
        <w:rPr>
          <w:b/>
          <w:sz w:val="32"/>
          <w:szCs w:val="32"/>
          <w:lang w:eastAsia="ja-JP"/>
        </w:rPr>
        <w:t xml:space="preserve">　</w:t>
      </w:r>
      <w:r w:rsidR="00006F15">
        <w:rPr>
          <w:b/>
          <w:sz w:val="32"/>
          <w:szCs w:val="32"/>
          <w:lang w:eastAsia="ja-JP"/>
        </w:rPr>
        <w:t>大津町</w:t>
      </w:r>
      <w:r w:rsidR="00006F15" w:rsidRPr="00460116">
        <w:rPr>
          <w:b/>
          <w:sz w:val="32"/>
          <w:szCs w:val="32"/>
          <w:lang w:eastAsia="ja-JP"/>
        </w:rPr>
        <w:t>で</w:t>
      </w:r>
      <w:r w:rsidR="00006F15">
        <w:rPr>
          <w:b/>
          <w:sz w:val="32"/>
          <w:szCs w:val="32"/>
          <w:lang w:eastAsia="ja-JP"/>
        </w:rPr>
        <w:t>安心</w:t>
      </w:r>
      <w:r w:rsidR="00006F15" w:rsidRPr="00460116">
        <w:rPr>
          <w:b/>
          <w:sz w:val="32"/>
          <w:szCs w:val="32"/>
          <w:lang w:eastAsia="ja-JP"/>
        </w:rPr>
        <w:t>して</w:t>
      </w:r>
      <w:r w:rsidR="00006F15">
        <w:rPr>
          <w:b/>
          <w:sz w:val="32"/>
          <w:szCs w:val="32"/>
          <w:lang w:eastAsia="ja-JP"/>
        </w:rPr>
        <w:t>暮</w:t>
      </w:r>
      <w:r w:rsidR="00006F15" w:rsidRPr="00460116">
        <w:rPr>
          <w:b/>
          <w:sz w:val="32"/>
          <w:szCs w:val="32"/>
          <w:lang w:eastAsia="ja-JP"/>
        </w:rPr>
        <w:t>らし</w:t>
      </w:r>
      <w:r w:rsidR="00006F15">
        <w:rPr>
          <w:b/>
          <w:sz w:val="32"/>
          <w:szCs w:val="32"/>
          <w:lang w:eastAsia="ja-JP"/>
        </w:rPr>
        <w:t>続</w:t>
      </w:r>
      <w:r w:rsidR="00006F15" w:rsidRPr="00460116">
        <w:rPr>
          <w:b/>
          <w:sz w:val="32"/>
          <w:szCs w:val="32"/>
          <w:lang w:eastAsia="ja-JP"/>
        </w:rPr>
        <w:t>けるために、</w:t>
      </w:r>
      <w:r w:rsidR="00006F15">
        <w:rPr>
          <w:b/>
          <w:sz w:val="32"/>
          <w:szCs w:val="32"/>
          <w:lang w:eastAsia="ja-JP"/>
        </w:rPr>
        <w:t>町</w:t>
      </w:r>
      <w:r w:rsidR="00006F15" w:rsidRPr="00460116">
        <w:rPr>
          <w:b/>
          <w:sz w:val="32"/>
          <w:szCs w:val="32"/>
          <w:lang w:eastAsia="ja-JP"/>
        </w:rPr>
        <w:t>に</w:t>
      </w:r>
      <w:r w:rsidR="00006F15">
        <w:rPr>
          <w:b/>
          <w:sz w:val="32"/>
          <w:szCs w:val="32"/>
          <w:lang w:eastAsia="ja-JP"/>
        </w:rPr>
        <w:t>取</w:t>
      </w:r>
      <w:r w:rsidR="00006F15" w:rsidRPr="00460116">
        <w:rPr>
          <w:b/>
          <w:sz w:val="32"/>
          <w:szCs w:val="32"/>
          <w:lang w:eastAsia="ja-JP"/>
        </w:rPr>
        <w:t>り</w:t>
      </w:r>
      <w:r w:rsidR="00006F15">
        <w:rPr>
          <w:b/>
          <w:sz w:val="32"/>
          <w:szCs w:val="32"/>
          <w:lang w:eastAsia="ja-JP"/>
        </w:rPr>
        <w:t>組</w:t>
      </w:r>
      <w:r w:rsidR="00006F15" w:rsidRPr="00460116">
        <w:rPr>
          <w:b/>
          <w:sz w:val="32"/>
          <w:szCs w:val="32"/>
          <w:lang w:eastAsia="ja-JP"/>
        </w:rPr>
        <w:t>んでほしいこと</w:t>
      </w:r>
      <w:r w:rsidR="00006F15">
        <w:rPr>
          <w:rFonts w:hint="eastAsia"/>
          <w:b/>
          <w:sz w:val="32"/>
          <w:szCs w:val="32"/>
          <w:lang w:eastAsia="ja-JP"/>
        </w:rPr>
        <w:t>など、</w:t>
      </w:r>
      <w:r w:rsidR="00006F15" w:rsidRPr="00C624EB">
        <w:rPr>
          <w:rFonts w:hint="eastAsia"/>
          <w:b/>
          <w:sz w:val="32"/>
          <w:szCs w:val="32"/>
          <w:lang w:eastAsia="ja-JP"/>
        </w:rPr>
        <w:t>ご</w:t>
      </w:r>
      <w:r w:rsidR="00006F15">
        <w:rPr>
          <w:b/>
          <w:sz w:val="32"/>
          <w:szCs w:val="32"/>
          <w:lang w:eastAsia="ja-JP"/>
        </w:rPr>
        <w:t>意見</w:t>
      </w:r>
      <w:r w:rsidR="00006F15" w:rsidRPr="00C624EB">
        <w:rPr>
          <w:rFonts w:hint="eastAsia"/>
          <w:b/>
          <w:sz w:val="32"/>
          <w:szCs w:val="32"/>
          <w:lang w:eastAsia="ja-JP"/>
        </w:rPr>
        <w:t>・ご</w:t>
      </w:r>
      <w:r w:rsidR="00006F15">
        <w:rPr>
          <w:b/>
          <w:sz w:val="32"/>
          <w:szCs w:val="32"/>
          <w:lang w:eastAsia="ja-JP"/>
        </w:rPr>
        <w:t>提案</w:t>
      </w:r>
      <w:r w:rsidR="00006F15" w:rsidRPr="00C624EB">
        <w:rPr>
          <w:rFonts w:hint="eastAsia"/>
          <w:b/>
          <w:sz w:val="32"/>
          <w:szCs w:val="32"/>
          <w:lang w:eastAsia="ja-JP"/>
        </w:rPr>
        <w:t>をご</w:t>
      </w:r>
      <w:r w:rsidR="00006F15">
        <w:rPr>
          <w:b/>
          <w:sz w:val="32"/>
          <w:szCs w:val="32"/>
          <w:lang w:eastAsia="ja-JP"/>
        </w:rPr>
        <w:t>自由</w:t>
      </w:r>
      <w:r w:rsidR="00006F15" w:rsidRPr="00460116">
        <w:rPr>
          <w:b/>
          <w:sz w:val="32"/>
          <w:szCs w:val="32"/>
          <w:lang w:eastAsia="ja-JP"/>
        </w:rPr>
        <w:t>にお</w:t>
      </w:r>
      <w:r w:rsidR="00006F15">
        <w:rPr>
          <w:b/>
          <w:sz w:val="32"/>
          <w:szCs w:val="32"/>
          <w:lang w:eastAsia="ja-JP"/>
        </w:rPr>
        <w:t>書</w:t>
      </w:r>
      <w:r w:rsidR="00006F15" w:rsidRPr="00460116">
        <w:rPr>
          <w:b/>
          <w:sz w:val="32"/>
          <w:szCs w:val="32"/>
          <w:lang w:eastAsia="ja-JP"/>
        </w:rPr>
        <w:t>きください。</w:t>
      </w:r>
    </w:p>
    <w:p w14:paraId="19F6768C" w14:textId="77777777" w:rsidR="00006F15" w:rsidRPr="002720D1" w:rsidRDefault="00006F15" w:rsidP="00006F15">
      <w:pPr>
        <w:ind w:firstLineChars="100" w:firstLine="200"/>
        <w:rPr>
          <w:lang w:eastAsia="ja-JP"/>
        </w:rPr>
      </w:pPr>
      <w:r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A8E53F2" wp14:editId="31373FF5">
                <wp:simplePos x="0" y="0"/>
                <wp:positionH relativeFrom="column">
                  <wp:posOffset>0</wp:posOffset>
                </wp:positionH>
                <wp:positionV relativeFrom="paragraph">
                  <wp:posOffset>17780</wp:posOffset>
                </wp:positionV>
                <wp:extent cx="6572250" cy="4521200"/>
                <wp:effectExtent l="57150" t="19050" r="76200" b="88900"/>
                <wp:wrapNone/>
                <wp:docPr id="15" name="正方形/長方形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72250" cy="4521200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txbx>
                        <w:txbxContent>
                          <w:p w14:paraId="7C7C25B5" w14:textId="77777777" w:rsidR="00006F15" w:rsidRDefault="00006F15" w:rsidP="00006F1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A8E53F2" id="正方形/長方形 15" o:spid="_x0000_s1030" style="position:absolute;left:0;text-align:left;margin-left:0;margin-top:1.4pt;width:517.5pt;height:35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" filled="f" strokecolor="windowText">
                <v:shadow on="t" color="black" opacity="22937f" origin=",.5" offset="0,.63889mm"/>
                <v:textbox>
                  <w:txbxContent>
                    <w:p w14:paraId="7C7C25B5" w14:textId="77777777" w:rsidR="00006F15" w:rsidRDefault="00006F15" w:rsidP="00006F15"/>
                  </w:txbxContent>
                </v:textbox>
              </v:rect>
            </w:pict>
          </mc:Fallback>
        </mc:AlternateContent>
      </w:r>
    </w:p>
    <w:p w14:paraId="1F2EA19E" w14:textId="77777777" w:rsidR="00006F15" w:rsidRDefault="00006F15" w:rsidP="00006F15">
      <w:pPr>
        <w:rPr>
          <w:lang w:eastAsia="ja-JP"/>
        </w:rPr>
      </w:pPr>
    </w:p>
    <w:p w14:paraId="5AFAEC2F" w14:textId="77777777" w:rsidR="00006F15" w:rsidRDefault="00006F15" w:rsidP="00006F15">
      <w:pPr>
        <w:rPr>
          <w:lang w:eastAsia="ja-JP"/>
        </w:rPr>
      </w:pPr>
    </w:p>
    <w:p w14:paraId="6743B358" w14:textId="77777777" w:rsidR="00006F15" w:rsidRDefault="00006F15" w:rsidP="00006F15">
      <w:pPr>
        <w:rPr>
          <w:lang w:eastAsia="ja-JP"/>
        </w:rPr>
      </w:pPr>
    </w:p>
    <w:p w14:paraId="2B4422DE" w14:textId="77777777" w:rsidR="00006F15" w:rsidRDefault="00006F15" w:rsidP="00006F15">
      <w:pPr>
        <w:rPr>
          <w:lang w:eastAsia="ja-JP"/>
        </w:rPr>
      </w:pPr>
    </w:p>
    <w:p w14:paraId="6FFA67B3" w14:textId="77777777" w:rsidR="00006F15" w:rsidRDefault="00006F15" w:rsidP="00006F15">
      <w:pPr>
        <w:rPr>
          <w:lang w:eastAsia="ja-JP"/>
        </w:rPr>
      </w:pPr>
    </w:p>
    <w:p w14:paraId="7469420C" w14:textId="77777777" w:rsidR="00006F15" w:rsidRDefault="00006F15" w:rsidP="00006F15">
      <w:pPr>
        <w:jc w:val="right"/>
        <w:rPr>
          <w:lang w:eastAsia="ja-JP"/>
        </w:rPr>
      </w:pPr>
    </w:p>
    <w:p w14:paraId="0517C8AA" w14:textId="77777777" w:rsidR="00006F15" w:rsidRDefault="00006F15" w:rsidP="00006F15">
      <w:pPr>
        <w:jc w:val="right"/>
        <w:rPr>
          <w:sz w:val="28"/>
          <w:szCs w:val="28"/>
          <w:lang w:eastAsia="ja-JP"/>
        </w:rPr>
      </w:pPr>
      <w:r>
        <w:rPr>
          <w:lang w:eastAsia="ja-JP"/>
        </w:rPr>
        <w:br/>
      </w:r>
    </w:p>
    <w:p w14:paraId="7C79D06F" w14:textId="77777777" w:rsidR="00006F15" w:rsidRDefault="00006F15" w:rsidP="00006F15">
      <w:pPr>
        <w:jc w:val="right"/>
        <w:rPr>
          <w:sz w:val="28"/>
          <w:szCs w:val="28"/>
          <w:lang w:eastAsia="ja-JP"/>
        </w:rPr>
      </w:pPr>
    </w:p>
    <w:p w14:paraId="683E38BE" w14:textId="77777777" w:rsidR="00006F15" w:rsidRDefault="00006F15" w:rsidP="00006F15">
      <w:pPr>
        <w:jc w:val="right"/>
        <w:rPr>
          <w:sz w:val="28"/>
          <w:szCs w:val="28"/>
          <w:lang w:eastAsia="ja-JP"/>
        </w:rPr>
      </w:pPr>
    </w:p>
    <w:p w14:paraId="3613CC22" w14:textId="77777777" w:rsidR="00006F15" w:rsidRDefault="00006F15" w:rsidP="00006F15">
      <w:pPr>
        <w:jc w:val="right"/>
        <w:rPr>
          <w:sz w:val="28"/>
          <w:szCs w:val="28"/>
          <w:lang w:eastAsia="ja-JP"/>
        </w:rPr>
      </w:pPr>
    </w:p>
    <w:p w14:paraId="308AF88A" w14:textId="77777777" w:rsidR="00006F15" w:rsidRPr="00372F09" w:rsidRDefault="00006F15" w:rsidP="00006F15">
      <w:pPr>
        <w:jc w:val="right"/>
        <w:rPr>
          <w:sz w:val="28"/>
          <w:szCs w:val="28"/>
          <w:lang w:eastAsia="ja-JP"/>
        </w:rPr>
      </w:pPr>
      <w:r w:rsidRPr="00372F09">
        <w:rPr>
          <w:sz w:val="28"/>
          <w:szCs w:val="28"/>
          <w:lang w:eastAsia="ja-JP"/>
        </w:rPr>
        <w:t>ご協力ありがとうございました。</w:t>
      </w:r>
    </w:p>
    <w:p w14:paraId="6FA4C7AA" w14:textId="5E6D84D9" w:rsidR="00B54203" w:rsidRPr="00006F15" w:rsidRDefault="00B54203" w:rsidP="00006F15">
      <w:pPr>
        <w:rPr>
          <w:sz w:val="28"/>
          <w:szCs w:val="28"/>
          <w:lang w:eastAsia="ja-JP"/>
        </w:rPr>
      </w:pPr>
    </w:p>
    <w:sectPr w:rsidR="00B54203" w:rsidRPr="00006F15" w:rsidSect="0082417F">
      <w:footerReference w:type="default" r:id="rId10"/>
      <w:pgSz w:w="12240" w:h="15840"/>
      <w:pgMar w:top="709" w:right="1020" w:bottom="850" w:left="1020" w:header="170" w:footer="283" w:gutter="0"/>
      <w:pgNumType w:start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BE0495" w14:textId="77777777" w:rsidR="00944C22" w:rsidRDefault="00944C22" w:rsidP="00944C22">
      <w:pPr>
        <w:spacing w:after="0" w:line="240" w:lineRule="auto"/>
      </w:pPr>
      <w:r>
        <w:separator/>
      </w:r>
    </w:p>
  </w:endnote>
  <w:endnote w:type="continuationSeparator" w:id="0">
    <w:p w14:paraId="3751B7E1" w14:textId="77777777" w:rsidR="00944C22" w:rsidRDefault="00944C22" w:rsidP="00944C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44480877"/>
      <w:docPartObj>
        <w:docPartGallery w:val="Page Numbers (Bottom of Page)"/>
        <w:docPartUnique/>
      </w:docPartObj>
    </w:sdtPr>
    <w:sdtEndPr/>
    <w:sdtContent>
      <w:p w14:paraId="475BDB48" w14:textId="31AF5379" w:rsidR="007640D3" w:rsidRDefault="007640D3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 w:eastAsia="ja-JP"/>
          </w:rPr>
          <w:t>2</w:t>
        </w:r>
        <w:r>
          <w:fldChar w:fldCharType="end"/>
        </w:r>
      </w:p>
    </w:sdtContent>
  </w:sdt>
  <w:p w14:paraId="081C579C" w14:textId="77777777" w:rsidR="007640D3" w:rsidRDefault="007640D3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8CBD78" w14:textId="77777777" w:rsidR="00944C22" w:rsidRDefault="00944C22" w:rsidP="00944C22">
      <w:pPr>
        <w:spacing w:after="0" w:line="240" w:lineRule="auto"/>
      </w:pPr>
      <w:r>
        <w:separator/>
      </w:r>
    </w:p>
  </w:footnote>
  <w:footnote w:type="continuationSeparator" w:id="0">
    <w:p w14:paraId="36D052D4" w14:textId="77777777" w:rsidR="00944C22" w:rsidRDefault="00944C22" w:rsidP="00944C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720"/>
  <w:characterSpacingControl w:val="doNotCompress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06F15"/>
    <w:rsid w:val="00031142"/>
    <w:rsid w:val="00034616"/>
    <w:rsid w:val="0006063C"/>
    <w:rsid w:val="000B00D6"/>
    <w:rsid w:val="0015074B"/>
    <w:rsid w:val="0029639D"/>
    <w:rsid w:val="00326F90"/>
    <w:rsid w:val="004207E1"/>
    <w:rsid w:val="00486C23"/>
    <w:rsid w:val="0055015D"/>
    <w:rsid w:val="00555733"/>
    <w:rsid w:val="005661BA"/>
    <w:rsid w:val="005E0FDA"/>
    <w:rsid w:val="00665106"/>
    <w:rsid w:val="007640D3"/>
    <w:rsid w:val="0082417F"/>
    <w:rsid w:val="00844289"/>
    <w:rsid w:val="00867ED7"/>
    <w:rsid w:val="00944C22"/>
    <w:rsid w:val="00993C3E"/>
    <w:rsid w:val="00AA1D8D"/>
    <w:rsid w:val="00B47730"/>
    <w:rsid w:val="00B54203"/>
    <w:rsid w:val="00CB0664"/>
    <w:rsid w:val="00E07541"/>
    <w:rsid w:val="00FA5D7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331E7D42"/>
  <w14:defaultImageDpi w14:val="300"/>
  <w15:docId w15:val="{A8CD18A0-4954-44D7-B019-3B6FE1143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游ゴシック" w:eastAsia="游ゴシック" w:hAnsi="游ゴシック"/>
      <w:sz w:val="20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6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ヘッダー (文字)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フッター (文字)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見出し 1 (文字)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見出し 2 (文字)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見出し 3 (文字)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32"/>
      <w:szCs w:val="52"/>
    </w:rPr>
  </w:style>
  <w:style w:type="character" w:customStyle="1" w:styleId="ab">
    <w:name w:val="表題 (文字)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題 (文字)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(文字)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(文字)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(文字)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マクロ文字列 (文字)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文 (文字)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見出し 4 (文字)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見出し 5 (文字)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見出し 6 (文字)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見出し 7 (文字)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見出し 8 (文字)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見出し 9 (文字)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27">
    <w:name w:val="Intense Quote"/>
    <w:basedOn w:val="a1"/>
    <w:next w:val="a1"/>
    <w:link w:val="28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8">
    <w:name w:val="引用文 2 (文字)"/>
    <w:basedOn w:val="a2"/>
    <w:link w:val="27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29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b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2a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c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d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e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2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13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14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15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16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17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2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2c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d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2e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2f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2f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2f1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37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38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3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a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3b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3c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3d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4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2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3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4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5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6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7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1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2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3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4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5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6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7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6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62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63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64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65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66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67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71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2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3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4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5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6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8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83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4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5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6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7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1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10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10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110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1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11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113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5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6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120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1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2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4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6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3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31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32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33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3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35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3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4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41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42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43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4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4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46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Web">
    <w:name w:val="Normal (Web)"/>
    <w:basedOn w:val="a1"/>
    <w:uiPriority w:val="99"/>
    <w:unhideWhenUsed/>
    <w:rsid w:val="00993C3E"/>
    <w:pPr>
      <w:spacing w:before="100" w:beforeAutospacing="1" w:after="100" w:afterAutospacing="1" w:line="240" w:lineRule="auto"/>
    </w:pPr>
    <w:rPr>
      <w:rFonts w:ascii="ＭＳ Ｐゴシック" w:eastAsia="ＭＳ Ｐゴシック" w:hAnsi="ＭＳ Ｐゴシック" w:cs="ＭＳ Ｐゴシック"/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248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6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9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8</Pages>
  <Words>409</Words>
  <Characters>2332</Characters>
  <Application>Microsoft Office Word</Application>
  <DocSecurity>0</DocSecurity>
  <Lines>19</Lines>
  <Paragraphs>5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2736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安武 祐成</cp:lastModifiedBy>
  <cp:revision>10</cp:revision>
  <cp:lastPrinted>2026-08-15T05:26:00Z</cp:lastPrinted>
  <dcterms:created xsi:type="dcterms:W3CDTF">2013-12-23T23:15:00Z</dcterms:created>
  <dcterms:modified xsi:type="dcterms:W3CDTF">2026-09-03T01:25:00Z</dcterms:modified>
  <cp:category/>
</cp:coreProperties>
</file>