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1C464" w14:textId="0BAA7F8E" w:rsidR="00526617" w:rsidRDefault="00F10D7F" w:rsidP="008A1E86">
      <w:pPr>
        <w:pStyle w:val="aa"/>
        <w:spacing w:after="0"/>
        <w:jc w:val="center"/>
        <w:rPr>
          <w:lang w:eastAsia="ja-JP"/>
        </w:rPr>
      </w:pPr>
      <w:r w:rsidRPr="002E38F3">
        <w:rPr>
          <w:rFonts w:hint="eastAsia"/>
          <w:lang w:eastAsia="ja-JP"/>
        </w:rPr>
        <w:t>「</w:t>
      </w:r>
      <w:r>
        <w:rPr>
          <w:rFonts w:hint="eastAsia"/>
          <w:lang w:eastAsia="ja-JP"/>
        </w:rPr>
        <w:t>第</w:t>
      </w:r>
      <w:r w:rsidRPr="002E38F3">
        <w:rPr>
          <w:rFonts w:hint="eastAsia"/>
          <w:lang w:eastAsia="ja-JP"/>
        </w:rPr>
        <w:t>８</w:t>
      </w:r>
      <w:r>
        <w:rPr>
          <w:rFonts w:hint="eastAsia"/>
          <w:lang w:eastAsia="ja-JP"/>
        </w:rPr>
        <w:t>期大津町障</w:t>
      </w:r>
      <w:r w:rsidRPr="002E38F3">
        <w:rPr>
          <w:rFonts w:hint="eastAsia"/>
          <w:lang w:eastAsia="ja-JP"/>
        </w:rPr>
        <w:t>がい</w:t>
      </w:r>
      <w:r>
        <w:rPr>
          <w:rFonts w:hint="eastAsia"/>
          <w:lang w:eastAsia="ja-JP"/>
        </w:rPr>
        <w:t>福祉計画</w:t>
      </w:r>
      <w:r w:rsidRPr="002E38F3">
        <w:rPr>
          <w:rFonts w:hint="eastAsia"/>
          <w:lang w:eastAsia="ja-JP"/>
        </w:rPr>
        <w:t>」・「</w:t>
      </w:r>
      <w:r>
        <w:rPr>
          <w:rFonts w:hint="eastAsia"/>
          <w:lang w:eastAsia="ja-JP"/>
        </w:rPr>
        <w:t>第４期大津町障</w:t>
      </w:r>
      <w:r w:rsidRPr="002E38F3">
        <w:rPr>
          <w:rFonts w:hint="eastAsia"/>
          <w:lang w:eastAsia="ja-JP"/>
        </w:rPr>
        <w:t>がい</w:t>
      </w:r>
      <w:r>
        <w:rPr>
          <w:rFonts w:hint="eastAsia"/>
          <w:lang w:eastAsia="ja-JP"/>
        </w:rPr>
        <w:t>児福祉計画</w:t>
      </w:r>
      <w:r w:rsidRPr="002E38F3">
        <w:rPr>
          <w:rFonts w:hint="eastAsia"/>
          <w:lang w:eastAsia="ja-JP"/>
        </w:rPr>
        <w:t>」</w:t>
      </w:r>
      <w:r w:rsidR="00494CEE">
        <w:rPr>
          <w:lang w:eastAsia="ja-JP"/>
        </w:rPr>
        <w:br/>
      </w:r>
      <w:r w:rsidRPr="00AF7FDD">
        <w:rPr>
          <w:rFonts w:hint="eastAsia"/>
          <w:b/>
          <w:bCs/>
          <w:sz w:val="44"/>
          <w:szCs w:val="44"/>
          <w:lang w:eastAsia="ja-JP"/>
        </w:rPr>
        <w:t>アンケート（</w:t>
      </w:r>
      <w:r>
        <w:rPr>
          <w:rFonts w:hint="eastAsia"/>
          <w:b/>
          <w:bCs/>
          <w:sz w:val="44"/>
          <w:szCs w:val="44"/>
          <w:lang w:eastAsia="ja-JP"/>
        </w:rPr>
        <w:t>障</w:t>
      </w:r>
      <w:r w:rsidRPr="00AF7FDD">
        <w:rPr>
          <w:rFonts w:hint="eastAsia"/>
          <w:b/>
          <w:bCs/>
          <w:sz w:val="44"/>
          <w:szCs w:val="44"/>
          <w:lang w:eastAsia="ja-JP"/>
        </w:rPr>
        <w:t>がい</w:t>
      </w:r>
      <w:r>
        <w:rPr>
          <w:rFonts w:hint="eastAsia"/>
          <w:b/>
          <w:bCs/>
          <w:sz w:val="44"/>
          <w:szCs w:val="44"/>
          <w:lang w:eastAsia="ja-JP"/>
        </w:rPr>
        <w:t>者</w:t>
      </w:r>
      <w:r w:rsidR="00381DCB" w:rsidRPr="00AF7FDD">
        <w:rPr>
          <w:rFonts w:hint="eastAsia"/>
          <w:b/>
          <w:bCs/>
          <w:sz w:val="44"/>
          <w:szCs w:val="44"/>
          <w:lang w:eastAsia="ja-JP"/>
        </w:rPr>
        <w:t xml:space="preserve">　</w:t>
      </w:r>
      <w:r w:rsidR="00F369BD" w:rsidRPr="00F369BD">
        <w:rPr>
          <w:rFonts w:hint="eastAsia"/>
          <w:b/>
          <w:bCs/>
          <w:sz w:val="44"/>
          <w:szCs w:val="44"/>
          <w:bdr w:val="single" w:sz="4" w:space="0" w:color="auto"/>
          <w:lang w:eastAsia="ja-JP"/>
        </w:rPr>
        <w:t>ご</w:t>
      </w:r>
      <w:r w:rsidRPr="00F369BD">
        <w:rPr>
          <w:rFonts w:hint="eastAsia"/>
          <w:b/>
          <w:bCs/>
          <w:sz w:val="44"/>
          <w:szCs w:val="44"/>
          <w:bdr w:val="single" w:sz="4" w:space="0" w:color="auto"/>
          <w:lang w:eastAsia="ja-JP"/>
        </w:rPr>
        <w:t>家族・支援者用</w:t>
      </w:r>
      <w:r w:rsidRPr="00AF7FDD">
        <w:rPr>
          <w:rFonts w:hint="eastAsia"/>
          <w:b/>
          <w:bCs/>
          <w:sz w:val="44"/>
          <w:szCs w:val="44"/>
          <w:lang w:eastAsia="ja-JP"/>
        </w:rPr>
        <w:t>）</w:t>
      </w:r>
    </w:p>
    <w:p w14:paraId="7549E8C4" w14:textId="7DD0CA86" w:rsidR="00D367F8" w:rsidRDefault="004E54CA">
      <w:pPr>
        <w:rPr>
          <w:b/>
          <w:bCs/>
          <w:sz w:val="28"/>
          <w:szCs w:val="36"/>
          <w:lang w:eastAsia="ja-JP"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4D4967CA" wp14:editId="5FE5A984">
            <wp:simplePos x="0" y="0"/>
            <wp:positionH relativeFrom="column">
              <wp:posOffset>5213350</wp:posOffset>
            </wp:positionH>
            <wp:positionV relativeFrom="paragraph">
              <wp:posOffset>5088255</wp:posOffset>
            </wp:positionV>
            <wp:extent cx="1212850" cy="1206500"/>
            <wp:effectExtent l="0" t="0" r="6350" b="0"/>
            <wp:wrapNone/>
            <wp:docPr id="18" name="図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AE9">
        <w:rPr>
          <w:noProof/>
          <w:sz w:val="40"/>
          <w:szCs w:val="72"/>
          <w:lang w:eastAsia="ja-J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690BFC" wp14:editId="2D8E974A">
                <wp:simplePos x="0" y="0"/>
                <wp:positionH relativeFrom="column">
                  <wp:posOffset>4927600</wp:posOffset>
                </wp:positionH>
                <wp:positionV relativeFrom="paragraph">
                  <wp:posOffset>4821555</wp:posOffset>
                </wp:positionV>
                <wp:extent cx="1758950" cy="1524000"/>
                <wp:effectExtent l="57150" t="19050" r="69850" b="952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0" cy="1524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5DA99962" w14:textId="20EA0292" w:rsidR="008A1E86" w:rsidRPr="00910AE9" w:rsidRDefault="008A1E86" w:rsidP="00910AE9">
                            <w:pPr>
                              <w:rPr>
                                <w:b/>
                                <w:bCs/>
                                <w:color w:val="000000" w:themeColor="text1"/>
                                <w:lang w:eastAsia="ja-JP"/>
                              </w:rPr>
                            </w:pPr>
                            <w:r w:rsidRPr="00910AE9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lang w:eastAsia="ja-JP"/>
                              </w:rPr>
                              <w:t>町ホームページQRコード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90BFC" id="正方形/長方形 5" o:spid="_x0000_s1026" style="position:absolute;margin-left:388pt;margin-top:379.65pt;width:138.5pt;height:12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" filled="f" strokecolor="#4a7ebb">
                <v:shadow on="t" color="black" opacity="22937f" origin=",.5" offset="0,.63889mm"/>
                <v:textbox>
                  <w:txbxContent>
                    <w:p w14:paraId="5DA99962" w14:textId="20EA0292" w:rsidR="008A1E86" w:rsidRPr="00910AE9" w:rsidRDefault="008A1E86" w:rsidP="00910AE9">
                      <w:pPr>
                        <w:rPr>
                          <w:b/>
                          <w:bCs/>
                          <w:color w:val="000000" w:themeColor="text1"/>
                          <w:lang w:eastAsia="ja-JP"/>
                        </w:rPr>
                      </w:pPr>
                      <w:r w:rsidRPr="00910AE9">
                        <w:rPr>
                          <w:rFonts w:hint="eastAsia"/>
                          <w:b/>
                          <w:bCs/>
                          <w:color w:val="000000" w:themeColor="text1"/>
                          <w:lang w:eastAsia="ja-JP"/>
                        </w:rPr>
                        <w:t>町ホームページQRコード</w:t>
                      </w:r>
                    </w:p>
                  </w:txbxContent>
                </v:textbox>
              </v:rect>
            </w:pict>
          </mc:Fallback>
        </mc:AlternateContent>
      </w:r>
      <w:r w:rsidR="00910AE9">
        <w:rPr>
          <w:noProof/>
          <w:sz w:val="40"/>
          <w:szCs w:val="72"/>
          <w:lang w:eastAsia="ja-JP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23BFBE8" wp14:editId="76C68A2B">
                <wp:simplePos x="0" y="0"/>
                <wp:positionH relativeFrom="column">
                  <wp:posOffset>4927600</wp:posOffset>
                </wp:positionH>
                <wp:positionV relativeFrom="paragraph">
                  <wp:posOffset>3075305</wp:posOffset>
                </wp:positionV>
                <wp:extent cx="1758950" cy="1746250"/>
                <wp:effectExtent l="57150" t="19050" r="69850" b="10160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0" cy="17462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37F349D8" w14:textId="77777777" w:rsidR="008A1E86" w:rsidRPr="00910AE9" w:rsidRDefault="008A1E86" w:rsidP="008A1E8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eastAsia="ja-JP"/>
                              </w:rPr>
                            </w:pPr>
                            <w:r w:rsidRPr="00910AE9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lang w:eastAsia="ja-JP"/>
                              </w:rPr>
                              <w:t>回答フォームQRコード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BFBE8" id="正方形/長方形 4" o:spid="_x0000_s1027" style="position:absolute;margin-left:388pt;margin-top:242.15pt;width:138.5pt;height:137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" filled="f" strokecolor="#4a7ebb">
                <v:shadow on="t" color="black" opacity="22937f" origin=",.5" offset="0,.63889mm"/>
                <v:textbox>
                  <w:txbxContent>
                    <w:p w14:paraId="37F349D8" w14:textId="77777777" w:rsidR="008A1E86" w:rsidRPr="00910AE9" w:rsidRDefault="008A1E86" w:rsidP="008A1E8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eastAsia="ja-JP"/>
                        </w:rPr>
                      </w:pPr>
                      <w:r w:rsidRPr="00910AE9">
                        <w:rPr>
                          <w:rFonts w:hint="eastAsia"/>
                          <w:b/>
                          <w:bCs/>
                          <w:color w:val="000000" w:themeColor="text1"/>
                          <w:lang w:eastAsia="ja-JP"/>
                        </w:rPr>
                        <w:t>回答フォームQRコード</w:t>
                      </w:r>
                    </w:p>
                  </w:txbxContent>
                </v:textbox>
              </v:rect>
            </w:pict>
          </mc:Fallback>
        </mc:AlternateContent>
      </w:r>
      <w:r w:rsidR="00910AE9">
        <w:rPr>
          <w:noProof/>
          <w:sz w:val="40"/>
          <w:szCs w:val="72"/>
        </w:rPr>
        <w:drawing>
          <wp:anchor distT="0" distB="0" distL="114300" distR="114300" simplePos="0" relativeHeight="251706368" behindDoc="0" locked="0" layoutInCell="1" allowOverlap="1" wp14:anchorId="5B0B3B0C" wp14:editId="14D80F82">
            <wp:simplePos x="0" y="0"/>
            <wp:positionH relativeFrom="column">
              <wp:posOffset>5105400</wp:posOffset>
            </wp:positionH>
            <wp:positionV relativeFrom="paragraph">
              <wp:posOffset>3310255</wp:posOffset>
            </wp:positionV>
            <wp:extent cx="1428750" cy="142875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67F8" w:rsidRPr="002E38F3">
        <w:rPr>
          <w:noProof/>
          <w:sz w:val="40"/>
          <w:szCs w:val="72"/>
          <w:lang w:eastAsia="ja-JP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F402EAF" wp14:editId="70DDD83C">
                <wp:simplePos x="0" y="0"/>
                <wp:positionH relativeFrom="column">
                  <wp:posOffset>-142875</wp:posOffset>
                </wp:positionH>
                <wp:positionV relativeFrom="paragraph">
                  <wp:posOffset>109855</wp:posOffset>
                </wp:positionV>
                <wp:extent cx="6904990" cy="8372475"/>
                <wp:effectExtent l="57150" t="19050" r="67310" b="104775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4990" cy="8372475"/>
                        </a:xfrm>
                        <a:prstGeom prst="roundRect">
                          <a:avLst>
                            <a:gd name="adj" fmla="val 6732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475B68AA" w14:textId="10E95AEE" w:rsidR="008A1E86" w:rsidRDefault="00F10D7F" w:rsidP="008A1E86">
                            <w:pPr>
                              <w:spacing w:after="0" w:line="0" w:lineRule="atLeast"/>
                              <w:ind w:firstLineChars="100" w:firstLine="280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大津町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では、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「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第８期大津町障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がい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福祉計画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・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第４期大津町障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がい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児福祉計画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」（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計画期間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：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令和９年度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～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令和１１年度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）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の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策定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に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向け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、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障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がいのある</w:t>
                            </w:r>
                            <w:r w:rsidR="001A7316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人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や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ご家族等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の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生活状況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、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サービス利用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、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今後必要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な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支援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について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把握</w:t>
                            </w:r>
                            <w:r w:rsidR="008A1E86"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するため、</w:t>
                            </w:r>
                            <w:r w:rsidR="008A1E86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アンケー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ト調査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を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実施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します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。みなさまの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ご協力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を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お願い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します。</w:t>
                            </w:r>
                          </w:p>
                          <w:p w14:paraId="18CB25A4" w14:textId="5E4C6569" w:rsidR="008A1E86" w:rsidRPr="002E38F3" w:rsidRDefault="00F10D7F" w:rsidP="008A1E86">
                            <w:pPr>
                              <w:spacing w:before="240" w:after="0" w:line="0" w:lineRule="atLeas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bdr w:val="single" w:sz="4" w:space="0" w:color="auto"/>
                                <w:lang w:eastAsia="ja-JP"/>
                              </w:rPr>
                              <w:t>回答方法</w:t>
                            </w:r>
                            <w:r w:rsidRPr="002E38F3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①～③</w:t>
                            </w:r>
                            <w:r w:rsidRPr="002E38F3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どれか１つの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方法</w:t>
                            </w:r>
                            <w:r w:rsidRPr="002E38F3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でご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回答</w:t>
                            </w:r>
                            <w:r w:rsidRPr="002E38F3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ください）</w:t>
                            </w:r>
                          </w:p>
                          <w:p w14:paraId="446FBCED" w14:textId="6476CF2F" w:rsidR="008A1E86" w:rsidRPr="002E38F3" w:rsidRDefault="00F10D7F" w:rsidP="008A1E86">
                            <w:pPr>
                              <w:spacing w:after="0" w:line="0" w:lineRule="atLeast"/>
                              <w:ind w:firstLineChars="100" w:firstLine="360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①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紙面</w:t>
                            </w:r>
                            <w:r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による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回答</w:t>
                            </w:r>
                          </w:p>
                          <w:p w14:paraId="0DAF9A5B" w14:textId="1E282397" w:rsidR="008A1E86" w:rsidRDefault="00F10D7F" w:rsidP="008A1E86">
                            <w:pPr>
                              <w:spacing w:after="0" w:line="0" w:lineRule="atLeast"/>
                              <w:ind w:firstLineChars="200" w:firstLine="560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この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回答用紙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を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大津町役場福祉課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まで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ご提出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ください。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持参又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は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郵送可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）</w:t>
                            </w:r>
                          </w:p>
                          <w:p w14:paraId="04EA10CE" w14:textId="77777777" w:rsidR="00F10D7F" w:rsidRDefault="00F10D7F" w:rsidP="008A1E86">
                            <w:pPr>
                              <w:spacing w:after="0" w:line="0" w:lineRule="atLeast"/>
                              <w:ind w:firstLineChars="200" w:firstLine="560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</w:p>
                          <w:p w14:paraId="24C148C3" w14:textId="7C901C1A" w:rsidR="008A1E86" w:rsidRDefault="00F10D7F" w:rsidP="008A1E86">
                            <w:pPr>
                              <w:spacing w:after="0" w:line="0" w:lineRule="atLeast"/>
                              <w:ind w:firstLineChars="100" w:firstLine="360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②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回答</w:t>
                            </w:r>
                            <w:r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フォームによる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回答</w:t>
                            </w:r>
                          </w:p>
                          <w:p w14:paraId="2611210E" w14:textId="15DC342D" w:rsidR="008A1E86" w:rsidRDefault="008A1E86" w:rsidP="008A1E86">
                            <w:pPr>
                              <w:spacing w:after="0" w:line="0" w:lineRule="atLeast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 xml:space="preserve">　　</w:t>
                            </w:r>
                            <w:r w:rsidR="00F10D7F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インターネット上の</w:t>
                            </w:r>
                            <w:r w:rsidR="00F10D7F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回答</w:t>
                            </w:r>
                            <w:r w:rsidR="00F10D7F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フォームにて</w:t>
                            </w:r>
                            <w:r w:rsidR="00F10D7F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回答</w:t>
                            </w:r>
                            <w:r w:rsidR="00F10D7F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できます。</w:t>
                            </w:r>
                          </w:p>
                          <w:p w14:paraId="7A2DE31C" w14:textId="0EC92EC0" w:rsidR="008A1E86" w:rsidRDefault="008A1E86" w:rsidP="008A1E86">
                            <w:pPr>
                              <w:spacing w:after="0" w:line="0" w:lineRule="atLeast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 xml:space="preserve">　　</w:t>
                            </w:r>
                            <w:r w:rsidR="00F10D7F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右</w:t>
                            </w:r>
                            <w:r w:rsidR="00F10D7F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の</w:t>
                            </w:r>
                            <w:r w:rsidR="00F10D7F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QRコード</w:t>
                            </w:r>
                            <w:r w:rsidR="00F10D7F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を</w:t>
                            </w:r>
                            <w:r w:rsidR="00F10D7F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読み込ませて回答</w:t>
                            </w:r>
                            <w:r w:rsidR="00F10D7F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してください。</w:t>
                            </w:r>
                          </w:p>
                          <w:p w14:paraId="57133E5C" w14:textId="77777777" w:rsidR="00F10D7F" w:rsidRPr="002E38F3" w:rsidRDefault="00F10D7F" w:rsidP="008A1E86">
                            <w:pPr>
                              <w:spacing w:after="0" w:line="0" w:lineRule="atLeast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</w:p>
                          <w:p w14:paraId="4D6E9EE2" w14:textId="6AA12B66" w:rsidR="008A1E86" w:rsidRPr="002E38F3" w:rsidRDefault="00F10D7F" w:rsidP="008A1E86">
                            <w:pPr>
                              <w:spacing w:after="0" w:line="0" w:lineRule="atLeast"/>
                              <w:ind w:firstLineChars="100" w:firstLine="360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③メール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・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FAX</w:t>
                            </w:r>
                            <w:r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に</w:t>
                            </w:r>
                            <w:r w:rsidR="008A1E86"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よ</w:t>
                            </w:r>
                            <w:r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る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回答</w:t>
                            </w:r>
                          </w:p>
                          <w:p w14:paraId="27D22BBB" w14:textId="68A08A1F" w:rsidR="008A1E86" w:rsidRDefault="00F10D7F" w:rsidP="008A1E86">
                            <w:pPr>
                              <w:spacing w:after="0" w:line="0" w:lineRule="atLeast"/>
                              <w:ind w:leftChars="283" w:left="567" w:hanging="1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回答用紙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を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町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ホームページからダウンロードして、</w:t>
                            </w:r>
                          </w:p>
                          <w:p w14:paraId="44E4606D" w14:textId="41F33276" w:rsidR="008A1E86" w:rsidRDefault="00F10D7F" w:rsidP="008A1E86">
                            <w:pPr>
                              <w:spacing w:after="0" w:line="0" w:lineRule="atLeast"/>
                              <w:ind w:leftChars="283" w:left="567" w:hanging="1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問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い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合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わせ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先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のメールアドレス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・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FAX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へ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送信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してくだ</w:t>
                            </w:r>
                          </w:p>
                          <w:p w14:paraId="085417FB" w14:textId="0B310B0F" w:rsidR="008A1E86" w:rsidRDefault="00F10D7F" w:rsidP="008A1E86">
                            <w:pPr>
                              <w:spacing w:after="0" w:line="0" w:lineRule="atLeast"/>
                              <w:ind w:leftChars="283" w:left="567" w:hanging="1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さい。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回答用紙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を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写真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・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PDF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などで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読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み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込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んで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送信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さ</w:t>
                            </w:r>
                          </w:p>
                          <w:p w14:paraId="1D28BE9E" w14:textId="3615089C" w:rsidR="008A1E86" w:rsidRDefault="00F10D7F" w:rsidP="008A1E86">
                            <w:pPr>
                              <w:spacing w:after="0" w:line="0" w:lineRule="atLeast"/>
                              <w:ind w:leftChars="283" w:left="567" w:hanging="1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れても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いません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。</w:t>
                            </w:r>
                          </w:p>
                          <w:p w14:paraId="3F258359" w14:textId="4321C3CE" w:rsidR="008A1E86" w:rsidRPr="002E38F3" w:rsidRDefault="008A1E86" w:rsidP="008A1E86">
                            <w:pPr>
                              <w:spacing w:before="240" w:after="0" w:line="0" w:lineRule="atLeast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bdr w:val="single" w:sz="4" w:space="0" w:color="auto"/>
                                <w:lang w:eastAsia="ja-JP"/>
                              </w:rPr>
                              <w:t>ア</w:t>
                            </w:r>
                            <w:r w:rsidR="00F10D7F"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bdr w:val="single" w:sz="4" w:space="0" w:color="auto"/>
                                <w:lang w:eastAsia="ja-JP"/>
                              </w:rPr>
                              <w:t>ンケ―ト</w:t>
                            </w:r>
                            <w:r w:rsidR="00F10D7F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bdr w:val="single" w:sz="4" w:space="0" w:color="auto"/>
                                <w:lang w:eastAsia="ja-JP"/>
                              </w:rPr>
                              <w:t>回答期限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 xml:space="preserve">　</w:t>
                            </w:r>
                            <w:r w:rsidR="00F10D7F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t>令和</w:t>
                            </w:r>
                            <w:r w:rsidR="00F10D7F"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t>８</w:t>
                            </w:r>
                            <w:r w:rsidR="00F10D7F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t>年９月３０日</w:t>
                            </w:r>
                            <w:r w:rsidR="00F10D7F"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t>（</w:t>
                            </w:r>
                            <w:r w:rsidR="00F10D7F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t>水</w:t>
                            </w:r>
                            <w:r w:rsidR="00F10D7F"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t>）</w:t>
                            </w:r>
                            <w:r w:rsidR="00F10D7F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t>まで</w:t>
                            </w:r>
                          </w:p>
                          <w:p w14:paraId="1D2CBFE8" w14:textId="000022C0" w:rsidR="008A1E86" w:rsidRPr="004A00B4" w:rsidRDefault="008A1E86" w:rsidP="008A1E86">
                            <w:pPr>
                              <w:spacing w:before="240" w:after="0" w:line="0" w:lineRule="atLeast"/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</w:pPr>
                            <w:r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●</w:t>
                            </w:r>
                            <w:r w:rsidR="00F10D7F"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お</w:t>
                            </w:r>
                            <w:r w:rsidR="00F10D7F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問</w:t>
                            </w:r>
                            <w:r w:rsidR="00F10D7F"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い</w:t>
                            </w:r>
                            <w:r w:rsidR="00F10D7F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合</w:t>
                            </w:r>
                            <w:r w:rsidR="00F10D7F"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わせ</w:t>
                            </w:r>
                          </w:p>
                          <w:p w14:paraId="58CAE133" w14:textId="6D8649B6" w:rsidR="008A1E86" w:rsidRPr="004A00B4" w:rsidRDefault="00F10D7F" w:rsidP="008A1E86">
                            <w:pPr>
                              <w:spacing w:after="0" w:line="0" w:lineRule="atLeast"/>
                              <w:ind w:firstLineChars="100" w:firstLine="240"/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住所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：</w:t>
                            </w:r>
                            <w:r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〒</w:t>
                            </w:r>
                            <w:r w:rsidRPr="004A00B4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869-1292</w:t>
                            </w:r>
                            <w:r w:rsidR="008A1E86"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大津町大字大津</w:t>
                            </w:r>
                            <w:r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１２３３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番地</w:t>
                            </w:r>
                            <w:r w:rsidR="008A1E86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 xml:space="preserve">　　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大津町役場福祉課</w:t>
                            </w:r>
                            <w:r w:rsidR="008A1E86"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障</w:t>
                            </w:r>
                            <w:r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がい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福祉係</w:t>
                            </w:r>
                          </w:p>
                          <w:p w14:paraId="7A2E4B06" w14:textId="4912CA4F" w:rsidR="008A1E86" w:rsidRPr="004A00B4" w:rsidRDefault="00F10D7F" w:rsidP="008A1E86">
                            <w:pPr>
                              <w:spacing w:after="0" w:line="0" w:lineRule="atLeast"/>
                              <w:ind w:firstLineChars="100" w:firstLine="240"/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電話</w:t>
                            </w:r>
                            <w:r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：</w:t>
                            </w:r>
                            <w:r w:rsidR="008A1E86"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096-</w:t>
                            </w:r>
                            <w:r w:rsidR="008A1E86" w:rsidRPr="004A00B4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293-3510</w:t>
                            </w:r>
                            <w:r w:rsidR="008A1E86"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 xml:space="preserve">　FAX：096-292-1234</w:t>
                            </w:r>
                          </w:p>
                          <w:p w14:paraId="5D011BCA" w14:textId="77777777" w:rsidR="008A1E86" w:rsidRPr="002E38F3" w:rsidRDefault="008A1E86" w:rsidP="008A1E86">
                            <w:pPr>
                              <w:spacing w:after="0" w:line="0" w:lineRule="atLeast"/>
                              <w:ind w:firstLineChars="100" w:firstLine="240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メールアドレス：f</w:t>
                            </w:r>
                            <w:r w:rsidRPr="004A00B4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ukushi@town.ozu.kumamoto.jp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402EAF" id="四角形: 角を丸くする 1" o:spid="_x0000_s1028" style="position:absolute;margin-left:-11.25pt;margin-top:8.65pt;width:543.7pt;height:659.2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41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" fillcolor="window" strokecolor="#4a7ebb">
                <v:shadow on="t" color="black" opacity="22937f" origin=",.5" offset="0,.63889mm"/>
                <v:textbox inset="2mm,0,2mm,1mm">
                  <w:txbxContent>
                    <w:p w14:paraId="475B68AA" w14:textId="10E95AEE" w:rsidR="008A1E86" w:rsidRDefault="00F10D7F" w:rsidP="008A1E86">
                      <w:pPr>
                        <w:spacing w:after="0" w:line="0" w:lineRule="atLeast"/>
                        <w:ind w:firstLineChars="100" w:firstLine="280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大津町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では、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「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第８期大津町障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がい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福祉計画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・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第４期大津町障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がい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児福祉計画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」（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計画期間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：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令和９年度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～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令和１１年度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）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の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策定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に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向け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、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障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がいのある</w:t>
                      </w:r>
                      <w:r w:rsidR="001A7316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人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や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ご家族等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の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生活状況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、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サービス利用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、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今後必要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な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支援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について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把握</w:t>
                      </w:r>
                      <w:r w:rsidR="008A1E86"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するため、</w:t>
                      </w:r>
                      <w:r w:rsidR="008A1E86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アンケー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ト調査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を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実施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します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。みなさまの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ご協力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を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お願い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します。</w:t>
                      </w:r>
                    </w:p>
                    <w:p w14:paraId="18CB25A4" w14:textId="5E4C6569" w:rsidR="008A1E86" w:rsidRPr="002E38F3" w:rsidRDefault="00F10D7F" w:rsidP="008A1E86">
                      <w:pPr>
                        <w:spacing w:before="240" w:after="0" w:line="0" w:lineRule="atLeast"/>
                        <w:rPr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bdr w:val="single" w:sz="4" w:space="0" w:color="auto"/>
                          <w:lang w:eastAsia="ja-JP"/>
                        </w:rPr>
                        <w:t>回答方法</w:t>
                      </w:r>
                      <w:r w:rsidRPr="002E38F3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（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①～③</w:t>
                      </w:r>
                      <w:r w:rsidRPr="002E38F3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どれか１つの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方法</w:t>
                      </w:r>
                      <w:r w:rsidRPr="002E38F3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でご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回答</w:t>
                      </w:r>
                      <w:r w:rsidRPr="002E38F3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ください）</w:t>
                      </w:r>
                    </w:p>
                    <w:p w14:paraId="446FBCED" w14:textId="6476CF2F" w:rsidR="008A1E86" w:rsidRPr="002E38F3" w:rsidRDefault="00F10D7F" w:rsidP="008A1E86">
                      <w:pPr>
                        <w:spacing w:after="0" w:line="0" w:lineRule="atLeast"/>
                        <w:ind w:firstLineChars="100" w:firstLine="360"/>
                        <w:rPr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①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紙面</w:t>
                      </w:r>
                      <w:r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による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回答</w:t>
                      </w:r>
                    </w:p>
                    <w:p w14:paraId="0DAF9A5B" w14:textId="1E282397" w:rsidR="008A1E86" w:rsidRDefault="00F10D7F" w:rsidP="008A1E86">
                      <w:pPr>
                        <w:spacing w:after="0" w:line="0" w:lineRule="atLeast"/>
                        <w:ind w:firstLineChars="200" w:firstLine="560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この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回答用紙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を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大津町役場福祉課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まで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ご提出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ください。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（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持参又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は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郵送可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）</w:t>
                      </w:r>
                    </w:p>
                    <w:p w14:paraId="04EA10CE" w14:textId="77777777" w:rsidR="00F10D7F" w:rsidRDefault="00F10D7F" w:rsidP="008A1E86">
                      <w:pPr>
                        <w:spacing w:after="0" w:line="0" w:lineRule="atLeast"/>
                        <w:ind w:firstLineChars="200" w:firstLine="560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</w:p>
                    <w:p w14:paraId="24C148C3" w14:textId="7C901C1A" w:rsidR="008A1E86" w:rsidRDefault="00F10D7F" w:rsidP="008A1E86">
                      <w:pPr>
                        <w:spacing w:after="0" w:line="0" w:lineRule="atLeast"/>
                        <w:ind w:firstLineChars="100" w:firstLine="360"/>
                        <w:rPr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②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回答</w:t>
                      </w:r>
                      <w:r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フォームによる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回答</w:t>
                      </w:r>
                    </w:p>
                    <w:p w14:paraId="2611210E" w14:textId="15DC342D" w:rsidR="008A1E86" w:rsidRDefault="008A1E86" w:rsidP="008A1E86">
                      <w:pPr>
                        <w:spacing w:after="0" w:line="0" w:lineRule="atLeast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 xml:space="preserve">　　</w:t>
                      </w:r>
                      <w:r w:rsidR="00F10D7F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インターネット上の</w:t>
                      </w:r>
                      <w:r w:rsidR="00F10D7F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回答</w:t>
                      </w:r>
                      <w:r w:rsidR="00F10D7F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フォームにて</w:t>
                      </w:r>
                      <w:r w:rsidR="00F10D7F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回答</w:t>
                      </w:r>
                      <w:r w:rsidR="00F10D7F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できます。</w:t>
                      </w:r>
                    </w:p>
                    <w:p w14:paraId="7A2DE31C" w14:textId="0EC92EC0" w:rsidR="008A1E86" w:rsidRDefault="008A1E86" w:rsidP="008A1E86">
                      <w:pPr>
                        <w:spacing w:after="0" w:line="0" w:lineRule="atLeast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 xml:space="preserve">　　</w:t>
                      </w:r>
                      <w:r w:rsidR="00F10D7F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右</w:t>
                      </w:r>
                      <w:r w:rsidR="00F10D7F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の</w:t>
                      </w:r>
                      <w:r w:rsidR="00F10D7F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QRコード</w:t>
                      </w:r>
                      <w:r w:rsidR="00F10D7F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を</w:t>
                      </w:r>
                      <w:r w:rsidR="00F10D7F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読み込ませて回答</w:t>
                      </w:r>
                      <w:r w:rsidR="00F10D7F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してください。</w:t>
                      </w:r>
                    </w:p>
                    <w:p w14:paraId="57133E5C" w14:textId="77777777" w:rsidR="00F10D7F" w:rsidRPr="002E38F3" w:rsidRDefault="00F10D7F" w:rsidP="008A1E86">
                      <w:pPr>
                        <w:spacing w:after="0" w:line="0" w:lineRule="atLeast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</w:p>
                    <w:p w14:paraId="4D6E9EE2" w14:textId="6AA12B66" w:rsidR="008A1E86" w:rsidRPr="002E38F3" w:rsidRDefault="00F10D7F" w:rsidP="008A1E86">
                      <w:pPr>
                        <w:spacing w:after="0" w:line="0" w:lineRule="atLeast"/>
                        <w:ind w:firstLineChars="100" w:firstLine="360"/>
                        <w:rPr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③メール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・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FAX</w:t>
                      </w:r>
                      <w:r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に</w:t>
                      </w:r>
                      <w:r w:rsidR="008A1E86"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よ</w:t>
                      </w:r>
                      <w:r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る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回答</w:t>
                      </w:r>
                    </w:p>
                    <w:p w14:paraId="27D22BBB" w14:textId="68A08A1F" w:rsidR="008A1E86" w:rsidRDefault="00F10D7F" w:rsidP="008A1E86">
                      <w:pPr>
                        <w:spacing w:after="0" w:line="0" w:lineRule="atLeast"/>
                        <w:ind w:leftChars="283" w:left="567" w:hanging="1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回答用紙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を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町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ホームページからダウンロードして、</w:t>
                      </w:r>
                    </w:p>
                    <w:p w14:paraId="44E4606D" w14:textId="41F33276" w:rsidR="008A1E86" w:rsidRDefault="00F10D7F" w:rsidP="008A1E86">
                      <w:pPr>
                        <w:spacing w:after="0" w:line="0" w:lineRule="atLeast"/>
                        <w:ind w:leftChars="283" w:left="567" w:hanging="1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問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い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合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わせ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先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のメールアドレス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・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FAX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へ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送信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してくだ</w:t>
                      </w:r>
                    </w:p>
                    <w:p w14:paraId="085417FB" w14:textId="0B310B0F" w:rsidR="008A1E86" w:rsidRDefault="00F10D7F" w:rsidP="008A1E86">
                      <w:pPr>
                        <w:spacing w:after="0" w:line="0" w:lineRule="atLeast"/>
                        <w:ind w:leftChars="283" w:left="567" w:hanging="1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さい。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回答用紙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を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写真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・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PDF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などで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読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み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込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んで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送信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さ</w:t>
                      </w:r>
                    </w:p>
                    <w:p w14:paraId="1D28BE9E" w14:textId="3615089C" w:rsidR="008A1E86" w:rsidRDefault="00F10D7F" w:rsidP="008A1E86">
                      <w:pPr>
                        <w:spacing w:after="0" w:line="0" w:lineRule="atLeast"/>
                        <w:ind w:leftChars="283" w:left="567" w:hanging="1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れても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構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いません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。</w:t>
                      </w:r>
                    </w:p>
                    <w:p w14:paraId="3F258359" w14:textId="4321C3CE" w:rsidR="008A1E86" w:rsidRPr="002E38F3" w:rsidRDefault="008A1E86" w:rsidP="008A1E86">
                      <w:pPr>
                        <w:spacing w:before="240" w:after="0" w:line="0" w:lineRule="atLeast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bdr w:val="single" w:sz="4" w:space="0" w:color="auto"/>
                          <w:lang w:eastAsia="ja-JP"/>
                        </w:rPr>
                        <w:t>ア</w:t>
                      </w:r>
                      <w:r w:rsidR="00F10D7F"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bdr w:val="single" w:sz="4" w:space="0" w:color="auto"/>
                          <w:lang w:eastAsia="ja-JP"/>
                        </w:rPr>
                        <w:t>ンケ―ト</w:t>
                      </w:r>
                      <w:r w:rsidR="00F10D7F"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bdr w:val="single" w:sz="4" w:space="0" w:color="auto"/>
                          <w:lang w:eastAsia="ja-JP"/>
                        </w:rPr>
                        <w:t>回答期限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 xml:space="preserve">　</w:t>
                      </w:r>
                      <w:r w:rsidR="00F10D7F"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u w:val="single"/>
                          <w:lang w:eastAsia="ja-JP"/>
                        </w:rPr>
                        <w:t>令和</w:t>
                      </w:r>
                      <w:r w:rsidR="00F10D7F"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u w:val="single"/>
                          <w:lang w:eastAsia="ja-JP"/>
                        </w:rPr>
                        <w:t>８</w:t>
                      </w:r>
                      <w:r w:rsidR="00F10D7F"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u w:val="single"/>
                          <w:lang w:eastAsia="ja-JP"/>
                        </w:rPr>
                        <w:t>年９月３０日</w:t>
                      </w:r>
                      <w:r w:rsidR="00F10D7F"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u w:val="single"/>
                          <w:lang w:eastAsia="ja-JP"/>
                        </w:rPr>
                        <w:t>（</w:t>
                      </w:r>
                      <w:r w:rsidR="00F10D7F"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u w:val="single"/>
                          <w:lang w:eastAsia="ja-JP"/>
                        </w:rPr>
                        <w:t>水</w:t>
                      </w:r>
                      <w:r w:rsidR="00F10D7F"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u w:val="single"/>
                          <w:lang w:eastAsia="ja-JP"/>
                        </w:rPr>
                        <w:t>）</w:t>
                      </w:r>
                      <w:r w:rsidR="00F10D7F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u w:val="single"/>
                          <w:lang w:eastAsia="ja-JP"/>
                        </w:rPr>
                        <w:t>まで</w:t>
                      </w:r>
                    </w:p>
                    <w:p w14:paraId="1D2CBFE8" w14:textId="000022C0" w:rsidR="008A1E86" w:rsidRPr="004A00B4" w:rsidRDefault="008A1E86" w:rsidP="008A1E86">
                      <w:pPr>
                        <w:spacing w:before="240" w:after="0" w:line="0" w:lineRule="atLeast"/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</w:pPr>
                      <w:r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●</w:t>
                      </w:r>
                      <w:r w:rsidR="00F10D7F"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お</w:t>
                      </w:r>
                      <w:r w:rsidR="00F10D7F"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問</w:t>
                      </w:r>
                      <w:r w:rsidR="00F10D7F"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い</w:t>
                      </w:r>
                      <w:r w:rsidR="00F10D7F"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合</w:t>
                      </w:r>
                      <w:r w:rsidR="00F10D7F"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わせ</w:t>
                      </w:r>
                    </w:p>
                    <w:p w14:paraId="58CAE133" w14:textId="6D8649B6" w:rsidR="008A1E86" w:rsidRPr="004A00B4" w:rsidRDefault="00F10D7F" w:rsidP="008A1E86">
                      <w:pPr>
                        <w:spacing w:after="0" w:line="0" w:lineRule="atLeast"/>
                        <w:ind w:firstLineChars="100" w:firstLine="240"/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住所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：</w:t>
                      </w:r>
                      <w:r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〒</w:t>
                      </w:r>
                      <w:r w:rsidRPr="004A00B4"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869-1292</w:t>
                      </w:r>
                      <w:r w:rsidR="008A1E86"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 xml:space="preserve">　</w:t>
                      </w:r>
                      <w:r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大津町大字大津</w:t>
                      </w:r>
                      <w:r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１２３３</w:t>
                      </w:r>
                      <w:r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番地</w:t>
                      </w:r>
                      <w:r w:rsidR="008A1E86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 xml:space="preserve">　　</w:t>
                      </w:r>
                      <w:r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大津町役場福祉課</w:t>
                      </w:r>
                      <w:r w:rsidR="008A1E86"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 xml:space="preserve">　</w:t>
                      </w:r>
                      <w:r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障</w:t>
                      </w:r>
                      <w:r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がい</w:t>
                      </w:r>
                      <w:r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福祉係</w:t>
                      </w:r>
                    </w:p>
                    <w:p w14:paraId="7A2E4B06" w14:textId="4912CA4F" w:rsidR="008A1E86" w:rsidRPr="004A00B4" w:rsidRDefault="00F10D7F" w:rsidP="008A1E86">
                      <w:pPr>
                        <w:spacing w:after="0" w:line="0" w:lineRule="atLeast"/>
                        <w:ind w:firstLineChars="100" w:firstLine="240"/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電話</w:t>
                      </w:r>
                      <w:r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：</w:t>
                      </w:r>
                      <w:r w:rsidR="008A1E86"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096-</w:t>
                      </w:r>
                      <w:r w:rsidR="008A1E86" w:rsidRPr="004A00B4"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293-3510</w:t>
                      </w:r>
                      <w:r w:rsidR="008A1E86"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 xml:space="preserve">　FAX：096-292-1234</w:t>
                      </w:r>
                    </w:p>
                    <w:p w14:paraId="5D011BCA" w14:textId="77777777" w:rsidR="008A1E86" w:rsidRPr="002E38F3" w:rsidRDefault="008A1E86" w:rsidP="008A1E86">
                      <w:pPr>
                        <w:spacing w:after="0" w:line="0" w:lineRule="atLeast"/>
                        <w:ind w:firstLineChars="100" w:firstLine="240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メールアドレス：f</w:t>
                      </w:r>
                      <w:r w:rsidRPr="004A00B4"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ukushi@town.ozu.kumamoto.jp</w:t>
                      </w:r>
                    </w:p>
                  </w:txbxContent>
                </v:textbox>
              </v:roundrect>
            </w:pict>
          </mc:Fallback>
        </mc:AlternateContent>
      </w:r>
      <w:r w:rsidR="00D367F8">
        <w:rPr>
          <w:b/>
          <w:bCs/>
          <w:sz w:val="28"/>
          <w:szCs w:val="36"/>
          <w:lang w:eastAsia="ja-JP"/>
        </w:rPr>
        <w:br w:type="page"/>
      </w:r>
    </w:p>
    <w:p w14:paraId="1CEB3E46" w14:textId="065B762A" w:rsidR="008A1E86" w:rsidRPr="00460116" w:rsidRDefault="00F10D7F" w:rsidP="008A1E86">
      <w:pPr>
        <w:rPr>
          <w:b/>
          <w:bCs/>
          <w:sz w:val="28"/>
          <w:szCs w:val="36"/>
          <w:lang w:eastAsia="ja-JP"/>
        </w:rPr>
      </w:pPr>
      <w:r w:rsidRPr="00460116">
        <w:rPr>
          <w:b/>
          <w:bCs/>
          <w:sz w:val="28"/>
          <w:szCs w:val="36"/>
          <w:lang w:eastAsia="ja-JP"/>
        </w:rPr>
        <w:lastRenderedPageBreak/>
        <w:t>※</w:t>
      </w:r>
      <w:r>
        <w:rPr>
          <w:b/>
          <w:bCs/>
          <w:sz w:val="28"/>
          <w:szCs w:val="36"/>
          <w:lang w:eastAsia="ja-JP"/>
        </w:rPr>
        <w:t>回答</w:t>
      </w:r>
      <w:r w:rsidRPr="00460116">
        <w:rPr>
          <w:b/>
          <w:bCs/>
          <w:sz w:val="28"/>
          <w:szCs w:val="36"/>
          <w:lang w:eastAsia="ja-JP"/>
        </w:rPr>
        <w:t>は</w:t>
      </w:r>
      <w:r>
        <w:rPr>
          <w:b/>
          <w:bCs/>
          <w:sz w:val="28"/>
          <w:szCs w:val="36"/>
          <w:lang w:eastAsia="ja-JP"/>
        </w:rPr>
        <w:t>無記名</w:t>
      </w:r>
      <w:r w:rsidRPr="00460116">
        <w:rPr>
          <w:b/>
          <w:bCs/>
          <w:sz w:val="28"/>
          <w:szCs w:val="36"/>
          <w:lang w:eastAsia="ja-JP"/>
        </w:rPr>
        <w:t>で、</w:t>
      </w:r>
      <w:r>
        <w:rPr>
          <w:b/>
          <w:bCs/>
          <w:sz w:val="28"/>
          <w:szCs w:val="36"/>
          <w:lang w:eastAsia="ja-JP"/>
        </w:rPr>
        <w:t>回答内容</w:t>
      </w:r>
      <w:r w:rsidRPr="00460116">
        <w:rPr>
          <w:b/>
          <w:bCs/>
          <w:sz w:val="28"/>
          <w:szCs w:val="36"/>
          <w:lang w:eastAsia="ja-JP"/>
        </w:rPr>
        <w:t>は</w:t>
      </w:r>
      <w:r>
        <w:rPr>
          <w:b/>
          <w:bCs/>
          <w:sz w:val="28"/>
          <w:szCs w:val="36"/>
          <w:lang w:eastAsia="ja-JP"/>
        </w:rPr>
        <w:t>計画策定</w:t>
      </w:r>
      <w:r w:rsidRPr="00460116">
        <w:rPr>
          <w:b/>
          <w:bCs/>
          <w:sz w:val="28"/>
          <w:szCs w:val="36"/>
          <w:lang w:eastAsia="ja-JP"/>
        </w:rPr>
        <w:t>の</w:t>
      </w:r>
      <w:r>
        <w:rPr>
          <w:b/>
          <w:bCs/>
          <w:sz w:val="28"/>
          <w:szCs w:val="36"/>
          <w:lang w:eastAsia="ja-JP"/>
        </w:rPr>
        <w:t>目的以外</w:t>
      </w:r>
      <w:r w:rsidRPr="00460116">
        <w:rPr>
          <w:b/>
          <w:bCs/>
          <w:sz w:val="28"/>
          <w:szCs w:val="36"/>
          <w:lang w:eastAsia="ja-JP"/>
        </w:rPr>
        <w:t>には</w:t>
      </w:r>
      <w:r>
        <w:rPr>
          <w:b/>
          <w:bCs/>
          <w:sz w:val="28"/>
          <w:szCs w:val="36"/>
          <w:lang w:eastAsia="ja-JP"/>
        </w:rPr>
        <w:t>使用</w:t>
      </w:r>
      <w:r w:rsidRPr="00460116">
        <w:rPr>
          <w:b/>
          <w:bCs/>
          <w:sz w:val="28"/>
          <w:szCs w:val="36"/>
          <w:lang w:eastAsia="ja-JP"/>
        </w:rPr>
        <w:t>しません。</w:t>
      </w:r>
    </w:p>
    <w:p w14:paraId="0E0C9017" w14:textId="710E1D0E" w:rsidR="00AF7FDD" w:rsidRPr="00460116" w:rsidRDefault="008A1E86" w:rsidP="008A1E86">
      <w:pPr>
        <w:rPr>
          <w:b/>
          <w:bCs/>
          <w:lang w:eastAsia="ja-JP"/>
        </w:rPr>
      </w:pPr>
      <w:r>
        <w:rPr>
          <w:rFonts w:hint="eastAsia"/>
          <w:b/>
          <w:bCs/>
          <w:noProof/>
          <w:sz w:val="28"/>
          <w:szCs w:val="36"/>
          <w:lang w:eastAsia="ja-J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979B12" wp14:editId="200AE38C">
                <wp:simplePos x="0" y="0"/>
                <wp:positionH relativeFrom="column">
                  <wp:posOffset>1600200</wp:posOffset>
                </wp:positionH>
                <wp:positionV relativeFrom="paragraph">
                  <wp:posOffset>86360</wp:posOffset>
                </wp:positionV>
                <wp:extent cx="228600" cy="161925"/>
                <wp:effectExtent l="57150" t="38100" r="38100" b="104775"/>
                <wp:wrapNone/>
                <wp:docPr id="6" name="フリーフォーム: 図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61925"/>
                        </a:xfrm>
                        <a:custGeom>
                          <a:avLst/>
                          <a:gdLst>
                            <a:gd name="connsiteX0" fmla="*/ 0 w 228600"/>
                            <a:gd name="connsiteY0" fmla="*/ 57150 h 161925"/>
                            <a:gd name="connsiteX1" fmla="*/ 95250 w 228600"/>
                            <a:gd name="connsiteY1" fmla="*/ 161925 h 161925"/>
                            <a:gd name="connsiteX2" fmla="*/ 228600 w 228600"/>
                            <a:gd name="connsiteY2" fmla="*/ 0 h 1619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28600" h="161925">
                              <a:moveTo>
                                <a:pt x="0" y="57150"/>
                              </a:moveTo>
                              <a:lnTo>
                                <a:pt x="95250" y="161925"/>
                              </a:ln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C0BCA" id="フリーフォーム: 図形 6" o:spid="_x0000_s1026" style="position:absolute;left:0;text-align:left;margin-left:126pt;margin-top:6.8pt;width:18pt;height:12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860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" path="m,57150l95250,161925,228600,e" filled="f" strokecolor="windowText" strokeweight="3pt">
                <v:shadow on="t" color="black" opacity="22937f" origin=",.5" offset="0,.63889mm"/>
                <v:path arrowok="t" o:connecttype="custom" o:connectlocs="0,57150;95250,161925;228600,0" o:connectangles="0,0,0"/>
              </v:shape>
            </w:pict>
          </mc:Fallback>
        </mc:AlternateContent>
      </w:r>
      <w:r w:rsidR="00F10D7F" w:rsidRPr="00460116">
        <w:rPr>
          <w:rFonts w:hint="eastAsia"/>
          <w:b/>
          <w:bCs/>
          <w:sz w:val="28"/>
          <w:szCs w:val="36"/>
          <w:lang w:eastAsia="ja-JP"/>
        </w:rPr>
        <w:t>※</w:t>
      </w:r>
      <w:r w:rsidR="00F10D7F">
        <w:rPr>
          <w:b/>
          <w:bCs/>
          <w:sz w:val="28"/>
          <w:szCs w:val="36"/>
          <w:lang w:eastAsia="ja-JP"/>
        </w:rPr>
        <w:t>該当</w:t>
      </w:r>
      <w:r w:rsidR="00F10D7F" w:rsidRPr="00460116">
        <w:rPr>
          <w:b/>
          <w:bCs/>
          <w:sz w:val="28"/>
          <w:szCs w:val="36"/>
          <w:lang w:eastAsia="ja-JP"/>
        </w:rPr>
        <w:t>する</w:t>
      </w:r>
      <w:r w:rsidR="00F10D7F">
        <w:rPr>
          <w:b/>
          <w:bCs/>
          <w:sz w:val="28"/>
          <w:szCs w:val="36"/>
          <w:lang w:eastAsia="ja-JP"/>
        </w:rPr>
        <w:t>項目</w:t>
      </w:r>
      <w:r w:rsidR="00F10D7F" w:rsidRPr="00460116">
        <w:rPr>
          <w:b/>
          <w:bCs/>
          <w:sz w:val="28"/>
          <w:szCs w:val="36"/>
          <w:lang w:eastAsia="ja-JP"/>
        </w:rPr>
        <w:t>に</w:t>
      </w:r>
      <w:r>
        <w:rPr>
          <w:rFonts w:hint="eastAsia"/>
          <w:b/>
          <w:bCs/>
          <w:sz w:val="28"/>
          <w:szCs w:val="36"/>
          <w:lang w:eastAsia="ja-JP"/>
        </w:rPr>
        <w:t xml:space="preserve">　</w:t>
      </w:r>
      <w:r w:rsidR="00F10D7F">
        <w:rPr>
          <w:rFonts w:ascii="Segoe UI Symbol" w:hAnsi="Segoe UI Symbol" w:cs="Segoe UI Symbol"/>
          <w:b/>
          <w:bCs/>
          <w:sz w:val="28"/>
          <w:szCs w:val="36"/>
          <w:lang w:eastAsia="ja-JP"/>
        </w:rPr>
        <w:t>☐</w:t>
      </w:r>
      <w:r w:rsidR="00F10D7F">
        <w:rPr>
          <w:rFonts w:ascii="Segoe UI Emoji" w:hAnsi="Segoe UI Emoji" w:cs="Segoe UI Emoji" w:hint="eastAsia"/>
          <w:b/>
          <w:bCs/>
          <w:sz w:val="28"/>
          <w:szCs w:val="36"/>
          <w:lang w:eastAsia="ja-JP"/>
        </w:rPr>
        <w:t>（チェック）</w:t>
      </w:r>
      <w:r w:rsidR="00F10D7F" w:rsidRPr="00460116">
        <w:rPr>
          <w:b/>
          <w:bCs/>
          <w:sz w:val="28"/>
          <w:szCs w:val="36"/>
          <w:lang w:eastAsia="ja-JP"/>
        </w:rPr>
        <w:t>を</w:t>
      </w:r>
      <w:r w:rsidR="00F10D7F">
        <w:rPr>
          <w:b/>
          <w:bCs/>
          <w:sz w:val="28"/>
          <w:szCs w:val="36"/>
          <w:lang w:eastAsia="ja-JP"/>
        </w:rPr>
        <w:t>付</w:t>
      </w:r>
      <w:r w:rsidR="00F10D7F" w:rsidRPr="00460116">
        <w:rPr>
          <w:b/>
          <w:bCs/>
          <w:sz w:val="28"/>
          <w:szCs w:val="36"/>
          <w:lang w:eastAsia="ja-JP"/>
        </w:rPr>
        <w:t>けて</w:t>
      </w:r>
      <w:r w:rsidRPr="00460116">
        <w:rPr>
          <w:b/>
          <w:bCs/>
          <w:sz w:val="28"/>
          <w:szCs w:val="36"/>
          <w:lang w:eastAsia="ja-JP"/>
        </w:rPr>
        <w:t>ください。</w:t>
      </w:r>
    </w:p>
    <w:p w14:paraId="5FE115B9" w14:textId="61B5950D" w:rsidR="00526617" w:rsidRPr="00916A40" w:rsidRDefault="00494CEE">
      <w:pPr>
        <w:pStyle w:val="1"/>
        <w:rPr>
          <w:sz w:val="36"/>
          <w:szCs w:val="36"/>
          <w:lang w:eastAsia="ja-JP"/>
        </w:rPr>
      </w:pPr>
      <w:r w:rsidRPr="006C0677">
        <w:rPr>
          <w:sz w:val="36"/>
          <w:szCs w:val="36"/>
          <w:bdr w:val="single" w:sz="4" w:space="0" w:color="auto"/>
          <w:lang w:eastAsia="ja-JP"/>
        </w:rPr>
        <w:t>1</w:t>
      </w:r>
      <w:r w:rsidRPr="006C0677">
        <w:rPr>
          <w:sz w:val="36"/>
          <w:szCs w:val="36"/>
          <w:bdr w:val="single" w:sz="4" w:space="0" w:color="auto"/>
          <w:lang w:eastAsia="ja-JP"/>
        </w:rPr>
        <w:t xml:space="preserve">　</w:t>
      </w:r>
      <w:r w:rsidR="00F10D7F">
        <w:rPr>
          <w:rFonts w:hint="eastAsia"/>
          <w:sz w:val="36"/>
          <w:szCs w:val="36"/>
          <w:bdr w:val="single" w:sz="4" w:space="0" w:color="auto"/>
          <w:lang w:eastAsia="ja-JP"/>
        </w:rPr>
        <w:t>回答者</w:t>
      </w:r>
      <w:r w:rsidR="00F10D7F" w:rsidRPr="006C0677">
        <w:rPr>
          <w:rFonts w:hint="eastAsia"/>
          <w:sz w:val="36"/>
          <w:szCs w:val="36"/>
          <w:bdr w:val="single" w:sz="4" w:space="0" w:color="auto"/>
          <w:lang w:eastAsia="ja-JP"/>
        </w:rPr>
        <w:t>と</w:t>
      </w:r>
      <w:r w:rsidR="00F10D7F">
        <w:rPr>
          <w:rFonts w:hint="eastAsia"/>
          <w:sz w:val="36"/>
          <w:szCs w:val="36"/>
          <w:bdr w:val="single" w:sz="4" w:space="0" w:color="auto"/>
          <w:lang w:eastAsia="ja-JP"/>
        </w:rPr>
        <w:t>障</w:t>
      </w:r>
      <w:r w:rsidR="00F10D7F" w:rsidRPr="006C0677">
        <w:rPr>
          <w:rFonts w:hint="eastAsia"/>
          <w:sz w:val="36"/>
          <w:szCs w:val="36"/>
          <w:bdr w:val="single" w:sz="4" w:space="0" w:color="auto"/>
          <w:lang w:eastAsia="ja-JP"/>
        </w:rPr>
        <w:t>がい</w:t>
      </w:r>
      <w:r w:rsidR="00F10D7F">
        <w:rPr>
          <w:rFonts w:hint="eastAsia"/>
          <w:sz w:val="36"/>
          <w:szCs w:val="36"/>
          <w:bdr w:val="single" w:sz="4" w:space="0" w:color="auto"/>
          <w:lang w:eastAsia="ja-JP"/>
        </w:rPr>
        <w:t>者</w:t>
      </w:r>
      <w:r w:rsidR="00F10D7F" w:rsidRPr="006C0677">
        <w:rPr>
          <w:rFonts w:hint="eastAsia"/>
          <w:sz w:val="36"/>
          <w:szCs w:val="36"/>
          <w:bdr w:val="single" w:sz="4" w:space="0" w:color="auto"/>
          <w:lang w:eastAsia="ja-JP"/>
        </w:rPr>
        <w:t>ご</w:t>
      </w:r>
      <w:r w:rsidR="00F10D7F">
        <w:rPr>
          <w:rFonts w:hint="eastAsia"/>
          <w:sz w:val="36"/>
          <w:szCs w:val="36"/>
          <w:bdr w:val="single" w:sz="4" w:space="0" w:color="auto"/>
          <w:lang w:eastAsia="ja-JP"/>
        </w:rPr>
        <w:t>本人</w:t>
      </w:r>
      <w:r w:rsidR="00F10D7F" w:rsidRPr="006C0677">
        <w:rPr>
          <w:rFonts w:hint="eastAsia"/>
          <w:sz w:val="36"/>
          <w:szCs w:val="36"/>
          <w:bdr w:val="single" w:sz="4" w:space="0" w:color="auto"/>
          <w:lang w:eastAsia="ja-JP"/>
        </w:rPr>
        <w:t>との</w:t>
      </w:r>
      <w:r w:rsidR="00F10D7F">
        <w:rPr>
          <w:rFonts w:hint="eastAsia"/>
          <w:sz w:val="36"/>
          <w:szCs w:val="36"/>
          <w:bdr w:val="single" w:sz="4" w:space="0" w:color="auto"/>
          <w:lang w:eastAsia="ja-JP"/>
        </w:rPr>
        <w:t>関係</w:t>
      </w:r>
      <w:r w:rsidR="00F10D7F" w:rsidRPr="006C0677">
        <w:rPr>
          <w:rFonts w:hint="eastAsia"/>
          <w:sz w:val="36"/>
          <w:szCs w:val="36"/>
          <w:bdr w:val="single" w:sz="4" w:space="0" w:color="auto"/>
          <w:lang w:eastAsia="ja-JP"/>
        </w:rPr>
        <w:t>について</w:t>
      </w:r>
    </w:p>
    <w:p w14:paraId="590B4E6B" w14:textId="5AE4FE4D" w:rsidR="00526617" w:rsidRPr="00372F09" w:rsidRDefault="00494CEE" w:rsidP="00372F09">
      <w:pPr>
        <w:ind w:firstLineChars="100" w:firstLine="320"/>
        <w:rPr>
          <w:sz w:val="32"/>
          <w:szCs w:val="32"/>
          <w:lang w:eastAsia="ja-JP"/>
        </w:rPr>
      </w:pPr>
      <w:r w:rsidRPr="00372F09">
        <w:rPr>
          <w:b/>
          <w:sz w:val="32"/>
          <w:szCs w:val="32"/>
          <w:lang w:eastAsia="ja-JP"/>
        </w:rPr>
        <w:t xml:space="preserve">問1　</w:t>
      </w:r>
      <w:r w:rsidR="00BA172B">
        <w:rPr>
          <w:rFonts w:hint="eastAsia"/>
          <w:b/>
          <w:sz w:val="32"/>
          <w:szCs w:val="32"/>
          <w:lang w:eastAsia="ja-JP"/>
        </w:rPr>
        <w:t>支援している</w:t>
      </w:r>
      <w:r w:rsidRPr="00372F09">
        <w:rPr>
          <w:b/>
          <w:sz w:val="32"/>
          <w:szCs w:val="32"/>
          <w:lang w:eastAsia="ja-JP"/>
        </w:rPr>
        <w:t>回答者はどなたですか。</w:t>
      </w:r>
    </w:p>
    <w:p w14:paraId="52E0E735" w14:textId="4995F607" w:rsidR="00526617" w:rsidRPr="00372F09" w:rsidRDefault="00494CEE" w:rsidP="00372F09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父母</w:t>
      </w:r>
      <w:r w:rsidR="00F10D7F">
        <w:rPr>
          <w:sz w:val="28"/>
          <w:szCs w:val="28"/>
          <w:lang w:eastAsia="ja-JP"/>
        </w:rPr>
        <w:tab/>
      </w:r>
      <w:r w:rsidR="00F10D7F">
        <w:rPr>
          <w:sz w:val="28"/>
          <w:szCs w:val="28"/>
          <w:lang w:eastAsia="ja-JP"/>
        </w:rPr>
        <w:tab/>
      </w:r>
      <w:r w:rsidR="00F10D7F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配偶者</w:t>
      </w:r>
      <w:r w:rsidR="00F10D7F">
        <w:rPr>
          <w:sz w:val="28"/>
          <w:szCs w:val="28"/>
          <w:lang w:eastAsia="ja-JP"/>
        </w:rPr>
        <w:tab/>
      </w:r>
      <w:r w:rsidR="00F10D7F">
        <w:rPr>
          <w:sz w:val="28"/>
          <w:szCs w:val="28"/>
          <w:lang w:eastAsia="ja-JP"/>
        </w:rPr>
        <w:tab/>
      </w:r>
      <w:r w:rsidR="00F10D7F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子</w:t>
      </w:r>
    </w:p>
    <w:p w14:paraId="4EF913C9" w14:textId="472E680C" w:rsidR="00526617" w:rsidRPr="00372F09" w:rsidRDefault="00494CEE" w:rsidP="00372F09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兄弟姉妹</w:t>
      </w:r>
      <w:r w:rsidR="00F10D7F">
        <w:rPr>
          <w:sz w:val="28"/>
          <w:szCs w:val="28"/>
          <w:lang w:eastAsia="ja-JP"/>
        </w:rPr>
        <w:tab/>
      </w:r>
      <w:r w:rsidR="00F10D7F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祖父母</w:t>
      </w:r>
      <w:r w:rsidR="00F10D7F">
        <w:rPr>
          <w:sz w:val="28"/>
          <w:szCs w:val="28"/>
          <w:lang w:eastAsia="ja-JP"/>
        </w:rPr>
        <w:tab/>
      </w:r>
      <w:r w:rsidR="00F10D7F">
        <w:rPr>
          <w:sz w:val="28"/>
          <w:szCs w:val="28"/>
          <w:lang w:eastAsia="ja-JP"/>
        </w:rPr>
        <w:tab/>
      </w:r>
      <w:r w:rsidR="00F10D7F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その他の親族</w:t>
      </w:r>
    </w:p>
    <w:p w14:paraId="6DEB78AD" w14:textId="72DAEE54" w:rsidR="00526617" w:rsidRPr="00372F09" w:rsidRDefault="00494CEE" w:rsidP="00372F09">
      <w:pPr>
        <w:ind w:firstLineChars="300" w:firstLine="840"/>
        <w:rPr>
          <w:sz w:val="28"/>
          <w:szCs w:val="28"/>
        </w:rPr>
      </w:pPr>
      <w:r w:rsidRPr="00372F09">
        <w:rPr>
          <w:sz w:val="28"/>
          <w:szCs w:val="28"/>
        </w:rPr>
        <w:t xml:space="preserve">□ </w:t>
      </w:r>
      <w:proofErr w:type="spellStart"/>
      <w:r w:rsidRPr="00372F09">
        <w:rPr>
          <w:sz w:val="28"/>
          <w:szCs w:val="28"/>
        </w:rPr>
        <w:t>成年後見人等</w:t>
      </w:r>
      <w:proofErr w:type="spellEnd"/>
      <w:r w:rsidR="00F10D7F">
        <w:rPr>
          <w:sz w:val="28"/>
          <w:szCs w:val="28"/>
        </w:rPr>
        <w:tab/>
      </w:r>
      <w:r w:rsidR="00F10D7F">
        <w:rPr>
          <w:sz w:val="28"/>
          <w:szCs w:val="28"/>
        </w:rPr>
        <w:tab/>
      </w:r>
      <w:r w:rsidRPr="00372F09">
        <w:rPr>
          <w:sz w:val="28"/>
          <w:szCs w:val="28"/>
        </w:rPr>
        <w:t xml:space="preserve">□ </w:t>
      </w:r>
      <w:proofErr w:type="spellStart"/>
      <w:r w:rsidRPr="00372F09">
        <w:rPr>
          <w:sz w:val="28"/>
          <w:szCs w:val="28"/>
        </w:rPr>
        <w:t>相談支援専門員</w:t>
      </w:r>
      <w:proofErr w:type="spellEnd"/>
    </w:p>
    <w:p w14:paraId="7D816FC4" w14:textId="0D312D69" w:rsidR="00526617" w:rsidRPr="00372F09" w:rsidRDefault="00494CEE" w:rsidP="00372F09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 xml:space="preserve">□ その他の支援者（　　</w:t>
      </w:r>
      <w:r w:rsidR="00372F09">
        <w:rPr>
          <w:rFonts w:hint="eastAsia"/>
          <w:sz w:val="28"/>
          <w:szCs w:val="28"/>
          <w:lang w:eastAsia="ja-JP"/>
        </w:rPr>
        <w:t xml:space="preserve">　　　　　　　　　　　　　　　</w:t>
      </w:r>
      <w:r w:rsidRPr="00372F09">
        <w:rPr>
          <w:sz w:val="28"/>
          <w:szCs w:val="28"/>
          <w:lang w:eastAsia="ja-JP"/>
        </w:rPr>
        <w:t xml:space="preserve">　　）</w:t>
      </w:r>
    </w:p>
    <w:p w14:paraId="69A9BA32" w14:textId="421E5F95" w:rsidR="00526617" w:rsidRPr="00372F09" w:rsidRDefault="00494CEE" w:rsidP="00F10D7F">
      <w:pPr>
        <w:ind w:firstLineChars="100" w:firstLine="320"/>
        <w:rPr>
          <w:sz w:val="32"/>
          <w:szCs w:val="32"/>
          <w:lang w:eastAsia="ja-JP"/>
        </w:rPr>
      </w:pPr>
      <w:r w:rsidRPr="00372F09">
        <w:rPr>
          <w:b/>
          <w:sz w:val="32"/>
          <w:szCs w:val="32"/>
          <w:lang w:eastAsia="ja-JP"/>
        </w:rPr>
        <w:t>問2　支援している</w:t>
      </w:r>
      <w:r w:rsidR="00372F09">
        <w:rPr>
          <w:rFonts w:hint="eastAsia"/>
          <w:b/>
          <w:sz w:val="32"/>
          <w:szCs w:val="32"/>
          <w:lang w:eastAsia="ja-JP"/>
        </w:rPr>
        <w:t>回答者</w:t>
      </w:r>
      <w:r w:rsidRPr="00372F09">
        <w:rPr>
          <w:b/>
          <w:sz w:val="32"/>
          <w:szCs w:val="32"/>
          <w:lang w:eastAsia="ja-JP"/>
        </w:rPr>
        <w:t>の年齢をお答えください。</w:t>
      </w:r>
    </w:p>
    <w:p w14:paraId="2ADDF69D" w14:textId="0EDCED51" w:rsidR="00526617" w:rsidRPr="00372F09" w:rsidRDefault="00494CEE" w:rsidP="00372F09">
      <w:pPr>
        <w:ind w:firstLineChars="300" w:firstLine="840"/>
        <w:rPr>
          <w:sz w:val="28"/>
          <w:szCs w:val="28"/>
        </w:rPr>
      </w:pPr>
      <w:r w:rsidRPr="00372F09">
        <w:rPr>
          <w:sz w:val="28"/>
          <w:szCs w:val="28"/>
        </w:rPr>
        <w:t>□ 18～29歳</w:t>
      </w:r>
      <w:r w:rsidR="00F10D7F">
        <w:rPr>
          <w:sz w:val="28"/>
          <w:szCs w:val="28"/>
        </w:rPr>
        <w:tab/>
      </w:r>
      <w:r w:rsidR="00F10D7F">
        <w:rPr>
          <w:sz w:val="28"/>
          <w:szCs w:val="28"/>
        </w:rPr>
        <w:tab/>
      </w:r>
      <w:r w:rsidRPr="00372F09">
        <w:rPr>
          <w:sz w:val="28"/>
          <w:szCs w:val="28"/>
        </w:rPr>
        <w:t>□ 30～39歳</w:t>
      </w:r>
      <w:r w:rsidR="00F10D7F">
        <w:rPr>
          <w:sz w:val="28"/>
          <w:szCs w:val="28"/>
        </w:rPr>
        <w:tab/>
      </w:r>
      <w:r w:rsidR="00F10D7F">
        <w:rPr>
          <w:sz w:val="28"/>
          <w:szCs w:val="28"/>
        </w:rPr>
        <w:tab/>
      </w:r>
      <w:r w:rsidRPr="00372F09">
        <w:rPr>
          <w:sz w:val="28"/>
          <w:szCs w:val="28"/>
        </w:rPr>
        <w:t>□ 40～49歳</w:t>
      </w:r>
    </w:p>
    <w:p w14:paraId="3736475F" w14:textId="3EEB9668" w:rsidR="00526617" w:rsidRPr="00372F09" w:rsidRDefault="00494CEE" w:rsidP="00372F09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</w:rPr>
        <w:t>□ 50～59歳</w:t>
      </w:r>
      <w:r w:rsidR="00F10D7F">
        <w:rPr>
          <w:sz w:val="28"/>
          <w:szCs w:val="28"/>
        </w:rPr>
        <w:tab/>
      </w:r>
      <w:r w:rsidR="00F10D7F">
        <w:rPr>
          <w:sz w:val="28"/>
          <w:szCs w:val="28"/>
        </w:rPr>
        <w:tab/>
      </w:r>
      <w:r w:rsidRPr="00372F09">
        <w:rPr>
          <w:sz w:val="28"/>
          <w:szCs w:val="28"/>
          <w:lang w:eastAsia="ja-JP"/>
        </w:rPr>
        <w:t>□ 60～64歳</w:t>
      </w:r>
      <w:r w:rsidR="00F10D7F">
        <w:rPr>
          <w:sz w:val="28"/>
          <w:szCs w:val="28"/>
          <w:lang w:eastAsia="ja-JP"/>
        </w:rPr>
        <w:tab/>
      </w:r>
      <w:r w:rsidR="00F10D7F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65～74歳</w:t>
      </w:r>
    </w:p>
    <w:p w14:paraId="385CE818" w14:textId="77777777" w:rsidR="00526617" w:rsidRPr="00372F09" w:rsidRDefault="00494CEE" w:rsidP="00372F09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75歳以上</w:t>
      </w:r>
    </w:p>
    <w:p w14:paraId="5F40BFBA" w14:textId="01DCD3AB" w:rsidR="00526617" w:rsidRPr="00372F09" w:rsidRDefault="00494CEE" w:rsidP="00F10D7F">
      <w:pPr>
        <w:ind w:rightChars="138" w:right="276" w:firstLineChars="100" w:firstLine="320"/>
        <w:rPr>
          <w:sz w:val="32"/>
          <w:szCs w:val="32"/>
          <w:lang w:eastAsia="ja-JP"/>
        </w:rPr>
      </w:pPr>
      <w:r w:rsidRPr="00372F09">
        <w:rPr>
          <w:b/>
          <w:sz w:val="32"/>
          <w:szCs w:val="32"/>
          <w:lang w:eastAsia="ja-JP"/>
        </w:rPr>
        <w:t xml:space="preserve">問3　</w:t>
      </w:r>
      <w:r w:rsidR="00372F09" w:rsidRPr="00372F09">
        <w:rPr>
          <w:rFonts w:hint="eastAsia"/>
          <w:b/>
          <w:sz w:val="32"/>
          <w:szCs w:val="32"/>
          <w:lang w:eastAsia="ja-JP"/>
        </w:rPr>
        <w:t>ご本人</w:t>
      </w:r>
      <w:r w:rsidR="00372F09">
        <w:rPr>
          <w:rFonts w:hint="eastAsia"/>
          <w:b/>
          <w:sz w:val="32"/>
          <w:szCs w:val="32"/>
          <w:lang w:eastAsia="ja-JP"/>
        </w:rPr>
        <w:t>の</w:t>
      </w:r>
      <w:r w:rsidRPr="00372F09">
        <w:rPr>
          <w:b/>
          <w:sz w:val="32"/>
          <w:szCs w:val="32"/>
          <w:lang w:eastAsia="ja-JP"/>
        </w:rPr>
        <w:t>障がい等</w:t>
      </w:r>
      <w:r w:rsidR="00F10D7F">
        <w:rPr>
          <w:rFonts w:hint="eastAsia"/>
          <w:b/>
          <w:sz w:val="32"/>
          <w:szCs w:val="32"/>
          <w:lang w:eastAsia="ja-JP"/>
        </w:rPr>
        <w:t>の種類</w:t>
      </w:r>
      <w:r w:rsidRPr="00372F09">
        <w:rPr>
          <w:b/>
          <w:sz w:val="32"/>
          <w:szCs w:val="32"/>
          <w:lang w:eastAsia="ja-JP"/>
        </w:rPr>
        <w:t>をお答えください。（複数回答可）</w:t>
      </w:r>
    </w:p>
    <w:p w14:paraId="7C491EC5" w14:textId="487B36B0" w:rsidR="00F10D7F" w:rsidRPr="00460116" w:rsidRDefault="00F10D7F" w:rsidP="00F10D7F">
      <w:pPr>
        <w:ind w:firstLineChars="300" w:firstLine="840"/>
        <w:rPr>
          <w:sz w:val="28"/>
          <w:szCs w:val="28"/>
          <w:lang w:eastAsia="ja-JP"/>
        </w:rPr>
      </w:pPr>
      <w:bookmarkStart w:id="0" w:name="_Hlk237876439"/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身体障</w:t>
      </w:r>
      <w:r w:rsidRPr="00460116">
        <w:rPr>
          <w:sz w:val="28"/>
          <w:szCs w:val="28"/>
          <w:lang w:eastAsia="ja-JP"/>
        </w:rPr>
        <w:t>がい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知的障</w:t>
      </w:r>
      <w:r w:rsidRPr="00460116">
        <w:rPr>
          <w:sz w:val="28"/>
          <w:szCs w:val="28"/>
          <w:lang w:eastAsia="ja-JP"/>
        </w:rPr>
        <w:t>がい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精神障</w:t>
      </w:r>
      <w:r w:rsidRPr="00460116">
        <w:rPr>
          <w:sz w:val="28"/>
          <w:szCs w:val="28"/>
          <w:lang w:eastAsia="ja-JP"/>
        </w:rPr>
        <w:t>がい</w:t>
      </w:r>
    </w:p>
    <w:p w14:paraId="1C2E58D0" w14:textId="0E0A83E7" w:rsidR="00F10D7F" w:rsidRDefault="00F10D7F" w:rsidP="00F10D7F">
      <w:pPr>
        <w:ind w:firstLineChars="300" w:firstLine="84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□</w:t>
      </w:r>
      <w:r w:rsidRPr="00460116">
        <w:rPr>
          <w:sz w:val="28"/>
          <w:szCs w:val="28"/>
          <w:lang w:eastAsia="ja-JP"/>
        </w:rPr>
        <w:t xml:space="preserve"> </w:t>
      </w:r>
      <w:r>
        <w:rPr>
          <w:sz w:val="28"/>
          <w:szCs w:val="28"/>
          <w:lang w:eastAsia="ja-JP"/>
        </w:rPr>
        <w:t>発達障</w:t>
      </w:r>
      <w:r w:rsidRPr="00460116">
        <w:rPr>
          <w:sz w:val="28"/>
          <w:szCs w:val="28"/>
          <w:lang w:eastAsia="ja-JP"/>
        </w:rPr>
        <w:t>がい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  <w:t>□</w:t>
      </w:r>
      <w:r w:rsidRPr="00460116">
        <w:rPr>
          <w:sz w:val="28"/>
          <w:szCs w:val="28"/>
          <w:lang w:eastAsia="ja-JP"/>
        </w:rPr>
        <w:t xml:space="preserve"> </w:t>
      </w:r>
      <w:r>
        <w:rPr>
          <w:sz w:val="28"/>
          <w:szCs w:val="28"/>
          <w:lang w:eastAsia="ja-JP"/>
        </w:rPr>
        <w:t>難病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高次脳機能障</w:t>
      </w:r>
      <w:r w:rsidRPr="00460116">
        <w:rPr>
          <w:sz w:val="28"/>
          <w:szCs w:val="28"/>
          <w:lang w:eastAsia="ja-JP"/>
        </w:rPr>
        <w:t>がい</w:t>
      </w:r>
    </w:p>
    <w:p w14:paraId="3911F71C" w14:textId="0B7E08F1" w:rsidR="00F10D7F" w:rsidRDefault="00F10D7F" w:rsidP="00F10D7F">
      <w:pPr>
        <w:ind w:firstLineChars="300" w:firstLine="84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□ </w:t>
      </w:r>
      <w:r>
        <w:rPr>
          <w:rFonts w:hint="eastAsia"/>
          <w:sz w:val="28"/>
          <w:szCs w:val="28"/>
          <w:lang w:eastAsia="ja-JP"/>
        </w:rPr>
        <w:t>医療的ケア（医療的ケアの内容：　　　　　　　　　　　　）</w:t>
      </w:r>
    </w:p>
    <w:p w14:paraId="0141B4F5" w14:textId="42CB3ABC" w:rsidR="00F10D7F" w:rsidRPr="00460116" w:rsidRDefault="00F10D7F" w:rsidP="00F10D7F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その</w:t>
      </w:r>
      <w:r>
        <w:rPr>
          <w:sz w:val="28"/>
          <w:szCs w:val="28"/>
          <w:lang w:eastAsia="ja-JP"/>
        </w:rPr>
        <w:t>他</w:t>
      </w:r>
      <w:r w:rsidRPr="00460116">
        <w:rPr>
          <w:sz w:val="28"/>
          <w:szCs w:val="28"/>
          <w:lang w:eastAsia="ja-JP"/>
        </w:rPr>
        <w:t xml:space="preserve">（　　</w:t>
      </w:r>
      <w:r>
        <w:rPr>
          <w:rFonts w:hint="eastAsia"/>
          <w:sz w:val="28"/>
          <w:szCs w:val="28"/>
          <w:lang w:eastAsia="ja-JP"/>
        </w:rPr>
        <w:t xml:space="preserve">　　　　　　　　　　　　　　　</w:t>
      </w:r>
      <w:r w:rsidRPr="00460116">
        <w:rPr>
          <w:sz w:val="28"/>
          <w:szCs w:val="28"/>
          <w:lang w:eastAsia="ja-JP"/>
        </w:rPr>
        <w:t xml:space="preserve">　　</w:t>
      </w:r>
      <w:r>
        <w:rPr>
          <w:rFonts w:hint="eastAsia"/>
          <w:sz w:val="28"/>
          <w:szCs w:val="28"/>
          <w:lang w:eastAsia="ja-JP"/>
        </w:rPr>
        <w:t xml:space="preserve">　　　　</w:t>
      </w:r>
      <w:r w:rsidRPr="00460116">
        <w:rPr>
          <w:sz w:val="28"/>
          <w:szCs w:val="28"/>
          <w:lang w:eastAsia="ja-JP"/>
        </w:rPr>
        <w:t>）</w:t>
      </w:r>
    </w:p>
    <w:bookmarkEnd w:id="0"/>
    <w:p w14:paraId="4F87FC2C" w14:textId="77777777" w:rsidR="00F10D7F" w:rsidRDefault="00F10D7F" w:rsidP="00F10D7F">
      <w:pPr>
        <w:ind w:firstLineChars="100" w:firstLine="320"/>
        <w:rPr>
          <w:b/>
          <w:sz w:val="32"/>
          <w:szCs w:val="32"/>
          <w:lang w:eastAsia="ja-JP"/>
        </w:rPr>
      </w:pPr>
    </w:p>
    <w:p w14:paraId="1021714E" w14:textId="09990CAD" w:rsidR="00526617" w:rsidRPr="00372F09" w:rsidRDefault="00494CEE" w:rsidP="00F10D7F">
      <w:pPr>
        <w:ind w:firstLineChars="200" w:firstLine="640"/>
        <w:rPr>
          <w:sz w:val="32"/>
          <w:szCs w:val="32"/>
          <w:lang w:eastAsia="ja-JP"/>
        </w:rPr>
      </w:pPr>
      <w:r w:rsidRPr="00372F09">
        <w:rPr>
          <w:b/>
          <w:sz w:val="32"/>
          <w:szCs w:val="32"/>
          <w:lang w:eastAsia="ja-JP"/>
        </w:rPr>
        <w:lastRenderedPageBreak/>
        <w:t xml:space="preserve">問4　</w:t>
      </w:r>
      <w:r w:rsidR="00E55CAF" w:rsidRPr="00E55CAF">
        <w:rPr>
          <w:rFonts w:hint="eastAsia"/>
          <w:b/>
          <w:sz w:val="32"/>
          <w:szCs w:val="32"/>
          <w:lang w:eastAsia="ja-JP"/>
        </w:rPr>
        <w:t>ご本人の</w:t>
      </w:r>
      <w:r w:rsidRPr="00372F09">
        <w:rPr>
          <w:b/>
          <w:sz w:val="32"/>
          <w:szCs w:val="32"/>
          <w:lang w:eastAsia="ja-JP"/>
        </w:rPr>
        <w:t>現在の暮らし方をお答えください。</w:t>
      </w:r>
    </w:p>
    <w:p w14:paraId="2B7D8193" w14:textId="72FEA034" w:rsidR="00F10D7F" w:rsidRPr="00460116" w:rsidRDefault="00F10D7F" w:rsidP="00F10D7F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家族</w:t>
      </w:r>
      <w:r w:rsidRPr="00460116">
        <w:rPr>
          <w:sz w:val="28"/>
          <w:szCs w:val="28"/>
          <w:lang w:eastAsia="ja-JP"/>
        </w:rPr>
        <w:t>と</w:t>
      </w:r>
      <w:r>
        <w:rPr>
          <w:sz w:val="28"/>
          <w:szCs w:val="28"/>
          <w:lang w:eastAsia="ja-JP"/>
        </w:rPr>
        <w:t>暮</w:t>
      </w:r>
      <w:r w:rsidRPr="00460116">
        <w:rPr>
          <w:sz w:val="28"/>
          <w:szCs w:val="28"/>
          <w:lang w:eastAsia="ja-JP"/>
        </w:rPr>
        <w:t>らしている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一人暮らし</w:t>
      </w:r>
    </w:p>
    <w:p w14:paraId="08E0AB97" w14:textId="63DFDD58" w:rsidR="00F10D7F" w:rsidRPr="00460116" w:rsidRDefault="00F10D7F" w:rsidP="00F10D7F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グループホーム</w:t>
      </w:r>
      <w:r>
        <w:rPr>
          <w:rFonts w:hint="eastAsia"/>
          <w:sz w:val="28"/>
          <w:szCs w:val="28"/>
          <w:lang w:eastAsia="ja-JP"/>
        </w:rPr>
        <w:t xml:space="preserve">　　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障</w:t>
      </w:r>
      <w:r>
        <w:rPr>
          <w:rFonts w:hint="eastAsia"/>
          <w:sz w:val="28"/>
          <w:szCs w:val="28"/>
          <w:lang w:eastAsia="ja-JP"/>
        </w:rPr>
        <w:t>がい</w:t>
      </w:r>
      <w:r>
        <w:rPr>
          <w:sz w:val="28"/>
          <w:szCs w:val="28"/>
          <w:lang w:eastAsia="ja-JP"/>
        </w:rPr>
        <w:t>者支援施設</w:t>
      </w:r>
    </w:p>
    <w:p w14:paraId="2E236266" w14:textId="510120D6" w:rsidR="00F10D7F" w:rsidRDefault="00F10D7F" w:rsidP="00F10D7F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病院</w:t>
      </w:r>
      <w:r>
        <w:rPr>
          <w:rFonts w:hint="eastAsia"/>
          <w:sz w:val="28"/>
          <w:szCs w:val="28"/>
          <w:lang w:eastAsia="ja-JP"/>
        </w:rPr>
        <w:t>（</w:t>
      </w:r>
      <w:r>
        <w:rPr>
          <w:sz w:val="28"/>
          <w:szCs w:val="28"/>
          <w:lang w:eastAsia="ja-JP"/>
        </w:rPr>
        <w:t>入院</w:t>
      </w:r>
      <w:r>
        <w:rPr>
          <w:rFonts w:hint="eastAsia"/>
          <w:sz w:val="28"/>
          <w:szCs w:val="28"/>
          <w:lang w:eastAsia="ja-JP"/>
        </w:rPr>
        <w:t xml:space="preserve">）　　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rFonts w:hint="eastAsia"/>
          <w:sz w:val="28"/>
          <w:szCs w:val="28"/>
          <w:lang w:eastAsia="ja-JP"/>
        </w:rPr>
        <w:t>その</w:t>
      </w:r>
      <w:r>
        <w:rPr>
          <w:sz w:val="28"/>
          <w:szCs w:val="28"/>
          <w:lang w:eastAsia="ja-JP"/>
        </w:rPr>
        <w:t>他</w:t>
      </w:r>
      <w:r>
        <w:rPr>
          <w:rFonts w:hint="eastAsia"/>
          <w:sz w:val="28"/>
          <w:szCs w:val="28"/>
          <w:lang w:eastAsia="ja-JP"/>
        </w:rPr>
        <w:t xml:space="preserve">（　　　　　　　　　　</w:t>
      </w:r>
      <w:r w:rsidRPr="00460116">
        <w:rPr>
          <w:sz w:val="28"/>
          <w:szCs w:val="28"/>
          <w:lang w:eastAsia="ja-JP"/>
        </w:rPr>
        <w:t xml:space="preserve">　）</w:t>
      </w:r>
    </w:p>
    <w:p w14:paraId="78C36322" w14:textId="77777777" w:rsidR="00526617" w:rsidRPr="00916A40" w:rsidRDefault="00494CEE">
      <w:pPr>
        <w:pStyle w:val="1"/>
        <w:rPr>
          <w:sz w:val="36"/>
          <w:szCs w:val="36"/>
          <w:lang w:eastAsia="ja-JP"/>
        </w:rPr>
      </w:pPr>
      <w:r w:rsidRPr="00F10D7F">
        <w:rPr>
          <w:sz w:val="36"/>
          <w:szCs w:val="36"/>
          <w:bdr w:val="single" w:sz="4" w:space="0" w:color="auto"/>
          <w:lang w:eastAsia="ja-JP"/>
        </w:rPr>
        <w:t>2</w:t>
      </w:r>
      <w:r w:rsidRPr="00F10D7F">
        <w:rPr>
          <w:sz w:val="36"/>
          <w:szCs w:val="36"/>
          <w:bdr w:val="single" w:sz="4" w:space="0" w:color="auto"/>
          <w:lang w:eastAsia="ja-JP"/>
        </w:rPr>
        <w:t xml:space="preserve">　生活とサービス利用</w:t>
      </w:r>
    </w:p>
    <w:p w14:paraId="7ABEF6D3" w14:textId="4288B898" w:rsidR="00526617" w:rsidRPr="00372F09" w:rsidRDefault="00494CEE" w:rsidP="00E55CAF">
      <w:pPr>
        <w:ind w:leftChars="160" w:left="992" w:rightChars="-74" w:right="-148" w:hangingChars="210" w:hanging="672"/>
        <w:rPr>
          <w:sz w:val="32"/>
          <w:szCs w:val="32"/>
          <w:lang w:eastAsia="ja-JP"/>
        </w:rPr>
      </w:pPr>
      <w:r w:rsidRPr="00372F09">
        <w:rPr>
          <w:b/>
          <w:sz w:val="32"/>
          <w:szCs w:val="32"/>
          <w:lang w:eastAsia="ja-JP"/>
        </w:rPr>
        <w:t xml:space="preserve">問5　</w:t>
      </w:r>
      <w:r w:rsidR="00E55CAF">
        <w:rPr>
          <w:rFonts w:hint="eastAsia"/>
          <w:b/>
          <w:sz w:val="32"/>
          <w:szCs w:val="32"/>
          <w:lang w:eastAsia="ja-JP"/>
        </w:rPr>
        <w:t>ご</w:t>
      </w:r>
      <w:r w:rsidRPr="00372F09">
        <w:rPr>
          <w:b/>
          <w:sz w:val="32"/>
          <w:szCs w:val="32"/>
          <w:lang w:eastAsia="ja-JP"/>
        </w:rPr>
        <w:t>本人の生活で特に困っていることは何ですか。（3つまで）</w:t>
      </w:r>
    </w:p>
    <w:p w14:paraId="66AD5CCF" w14:textId="6995E3DF" w:rsidR="00F10D7F" w:rsidRDefault="00F10D7F" w:rsidP="00F10D7F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仕事</w:t>
      </w:r>
      <w:r w:rsidRPr="00460116">
        <w:rPr>
          <w:sz w:val="28"/>
          <w:szCs w:val="28"/>
          <w:lang w:eastAsia="ja-JP"/>
        </w:rPr>
        <w:t>・</w:t>
      </w:r>
      <w:r>
        <w:rPr>
          <w:sz w:val="28"/>
          <w:szCs w:val="28"/>
          <w:lang w:eastAsia="ja-JP"/>
        </w:rPr>
        <w:t>就労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収入</w:t>
      </w:r>
      <w:r w:rsidRPr="00460116">
        <w:rPr>
          <w:sz w:val="28"/>
          <w:szCs w:val="28"/>
          <w:lang w:eastAsia="ja-JP"/>
        </w:rPr>
        <w:t>・</w:t>
      </w:r>
      <w:r>
        <w:rPr>
          <w:sz w:val="28"/>
          <w:szCs w:val="28"/>
          <w:lang w:eastAsia="ja-JP"/>
        </w:rPr>
        <w:t>生活費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外出</w:t>
      </w:r>
      <w:r w:rsidRPr="00460116">
        <w:rPr>
          <w:sz w:val="28"/>
          <w:szCs w:val="28"/>
          <w:lang w:eastAsia="ja-JP"/>
        </w:rPr>
        <w:t>・</w:t>
      </w:r>
      <w:r>
        <w:rPr>
          <w:sz w:val="28"/>
          <w:szCs w:val="28"/>
          <w:lang w:eastAsia="ja-JP"/>
        </w:rPr>
        <w:t>移動</w:t>
      </w:r>
    </w:p>
    <w:p w14:paraId="23CE5648" w14:textId="4FE78683" w:rsidR="00F10D7F" w:rsidRPr="00460116" w:rsidRDefault="00F10D7F" w:rsidP="00F10D7F">
      <w:pPr>
        <w:ind w:firstLineChars="300" w:firstLine="84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□ 食事・入浴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rFonts w:hint="eastAsia"/>
          <w:sz w:val="28"/>
          <w:szCs w:val="28"/>
          <w:lang w:eastAsia="ja-JP"/>
        </w:rPr>
        <w:t>□</w:t>
      </w:r>
      <w:r>
        <w:rPr>
          <w:sz w:val="28"/>
          <w:szCs w:val="28"/>
          <w:lang w:eastAsia="ja-JP"/>
        </w:rPr>
        <w:t xml:space="preserve"> </w:t>
      </w:r>
      <w:r>
        <w:rPr>
          <w:rFonts w:hint="eastAsia"/>
          <w:sz w:val="28"/>
          <w:szCs w:val="28"/>
          <w:lang w:eastAsia="ja-JP"/>
        </w:rPr>
        <w:t>トイレ</w:t>
      </w:r>
    </w:p>
    <w:p w14:paraId="3DD0BCE8" w14:textId="3A2B8642" w:rsidR="00F10D7F" w:rsidRPr="00460116" w:rsidRDefault="00F10D7F" w:rsidP="00F10D7F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買い物</w:t>
      </w:r>
      <w:r w:rsidRPr="00460116">
        <w:rPr>
          <w:sz w:val="28"/>
          <w:szCs w:val="28"/>
          <w:lang w:eastAsia="ja-JP"/>
        </w:rPr>
        <w:t>・</w:t>
      </w:r>
      <w:r>
        <w:rPr>
          <w:sz w:val="28"/>
          <w:szCs w:val="28"/>
          <w:lang w:eastAsia="ja-JP"/>
        </w:rPr>
        <w:t>家事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通院</w:t>
      </w:r>
      <w:r w:rsidRPr="00460116">
        <w:rPr>
          <w:sz w:val="28"/>
          <w:szCs w:val="28"/>
          <w:lang w:eastAsia="ja-JP"/>
        </w:rPr>
        <w:t>・</w:t>
      </w:r>
      <w:r>
        <w:rPr>
          <w:sz w:val="28"/>
          <w:szCs w:val="28"/>
          <w:lang w:eastAsia="ja-JP"/>
        </w:rPr>
        <w:t>健康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住</w:t>
      </w:r>
      <w:r w:rsidRPr="00460116">
        <w:rPr>
          <w:sz w:val="28"/>
          <w:szCs w:val="28"/>
          <w:lang w:eastAsia="ja-JP"/>
        </w:rPr>
        <w:t>まい</w:t>
      </w:r>
    </w:p>
    <w:p w14:paraId="0BEBE554" w14:textId="27382702" w:rsidR="00F10D7F" w:rsidRPr="00460116" w:rsidRDefault="00F10D7F" w:rsidP="00F10D7F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日中</w:t>
      </w:r>
      <w:r w:rsidRPr="00460116">
        <w:rPr>
          <w:sz w:val="28"/>
          <w:szCs w:val="28"/>
          <w:lang w:eastAsia="ja-JP"/>
        </w:rPr>
        <w:t>の</w:t>
      </w:r>
      <w:r>
        <w:rPr>
          <w:sz w:val="28"/>
          <w:szCs w:val="28"/>
          <w:lang w:eastAsia="ja-JP"/>
        </w:rPr>
        <w:t>過</w:t>
      </w:r>
      <w:r w:rsidRPr="00460116">
        <w:rPr>
          <w:sz w:val="28"/>
          <w:szCs w:val="28"/>
          <w:lang w:eastAsia="ja-JP"/>
        </w:rPr>
        <w:t>ごし</w:t>
      </w:r>
      <w:r>
        <w:rPr>
          <w:sz w:val="28"/>
          <w:szCs w:val="28"/>
          <w:lang w:eastAsia="ja-JP"/>
        </w:rPr>
        <w:t>方</w:t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人</w:t>
      </w:r>
      <w:r w:rsidRPr="00460116">
        <w:rPr>
          <w:sz w:val="28"/>
          <w:szCs w:val="28"/>
          <w:lang w:eastAsia="ja-JP"/>
        </w:rPr>
        <w:t>との</w:t>
      </w:r>
      <w:r>
        <w:rPr>
          <w:sz w:val="28"/>
          <w:szCs w:val="28"/>
          <w:lang w:eastAsia="ja-JP"/>
        </w:rPr>
        <w:t>交流</w:t>
      </w:r>
      <w:r w:rsidRPr="00460116">
        <w:rPr>
          <w:sz w:val="28"/>
          <w:szCs w:val="28"/>
          <w:lang w:eastAsia="ja-JP"/>
        </w:rPr>
        <w:t>・</w:t>
      </w:r>
      <w:r>
        <w:rPr>
          <w:sz w:val="28"/>
          <w:szCs w:val="28"/>
          <w:lang w:eastAsia="ja-JP"/>
        </w:rPr>
        <w:t>孤立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相談先</w:t>
      </w:r>
    </w:p>
    <w:p w14:paraId="73C98135" w14:textId="633F29E9" w:rsidR="00F10D7F" w:rsidRPr="00460116" w:rsidRDefault="00F10D7F" w:rsidP="00F10D7F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福祉</w:t>
      </w:r>
      <w:r w:rsidRPr="00460116">
        <w:rPr>
          <w:sz w:val="28"/>
          <w:szCs w:val="28"/>
          <w:lang w:eastAsia="ja-JP"/>
        </w:rPr>
        <w:t>サービス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将来</w:t>
      </w:r>
      <w:r w:rsidRPr="00460116">
        <w:rPr>
          <w:sz w:val="28"/>
          <w:szCs w:val="28"/>
          <w:lang w:eastAsia="ja-JP"/>
        </w:rPr>
        <w:t>の</w:t>
      </w:r>
      <w:r>
        <w:rPr>
          <w:sz w:val="28"/>
          <w:szCs w:val="28"/>
          <w:lang w:eastAsia="ja-JP"/>
        </w:rPr>
        <w:t>生活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家族</w:t>
      </w:r>
      <w:r w:rsidRPr="00460116">
        <w:rPr>
          <w:sz w:val="28"/>
          <w:szCs w:val="28"/>
          <w:lang w:eastAsia="ja-JP"/>
        </w:rPr>
        <w:t>・</w:t>
      </w:r>
      <w:r>
        <w:rPr>
          <w:sz w:val="28"/>
          <w:szCs w:val="28"/>
          <w:lang w:eastAsia="ja-JP"/>
        </w:rPr>
        <w:t>介護者</w:t>
      </w:r>
      <w:r w:rsidRPr="00460116">
        <w:rPr>
          <w:sz w:val="28"/>
          <w:szCs w:val="28"/>
          <w:lang w:eastAsia="ja-JP"/>
        </w:rPr>
        <w:t>の</w:t>
      </w:r>
      <w:r>
        <w:rPr>
          <w:sz w:val="28"/>
          <w:szCs w:val="28"/>
          <w:lang w:eastAsia="ja-JP"/>
        </w:rPr>
        <w:t>負担</w:t>
      </w:r>
    </w:p>
    <w:p w14:paraId="146EC937" w14:textId="40601685" w:rsidR="00F10D7F" w:rsidRPr="00460116" w:rsidRDefault="00F10D7F" w:rsidP="00F10D7F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特</w:t>
      </w:r>
      <w:r w:rsidRPr="00460116">
        <w:rPr>
          <w:sz w:val="28"/>
          <w:szCs w:val="28"/>
          <w:lang w:eastAsia="ja-JP"/>
        </w:rPr>
        <w:t>にない</w:t>
      </w:r>
    </w:p>
    <w:p w14:paraId="7929F94D" w14:textId="33FEC81E" w:rsidR="00F10D7F" w:rsidRPr="00460116" w:rsidRDefault="00F10D7F" w:rsidP="00F10D7F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その</w:t>
      </w:r>
      <w:r>
        <w:rPr>
          <w:sz w:val="28"/>
          <w:szCs w:val="28"/>
          <w:lang w:eastAsia="ja-JP"/>
        </w:rPr>
        <w:t>他</w:t>
      </w:r>
      <w:r w:rsidRPr="00460116">
        <w:rPr>
          <w:sz w:val="28"/>
          <w:szCs w:val="28"/>
          <w:lang w:eastAsia="ja-JP"/>
        </w:rPr>
        <w:t xml:space="preserve">（　　</w:t>
      </w:r>
      <w:r>
        <w:rPr>
          <w:rFonts w:hint="eastAsia"/>
          <w:sz w:val="28"/>
          <w:szCs w:val="28"/>
          <w:lang w:eastAsia="ja-JP"/>
        </w:rPr>
        <w:t xml:space="preserve">　　　　　　　　　　　　　　　　　　　　</w:t>
      </w:r>
      <w:r w:rsidRPr="00460116">
        <w:rPr>
          <w:sz w:val="28"/>
          <w:szCs w:val="28"/>
          <w:lang w:eastAsia="ja-JP"/>
        </w:rPr>
        <w:t xml:space="preserve">　）</w:t>
      </w:r>
    </w:p>
    <w:p w14:paraId="5499900F" w14:textId="77777777" w:rsidR="00FF544A" w:rsidRDefault="00FF544A" w:rsidP="00E55CAF">
      <w:pPr>
        <w:ind w:leftChars="160" w:left="1274" w:rightChars="138" w:right="276" w:hangingChars="298" w:hanging="954"/>
        <w:rPr>
          <w:b/>
          <w:sz w:val="32"/>
          <w:szCs w:val="32"/>
          <w:lang w:eastAsia="ja-JP"/>
        </w:rPr>
      </w:pPr>
    </w:p>
    <w:p w14:paraId="6D2B5F83" w14:textId="77777777" w:rsidR="00FF544A" w:rsidRDefault="00FF544A" w:rsidP="00E55CAF">
      <w:pPr>
        <w:ind w:leftChars="160" w:left="1274" w:rightChars="138" w:right="276" w:hangingChars="298" w:hanging="954"/>
        <w:rPr>
          <w:b/>
          <w:sz w:val="32"/>
          <w:szCs w:val="32"/>
          <w:lang w:eastAsia="ja-JP"/>
        </w:rPr>
      </w:pPr>
    </w:p>
    <w:p w14:paraId="69A6A24E" w14:textId="77777777" w:rsidR="00FF544A" w:rsidRDefault="00FF544A" w:rsidP="00E55CAF">
      <w:pPr>
        <w:ind w:leftChars="160" w:left="1274" w:rightChars="138" w:right="276" w:hangingChars="298" w:hanging="954"/>
        <w:rPr>
          <w:b/>
          <w:sz w:val="32"/>
          <w:szCs w:val="32"/>
          <w:lang w:eastAsia="ja-JP"/>
        </w:rPr>
      </w:pPr>
    </w:p>
    <w:p w14:paraId="6FAF3B18" w14:textId="77777777" w:rsidR="00FF544A" w:rsidRDefault="00FF544A" w:rsidP="00E55CAF">
      <w:pPr>
        <w:ind w:leftChars="160" w:left="1274" w:rightChars="138" w:right="276" w:hangingChars="298" w:hanging="954"/>
        <w:rPr>
          <w:b/>
          <w:sz w:val="32"/>
          <w:szCs w:val="32"/>
          <w:lang w:eastAsia="ja-JP"/>
        </w:rPr>
      </w:pPr>
    </w:p>
    <w:p w14:paraId="2A632C04" w14:textId="38AD6959" w:rsidR="00526617" w:rsidRPr="00E55CAF" w:rsidRDefault="00494CEE" w:rsidP="00E55CAF">
      <w:pPr>
        <w:ind w:leftChars="160" w:left="1274" w:rightChars="138" w:right="276" w:hangingChars="298" w:hanging="954"/>
        <w:rPr>
          <w:b/>
          <w:sz w:val="32"/>
          <w:szCs w:val="32"/>
          <w:lang w:eastAsia="ja-JP"/>
        </w:rPr>
      </w:pPr>
      <w:r w:rsidRPr="00372F09">
        <w:rPr>
          <w:b/>
          <w:sz w:val="32"/>
          <w:szCs w:val="32"/>
          <w:lang w:eastAsia="ja-JP"/>
        </w:rPr>
        <w:lastRenderedPageBreak/>
        <w:t xml:space="preserve">問6　</w:t>
      </w:r>
      <w:r w:rsidR="00E55CAF">
        <w:rPr>
          <w:rFonts w:hint="eastAsia"/>
          <w:b/>
          <w:sz w:val="32"/>
          <w:szCs w:val="32"/>
          <w:lang w:eastAsia="ja-JP"/>
        </w:rPr>
        <w:t>ご本人が</w:t>
      </w:r>
      <w:r w:rsidRPr="00372F09">
        <w:rPr>
          <w:b/>
          <w:sz w:val="32"/>
          <w:szCs w:val="32"/>
          <w:lang w:eastAsia="ja-JP"/>
        </w:rPr>
        <w:t>現在利用している障</w:t>
      </w:r>
      <w:r w:rsidR="00F10D7F">
        <w:rPr>
          <w:rFonts w:hint="eastAsia"/>
          <w:b/>
          <w:sz w:val="32"/>
          <w:szCs w:val="32"/>
          <w:lang w:eastAsia="ja-JP"/>
        </w:rPr>
        <w:t>がい</w:t>
      </w:r>
      <w:r w:rsidRPr="00372F09">
        <w:rPr>
          <w:b/>
          <w:sz w:val="32"/>
          <w:szCs w:val="32"/>
          <w:lang w:eastAsia="ja-JP"/>
        </w:rPr>
        <w:t>福祉サービス等をお答えください。（複数回答可）</w:t>
      </w:r>
    </w:p>
    <w:p w14:paraId="1962CA7B" w14:textId="497306EA" w:rsidR="00FF544A" w:rsidRPr="00460116" w:rsidRDefault="00FF544A" w:rsidP="00FF544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居宅介護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重度訪問介護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同行援護</w:t>
      </w:r>
    </w:p>
    <w:p w14:paraId="7DFEA2CD" w14:textId="2830A8E3" w:rsidR="00FF544A" w:rsidRPr="00460116" w:rsidRDefault="00FF544A" w:rsidP="00FF544A">
      <w:pPr>
        <w:ind w:rightChars="-145" w:right="-290"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行動援護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生活介護</w:t>
      </w:r>
      <w:r>
        <w:rPr>
          <w:sz w:val="28"/>
          <w:szCs w:val="28"/>
          <w:lang w:eastAsia="ja-JP"/>
        </w:rPr>
        <w:tab/>
      </w:r>
      <w:r>
        <w:rPr>
          <w:rFonts w:hint="eastAsia"/>
          <w:sz w:val="28"/>
          <w:szCs w:val="28"/>
          <w:lang w:eastAsia="ja-JP"/>
        </w:rPr>
        <w:t xml:space="preserve">　</w:t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自立訓練</w:t>
      </w:r>
      <w:r>
        <w:rPr>
          <w:rFonts w:hint="eastAsia"/>
          <w:sz w:val="28"/>
          <w:szCs w:val="28"/>
          <w:lang w:eastAsia="ja-JP"/>
        </w:rPr>
        <w:t>(</w:t>
      </w:r>
      <w:r>
        <w:rPr>
          <w:sz w:val="28"/>
          <w:szCs w:val="28"/>
          <w:lang w:eastAsia="ja-JP"/>
        </w:rPr>
        <w:t>生活訓練</w:t>
      </w:r>
      <w:r>
        <w:rPr>
          <w:rFonts w:hint="eastAsia"/>
          <w:sz w:val="28"/>
          <w:szCs w:val="28"/>
          <w:lang w:eastAsia="ja-JP"/>
        </w:rPr>
        <w:t>・</w:t>
      </w:r>
      <w:r>
        <w:rPr>
          <w:sz w:val="28"/>
          <w:szCs w:val="28"/>
          <w:lang w:eastAsia="ja-JP"/>
        </w:rPr>
        <w:t>機能訓練</w:t>
      </w:r>
      <w:r>
        <w:rPr>
          <w:rFonts w:hint="eastAsia"/>
          <w:sz w:val="28"/>
          <w:szCs w:val="28"/>
          <w:lang w:eastAsia="ja-JP"/>
        </w:rPr>
        <w:t>)</w:t>
      </w:r>
    </w:p>
    <w:p w14:paraId="2CB895AC" w14:textId="2CFBE524" w:rsidR="00FF544A" w:rsidRPr="00460116" w:rsidRDefault="00FF544A" w:rsidP="00FF544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proofErr w:type="spellStart"/>
      <w:r>
        <w:rPr>
          <w:sz w:val="28"/>
          <w:szCs w:val="28"/>
        </w:rPr>
        <w:t>就労移行支援</w:t>
      </w:r>
      <w:proofErr w:type="spellEnd"/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proofErr w:type="spellStart"/>
      <w:r>
        <w:rPr>
          <w:sz w:val="28"/>
          <w:szCs w:val="28"/>
        </w:rPr>
        <w:t>就労継続支援</w:t>
      </w:r>
      <w:r w:rsidRPr="00460116">
        <w:rPr>
          <w:sz w:val="28"/>
          <w:szCs w:val="28"/>
          <w:lang w:eastAsia="ja-JP"/>
        </w:rPr>
        <w:t>A</w:t>
      </w:r>
      <w:r>
        <w:rPr>
          <w:sz w:val="28"/>
          <w:szCs w:val="28"/>
        </w:rPr>
        <w:t>型</w:t>
      </w:r>
      <w:proofErr w:type="spellEnd"/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proofErr w:type="spellStart"/>
      <w:r>
        <w:rPr>
          <w:sz w:val="28"/>
          <w:szCs w:val="28"/>
        </w:rPr>
        <w:t>就労継続支援</w:t>
      </w:r>
      <w:r w:rsidRPr="00460116">
        <w:rPr>
          <w:sz w:val="28"/>
          <w:szCs w:val="28"/>
          <w:lang w:eastAsia="ja-JP"/>
        </w:rPr>
        <w:t>B</w:t>
      </w:r>
      <w:r>
        <w:rPr>
          <w:sz w:val="28"/>
          <w:szCs w:val="28"/>
        </w:rPr>
        <w:t>型</w:t>
      </w:r>
      <w:proofErr w:type="spellEnd"/>
    </w:p>
    <w:p w14:paraId="4052C36C" w14:textId="14858937" w:rsidR="00FF544A" w:rsidRDefault="00FF544A" w:rsidP="00FF544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proofErr w:type="spellStart"/>
      <w:r>
        <w:rPr>
          <w:sz w:val="28"/>
          <w:szCs w:val="28"/>
        </w:rPr>
        <w:t>就労定着支援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就労選択支援</w:t>
      </w:r>
      <w:r>
        <w:rPr>
          <w:sz w:val="28"/>
          <w:szCs w:val="28"/>
          <w:lang w:eastAsia="ja-JP"/>
        </w:rPr>
        <w:tab/>
      </w:r>
    </w:p>
    <w:p w14:paraId="421FDB34" w14:textId="000C2233" w:rsidR="00FF544A" w:rsidRPr="00460116" w:rsidRDefault="00FF544A" w:rsidP="00FF544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共同生活援助</w:t>
      </w:r>
      <w:r w:rsidRPr="00460116">
        <w:rPr>
          <w:sz w:val="28"/>
          <w:szCs w:val="28"/>
          <w:lang w:eastAsia="ja-JP"/>
        </w:rPr>
        <w:t>（グループホーム）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施設入所支援</w:t>
      </w:r>
    </w:p>
    <w:p w14:paraId="5B2932FB" w14:textId="3EDB86BB" w:rsidR="00FF544A" w:rsidRPr="00460116" w:rsidRDefault="00FF544A" w:rsidP="00FF544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自立生活援助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短期入所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利用</w:t>
      </w:r>
      <w:r w:rsidRPr="00460116">
        <w:rPr>
          <w:sz w:val="28"/>
          <w:szCs w:val="28"/>
          <w:lang w:eastAsia="ja-JP"/>
        </w:rPr>
        <w:t>していない</w:t>
      </w:r>
    </w:p>
    <w:p w14:paraId="56959FE6" w14:textId="4F914EB6" w:rsidR="00FF544A" w:rsidRPr="00460116" w:rsidRDefault="00FF544A" w:rsidP="00FF544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その</w:t>
      </w:r>
      <w:r>
        <w:rPr>
          <w:sz w:val="28"/>
          <w:szCs w:val="28"/>
          <w:lang w:eastAsia="ja-JP"/>
        </w:rPr>
        <w:t>他</w:t>
      </w:r>
      <w:r w:rsidRPr="00460116">
        <w:rPr>
          <w:sz w:val="28"/>
          <w:szCs w:val="28"/>
          <w:lang w:eastAsia="ja-JP"/>
        </w:rPr>
        <w:t xml:space="preserve">（　　</w:t>
      </w:r>
      <w:r>
        <w:rPr>
          <w:rFonts w:hint="eastAsia"/>
          <w:sz w:val="28"/>
          <w:szCs w:val="28"/>
          <w:lang w:eastAsia="ja-JP"/>
        </w:rPr>
        <w:t xml:space="preserve">　　　　　　　　　　　　　　　　　　　</w:t>
      </w:r>
      <w:r w:rsidRPr="00460116">
        <w:rPr>
          <w:sz w:val="28"/>
          <w:szCs w:val="28"/>
          <w:lang w:eastAsia="ja-JP"/>
        </w:rPr>
        <w:t xml:space="preserve">　　）</w:t>
      </w:r>
    </w:p>
    <w:p w14:paraId="75227293" w14:textId="77777777" w:rsidR="00526617" w:rsidRPr="00372F09" w:rsidRDefault="00494CEE" w:rsidP="00E55CAF">
      <w:pPr>
        <w:ind w:firstLineChars="100" w:firstLine="320"/>
        <w:rPr>
          <w:sz w:val="32"/>
          <w:szCs w:val="32"/>
          <w:lang w:eastAsia="ja-JP"/>
        </w:rPr>
      </w:pPr>
      <w:r w:rsidRPr="00372F09">
        <w:rPr>
          <w:b/>
          <w:sz w:val="32"/>
          <w:szCs w:val="32"/>
          <w:lang w:eastAsia="ja-JP"/>
        </w:rPr>
        <w:t>問7　必要なサービスを希望どおり利用できていますか。</w:t>
      </w:r>
    </w:p>
    <w:p w14:paraId="1F6A8A0E" w14:textId="31F347D2" w:rsidR="00526617" w:rsidRPr="00372F09" w:rsidRDefault="00494CEE" w:rsidP="00E55CAF">
      <w:pPr>
        <w:ind w:firstLineChars="300" w:firstLine="840"/>
        <w:rPr>
          <w:sz w:val="28"/>
          <w:szCs w:val="28"/>
          <w:lang w:eastAsia="ja-JP"/>
        </w:rPr>
      </w:pPr>
      <w:bookmarkStart w:id="1" w:name="_Hlk237693087"/>
      <w:r w:rsidRPr="00372F09">
        <w:rPr>
          <w:sz w:val="28"/>
          <w:szCs w:val="28"/>
          <w:lang w:eastAsia="ja-JP"/>
        </w:rPr>
        <w:t xml:space="preserve">□ </w:t>
      </w:r>
      <w:r w:rsidR="00E55CAF" w:rsidRPr="00460116">
        <w:rPr>
          <w:sz w:val="28"/>
          <w:szCs w:val="28"/>
          <w:lang w:eastAsia="ja-JP"/>
        </w:rPr>
        <w:t>十分利用できている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おおむね</w:t>
      </w:r>
      <w:r w:rsidR="00E55CAF" w:rsidRPr="00460116">
        <w:rPr>
          <w:sz w:val="28"/>
          <w:szCs w:val="28"/>
          <w:lang w:eastAsia="ja-JP"/>
        </w:rPr>
        <w:t>利用できている</w:t>
      </w:r>
    </w:p>
    <w:p w14:paraId="6E664D09" w14:textId="3E9481CD" w:rsidR="00526617" w:rsidRPr="00372F09" w:rsidRDefault="00494CEE" w:rsidP="00E55CAF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希望どおり</w:t>
      </w:r>
      <w:r w:rsidR="00E55CAF" w:rsidRPr="00460116">
        <w:rPr>
          <w:sz w:val="28"/>
          <w:szCs w:val="28"/>
          <w:lang w:eastAsia="ja-JP"/>
        </w:rPr>
        <w:t>利用できていない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ほとんど</w:t>
      </w:r>
      <w:r w:rsidR="00E55CAF" w:rsidRPr="00460116">
        <w:rPr>
          <w:sz w:val="28"/>
          <w:szCs w:val="28"/>
          <w:lang w:eastAsia="ja-JP"/>
        </w:rPr>
        <w:t>利用できていない</w:t>
      </w:r>
    </w:p>
    <w:p w14:paraId="65A6523F" w14:textId="77777777" w:rsidR="00526617" w:rsidRPr="00372F09" w:rsidRDefault="00494CEE" w:rsidP="00E55CAF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わからない</w:t>
      </w:r>
    </w:p>
    <w:p w14:paraId="34D398A2" w14:textId="77777777" w:rsidR="00E55CAF" w:rsidRPr="00460116" w:rsidRDefault="00E55CAF" w:rsidP="00E55CAF">
      <w:pPr>
        <w:ind w:firstLineChars="100" w:firstLine="320"/>
        <w:rPr>
          <w:sz w:val="32"/>
          <w:szCs w:val="32"/>
          <w:lang w:eastAsia="ja-JP"/>
        </w:rPr>
      </w:pPr>
      <w:bookmarkStart w:id="2" w:name="_Hlk237877049"/>
      <w:bookmarkStart w:id="3" w:name="_Hlk237693195"/>
      <w:bookmarkEnd w:id="1"/>
      <w:r w:rsidRPr="00460116">
        <w:rPr>
          <w:b/>
          <w:sz w:val="32"/>
          <w:szCs w:val="32"/>
          <w:lang w:eastAsia="ja-JP"/>
        </w:rPr>
        <w:t>問8　利用したいのに利用できなかったサービスがありますか。</w:t>
      </w:r>
    </w:p>
    <w:bookmarkStart w:id="4" w:name="_Hlk237874375"/>
    <w:p w14:paraId="68CA2C1B" w14:textId="51BB977A" w:rsidR="00FF544A" w:rsidRDefault="006A1499" w:rsidP="00FF544A">
      <w:pPr>
        <w:ind w:firstLineChars="300" w:firstLine="840"/>
        <w:rPr>
          <w:sz w:val="28"/>
          <w:szCs w:val="28"/>
          <w:lang w:eastAsia="ja-JP"/>
        </w:rPr>
      </w:pPr>
      <w:r>
        <w:rPr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2F7A704" wp14:editId="032D80B6">
                <wp:simplePos x="0" y="0"/>
                <wp:positionH relativeFrom="column">
                  <wp:posOffset>3261996</wp:posOffset>
                </wp:positionH>
                <wp:positionV relativeFrom="paragraph">
                  <wp:posOffset>284481</wp:posOffset>
                </wp:positionV>
                <wp:extent cx="210151" cy="578444"/>
                <wp:effectExtent l="133350" t="38100" r="38100" b="69850"/>
                <wp:wrapNone/>
                <wp:docPr id="7" name="矢印: 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50144">
                          <a:off x="0" y="0"/>
                          <a:ext cx="210151" cy="578444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589E3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7" o:spid="_x0000_s1026" type="#_x0000_t67" style="position:absolute;left:0;text-align:left;margin-left:256.85pt;margin-top:22.4pt;width:16.55pt;height:45.55pt;rotation:1365491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" adj="17676" fillcolor="black [3213]" strokecolor="black [3213]"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9C2280" wp14:editId="7E5AA1A0">
                <wp:simplePos x="0" y="0"/>
                <wp:positionH relativeFrom="column">
                  <wp:posOffset>2284731</wp:posOffset>
                </wp:positionH>
                <wp:positionV relativeFrom="paragraph">
                  <wp:posOffset>253999</wp:posOffset>
                </wp:positionV>
                <wp:extent cx="232231" cy="647915"/>
                <wp:effectExtent l="190500" t="19050" r="149225" b="19050"/>
                <wp:wrapNone/>
                <wp:docPr id="8" name="矢印: 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59475">
                          <a:off x="0" y="0"/>
                          <a:ext cx="232231" cy="647915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FC113" id="矢印: 下 8" o:spid="_x0000_s1026" type="#_x0000_t67" style="position:absolute;left:0;text-align:left;margin-left:179.9pt;margin-top:20pt;width:18.3pt;height:51pt;rotation:-2338024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" adj="17729" fillcolor="black [3213]" strokecolor="black [3213]"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679CC5" wp14:editId="386DB0D4">
                <wp:simplePos x="0" y="0"/>
                <wp:positionH relativeFrom="column">
                  <wp:posOffset>825500</wp:posOffset>
                </wp:positionH>
                <wp:positionV relativeFrom="paragraph">
                  <wp:posOffset>331470</wp:posOffset>
                </wp:positionV>
                <wp:extent cx="180975" cy="520700"/>
                <wp:effectExtent l="57150" t="19050" r="47625" b="88900"/>
                <wp:wrapNone/>
                <wp:docPr id="9" name="矢印: 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52070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A5505" id="矢印: 下 9" o:spid="_x0000_s1026" type="#_x0000_t67" style="position:absolute;left:0;text-align:left;margin-left:65pt;margin-top:26.1pt;width:14.25pt;height:41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" adj="17846" fillcolor="black [3213]" strokecolor="black [3213]">
                <v:shadow on="t" color="black" opacity="22937f" origin=",.5" offset="0,.63889mm"/>
              </v:shape>
            </w:pict>
          </mc:Fallback>
        </mc:AlternateContent>
      </w:r>
      <w:r w:rsidR="00FF544A" w:rsidRPr="00460116">
        <w:rPr>
          <w:sz w:val="28"/>
          <w:szCs w:val="28"/>
          <w:lang w:eastAsia="ja-JP"/>
        </w:rPr>
        <w:t>□ ある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="00FF544A" w:rsidRPr="00460116">
        <w:rPr>
          <w:sz w:val="28"/>
          <w:szCs w:val="28"/>
          <w:lang w:eastAsia="ja-JP"/>
        </w:rPr>
        <w:t>□ ない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="00FF544A" w:rsidRPr="00460116">
        <w:rPr>
          <w:sz w:val="28"/>
          <w:szCs w:val="28"/>
          <w:lang w:eastAsia="ja-JP"/>
        </w:rPr>
        <w:t>□ わからない</w:t>
      </w:r>
    </w:p>
    <w:p w14:paraId="530B52F9" w14:textId="77777777" w:rsidR="006A1499" w:rsidRDefault="006A1499" w:rsidP="00FF544A">
      <w:pPr>
        <w:ind w:firstLineChars="300" w:firstLine="840"/>
        <w:rPr>
          <w:sz w:val="28"/>
          <w:szCs w:val="28"/>
          <w:lang w:eastAsia="ja-JP"/>
        </w:rPr>
      </w:pPr>
    </w:p>
    <w:p w14:paraId="2F0AF8CD" w14:textId="77777777" w:rsidR="00FF544A" w:rsidRDefault="00FF544A" w:rsidP="006A1499">
      <w:pPr>
        <w:ind w:firstLineChars="150" w:firstLine="420"/>
        <w:rPr>
          <w:sz w:val="28"/>
          <w:szCs w:val="28"/>
          <w:lang w:eastAsia="ja-JP"/>
        </w:rPr>
      </w:pPr>
      <w:r w:rsidRPr="00E72C7F">
        <w:rPr>
          <w:rFonts w:hint="eastAsia"/>
          <w:b/>
          <w:bCs/>
          <w:sz w:val="28"/>
          <w:szCs w:val="28"/>
          <w:u w:val="single"/>
          <w:lang w:eastAsia="ja-JP"/>
        </w:rPr>
        <w:t>（問９・問１０へ）</w:t>
      </w:r>
      <w:r>
        <w:rPr>
          <w:rFonts w:hint="eastAsia"/>
          <w:sz w:val="28"/>
          <w:szCs w:val="28"/>
          <w:lang w:eastAsia="ja-JP"/>
        </w:rPr>
        <w:t xml:space="preserve">　　　</w:t>
      </w:r>
      <w:r w:rsidRPr="00E72C7F">
        <w:rPr>
          <w:rFonts w:hint="eastAsia"/>
          <w:b/>
          <w:bCs/>
          <w:sz w:val="28"/>
          <w:szCs w:val="28"/>
          <w:u w:val="single"/>
          <w:lang w:eastAsia="ja-JP"/>
        </w:rPr>
        <w:t>（問１１へ）</w:t>
      </w:r>
    </w:p>
    <w:bookmarkEnd w:id="4"/>
    <w:p w14:paraId="72B31298" w14:textId="77777777" w:rsidR="00FF544A" w:rsidRPr="00FF544A" w:rsidRDefault="00FF544A" w:rsidP="00E55CAF">
      <w:pPr>
        <w:ind w:firstLineChars="300" w:firstLine="840"/>
        <w:rPr>
          <w:sz w:val="28"/>
          <w:szCs w:val="28"/>
          <w:lang w:eastAsia="ja-JP"/>
        </w:rPr>
      </w:pPr>
    </w:p>
    <w:p w14:paraId="47BCAF49" w14:textId="77777777" w:rsidR="00FF544A" w:rsidRDefault="00FF544A" w:rsidP="004F5C09">
      <w:pPr>
        <w:ind w:leftChars="160" w:left="1274" w:rightChars="138" w:right="276" w:hangingChars="298" w:hanging="954"/>
        <w:rPr>
          <w:b/>
          <w:sz w:val="32"/>
          <w:szCs w:val="32"/>
          <w:lang w:eastAsia="ja-JP"/>
        </w:rPr>
      </w:pPr>
      <w:bookmarkStart w:id="5" w:name="_Hlk237693394"/>
    </w:p>
    <w:p w14:paraId="0E9585F5" w14:textId="10FD2663" w:rsidR="004F5C09" w:rsidRPr="00E55CAF" w:rsidRDefault="004F5C09" w:rsidP="004F5C09">
      <w:pPr>
        <w:ind w:leftChars="160" w:left="1274" w:rightChars="138" w:right="276" w:hangingChars="298" w:hanging="954"/>
        <w:rPr>
          <w:b/>
          <w:sz w:val="32"/>
          <w:szCs w:val="32"/>
          <w:lang w:eastAsia="ja-JP"/>
        </w:rPr>
      </w:pPr>
      <w:r w:rsidRPr="00372F09">
        <w:rPr>
          <w:b/>
          <w:sz w:val="32"/>
          <w:szCs w:val="32"/>
          <w:lang w:eastAsia="ja-JP"/>
        </w:rPr>
        <w:lastRenderedPageBreak/>
        <w:t>問</w:t>
      </w:r>
      <w:r>
        <w:rPr>
          <w:rFonts w:hint="eastAsia"/>
          <w:b/>
          <w:sz w:val="32"/>
          <w:szCs w:val="32"/>
          <w:lang w:eastAsia="ja-JP"/>
        </w:rPr>
        <w:t>9</w:t>
      </w:r>
      <w:r w:rsidRPr="00372F09">
        <w:rPr>
          <w:b/>
          <w:sz w:val="32"/>
          <w:szCs w:val="32"/>
          <w:lang w:eastAsia="ja-JP"/>
        </w:rPr>
        <w:t xml:space="preserve">　</w:t>
      </w:r>
      <w:r w:rsidR="00FF544A">
        <w:rPr>
          <w:rFonts w:hint="eastAsia"/>
          <w:b/>
          <w:sz w:val="32"/>
          <w:szCs w:val="32"/>
          <w:lang w:eastAsia="ja-JP"/>
        </w:rPr>
        <w:t>【</w:t>
      </w:r>
      <w:r w:rsidRPr="00E72C7F">
        <w:rPr>
          <w:b/>
          <w:sz w:val="32"/>
          <w:szCs w:val="32"/>
          <w:u w:val="single"/>
          <w:lang w:eastAsia="ja-JP"/>
        </w:rPr>
        <w:t>問8で「ある」と答えた方</w:t>
      </w:r>
      <w:r w:rsidR="00FF544A">
        <w:rPr>
          <w:rFonts w:hint="eastAsia"/>
          <w:b/>
          <w:sz w:val="32"/>
          <w:szCs w:val="32"/>
          <w:lang w:eastAsia="ja-JP"/>
        </w:rPr>
        <w:t>】</w:t>
      </w:r>
      <w:r w:rsidRPr="00460116">
        <w:rPr>
          <w:b/>
          <w:sz w:val="32"/>
          <w:szCs w:val="32"/>
          <w:lang w:eastAsia="ja-JP"/>
        </w:rPr>
        <w:t>：利用できなかった</w:t>
      </w:r>
      <w:r>
        <w:rPr>
          <w:rFonts w:hint="eastAsia"/>
          <w:b/>
          <w:sz w:val="32"/>
          <w:szCs w:val="32"/>
          <w:lang w:eastAsia="ja-JP"/>
        </w:rPr>
        <w:t>サービスは</w:t>
      </w:r>
      <w:r w:rsidRPr="00460116">
        <w:rPr>
          <w:b/>
          <w:sz w:val="32"/>
          <w:szCs w:val="32"/>
          <w:lang w:eastAsia="ja-JP"/>
        </w:rPr>
        <w:t>何ですか。（複数回答可）</w:t>
      </w:r>
      <w:bookmarkEnd w:id="2"/>
    </w:p>
    <w:bookmarkEnd w:id="5"/>
    <w:p w14:paraId="2A55E047" w14:textId="774D058E" w:rsidR="00FF544A" w:rsidRPr="00460116" w:rsidRDefault="00FF544A" w:rsidP="00FF544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居宅介護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重度訪問介護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同行援護</w:t>
      </w:r>
    </w:p>
    <w:p w14:paraId="3B89DC95" w14:textId="7B833644" w:rsidR="00FF544A" w:rsidRPr="00460116" w:rsidRDefault="00FF544A" w:rsidP="00FF544A">
      <w:pPr>
        <w:ind w:rightChars="-74" w:right="-148"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行動援護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生活介護</w:t>
      </w:r>
      <w:r>
        <w:rPr>
          <w:sz w:val="28"/>
          <w:szCs w:val="28"/>
          <w:lang w:eastAsia="ja-JP"/>
        </w:rPr>
        <w:tab/>
      </w:r>
      <w:r>
        <w:rPr>
          <w:rFonts w:hint="eastAsia"/>
          <w:sz w:val="28"/>
          <w:szCs w:val="28"/>
          <w:lang w:eastAsia="ja-JP"/>
        </w:rPr>
        <w:t xml:space="preserve">　</w:t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自立訓練</w:t>
      </w:r>
      <w:r>
        <w:rPr>
          <w:rFonts w:hint="eastAsia"/>
          <w:sz w:val="28"/>
          <w:szCs w:val="28"/>
          <w:lang w:eastAsia="ja-JP"/>
        </w:rPr>
        <w:t>(</w:t>
      </w:r>
      <w:r>
        <w:rPr>
          <w:sz w:val="28"/>
          <w:szCs w:val="28"/>
          <w:lang w:eastAsia="ja-JP"/>
        </w:rPr>
        <w:t>生活訓練</w:t>
      </w:r>
      <w:r>
        <w:rPr>
          <w:rFonts w:hint="eastAsia"/>
          <w:sz w:val="28"/>
          <w:szCs w:val="28"/>
          <w:lang w:eastAsia="ja-JP"/>
        </w:rPr>
        <w:t>・</w:t>
      </w:r>
      <w:r>
        <w:rPr>
          <w:sz w:val="28"/>
          <w:szCs w:val="28"/>
          <w:lang w:eastAsia="ja-JP"/>
        </w:rPr>
        <w:t>機能訓練</w:t>
      </w:r>
      <w:r>
        <w:rPr>
          <w:rFonts w:hint="eastAsia"/>
          <w:sz w:val="28"/>
          <w:szCs w:val="28"/>
          <w:lang w:eastAsia="ja-JP"/>
        </w:rPr>
        <w:t>)</w:t>
      </w:r>
    </w:p>
    <w:p w14:paraId="32E02356" w14:textId="243E8390" w:rsidR="00FF544A" w:rsidRPr="00460116" w:rsidRDefault="00FF544A" w:rsidP="00FF544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proofErr w:type="spellStart"/>
      <w:r>
        <w:rPr>
          <w:sz w:val="28"/>
          <w:szCs w:val="28"/>
        </w:rPr>
        <w:t>就労移行支援</w:t>
      </w:r>
      <w:proofErr w:type="spellEnd"/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proofErr w:type="spellStart"/>
      <w:r>
        <w:rPr>
          <w:sz w:val="28"/>
          <w:szCs w:val="28"/>
        </w:rPr>
        <w:t>就労継続支援</w:t>
      </w:r>
      <w:r w:rsidRPr="00460116">
        <w:rPr>
          <w:sz w:val="28"/>
          <w:szCs w:val="28"/>
          <w:lang w:eastAsia="ja-JP"/>
        </w:rPr>
        <w:t>A</w:t>
      </w:r>
      <w:r>
        <w:rPr>
          <w:sz w:val="28"/>
          <w:szCs w:val="28"/>
        </w:rPr>
        <w:t>型</w:t>
      </w:r>
      <w:proofErr w:type="spellEnd"/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proofErr w:type="spellStart"/>
      <w:r>
        <w:rPr>
          <w:sz w:val="28"/>
          <w:szCs w:val="28"/>
        </w:rPr>
        <w:t>就労継続支援</w:t>
      </w:r>
      <w:r w:rsidRPr="00460116">
        <w:rPr>
          <w:sz w:val="28"/>
          <w:szCs w:val="28"/>
          <w:lang w:eastAsia="ja-JP"/>
        </w:rPr>
        <w:t>B</w:t>
      </w:r>
      <w:r>
        <w:rPr>
          <w:sz w:val="28"/>
          <w:szCs w:val="28"/>
        </w:rPr>
        <w:t>型</w:t>
      </w:r>
      <w:proofErr w:type="spellEnd"/>
    </w:p>
    <w:p w14:paraId="5BB86099" w14:textId="2A98CD40" w:rsidR="00FF544A" w:rsidRDefault="00FF544A" w:rsidP="00FF544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proofErr w:type="spellStart"/>
      <w:r>
        <w:rPr>
          <w:sz w:val="28"/>
          <w:szCs w:val="28"/>
        </w:rPr>
        <w:t>就労定着支援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就労選択支援</w:t>
      </w:r>
      <w:r>
        <w:rPr>
          <w:sz w:val="28"/>
          <w:szCs w:val="28"/>
          <w:lang w:eastAsia="ja-JP"/>
        </w:rPr>
        <w:tab/>
      </w:r>
    </w:p>
    <w:p w14:paraId="4B5EBCED" w14:textId="47AB78D3" w:rsidR="00FF544A" w:rsidRPr="00460116" w:rsidRDefault="00FF544A" w:rsidP="00FF544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共同生活援助</w:t>
      </w:r>
      <w:r w:rsidRPr="00460116">
        <w:rPr>
          <w:sz w:val="28"/>
          <w:szCs w:val="28"/>
          <w:lang w:eastAsia="ja-JP"/>
        </w:rPr>
        <w:t>（グループホーム）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施設入所支援</w:t>
      </w:r>
    </w:p>
    <w:p w14:paraId="0C82A6CB" w14:textId="3B6C5409" w:rsidR="00FF544A" w:rsidRPr="00460116" w:rsidRDefault="00FF544A" w:rsidP="00FF544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自立生活援助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短期入所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</w:p>
    <w:p w14:paraId="0B45734B" w14:textId="59287A34" w:rsidR="00FF544A" w:rsidRPr="00460116" w:rsidRDefault="00FF544A" w:rsidP="00FF544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その</w:t>
      </w:r>
      <w:r>
        <w:rPr>
          <w:sz w:val="28"/>
          <w:szCs w:val="28"/>
          <w:lang w:eastAsia="ja-JP"/>
        </w:rPr>
        <w:t>他</w:t>
      </w:r>
      <w:r w:rsidRPr="00460116">
        <w:rPr>
          <w:sz w:val="28"/>
          <w:szCs w:val="28"/>
          <w:lang w:eastAsia="ja-JP"/>
        </w:rPr>
        <w:t xml:space="preserve">（　　</w:t>
      </w:r>
      <w:r>
        <w:rPr>
          <w:rFonts w:hint="eastAsia"/>
          <w:sz w:val="28"/>
          <w:szCs w:val="28"/>
          <w:lang w:eastAsia="ja-JP"/>
        </w:rPr>
        <w:t xml:space="preserve">　　　　　　　　　　　　　　　　　　　</w:t>
      </w:r>
      <w:r w:rsidRPr="00460116">
        <w:rPr>
          <w:sz w:val="28"/>
          <w:szCs w:val="28"/>
          <w:lang w:eastAsia="ja-JP"/>
        </w:rPr>
        <w:t xml:space="preserve">　　）</w:t>
      </w:r>
    </w:p>
    <w:p w14:paraId="52E00EE0" w14:textId="7FAC27C9" w:rsidR="004F5C09" w:rsidRPr="00FF544A" w:rsidRDefault="004F5C09" w:rsidP="004F5C09">
      <w:pPr>
        <w:rPr>
          <w:sz w:val="28"/>
          <w:szCs w:val="28"/>
          <w:lang w:eastAsia="ja-JP"/>
        </w:rPr>
      </w:pPr>
    </w:p>
    <w:p w14:paraId="6D6C7FDE" w14:textId="123D2E95" w:rsidR="00E55CAF" w:rsidRPr="00460116" w:rsidRDefault="00E55CAF" w:rsidP="00FF544A">
      <w:pPr>
        <w:ind w:leftChars="160" w:left="1558" w:hangingChars="387" w:hanging="1238"/>
        <w:rPr>
          <w:sz w:val="32"/>
          <w:szCs w:val="32"/>
          <w:lang w:eastAsia="ja-JP"/>
        </w:rPr>
      </w:pPr>
      <w:r w:rsidRPr="00460116">
        <w:rPr>
          <w:b/>
          <w:sz w:val="32"/>
          <w:szCs w:val="32"/>
          <w:lang w:eastAsia="ja-JP"/>
        </w:rPr>
        <w:t>問</w:t>
      </w:r>
      <w:r w:rsidR="004F5C09">
        <w:rPr>
          <w:rFonts w:hint="eastAsia"/>
          <w:b/>
          <w:sz w:val="32"/>
          <w:szCs w:val="32"/>
          <w:lang w:eastAsia="ja-JP"/>
        </w:rPr>
        <w:t>10</w:t>
      </w:r>
      <w:r w:rsidRPr="00460116">
        <w:rPr>
          <w:b/>
          <w:sz w:val="32"/>
          <w:szCs w:val="32"/>
          <w:lang w:eastAsia="ja-JP"/>
        </w:rPr>
        <w:t xml:space="preserve">　</w:t>
      </w:r>
      <w:r w:rsidR="00FF544A">
        <w:rPr>
          <w:rFonts w:hint="eastAsia"/>
          <w:b/>
          <w:sz w:val="32"/>
          <w:szCs w:val="32"/>
          <w:lang w:eastAsia="ja-JP"/>
        </w:rPr>
        <w:t>【</w:t>
      </w:r>
      <w:r w:rsidRPr="00E72C7F">
        <w:rPr>
          <w:b/>
          <w:sz w:val="32"/>
          <w:szCs w:val="32"/>
          <w:u w:val="single"/>
          <w:lang w:eastAsia="ja-JP"/>
        </w:rPr>
        <w:t>問8で「ある」と答えた方</w:t>
      </w:r>
      <w:r w:rsidR="00FF544A">
        <w:rPr>
          <w:rFonts w:hint="eastAsia"/>
          <w:b/>
          <w:sz w:val="32"/>
          <w:szCs w:val="32"/>
          <w:lang w:eastAsia="ja-JP"/>
        </w:rPr>
        <w:t>】</w:t>
      </w:r>
      <w:r w:rsidRPr="00460116">
        <w:rPr>
          <w:b/>
          <w:sz w:val="32"/>
          <w:szCs w:val="32"/>
          <w:lang w:eastAsia="ja-JP"/>
        </w:rPr>
        <w:t>：利用できなかった理由は何ですか。（複数回答可）</w:t>
      </w:r>
    </w:p>
    <w:bookmarkEnd w:id="3"/>
    <w:p w14:paraId="4935501E" w14:textId="7D1B9142" w:rsidR="00FF544A" w:rsidRPr="00460116" w:rsidRDefault="00FF544A" w:rsidP="00FF544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定員</w:t>
      </w:r>
      <w:r w:rsidRPr="00460116">
        <w:rPr>
          <w:sz w:val="28"/>
          <w:szCs w:val="28"/>
          <w:lang w:eastAsia="ja-JP"/>
        </w:rPr>
        <w:t>・</w:t>
      </w:r>
      <w:r>
        <w:rPr>
          <w:sz w:val="28"/>
          <w:szCs w:val="28"/>
          <w:lang w:eastAsia="ja-JP"/>
        </w:rPr>
        <w:t>空</w:t>
      </w:r>
      <w:r w:rsidRPr="00460116">
        <w:rPr>
          <w:sz w:val="28"/>
          <w:szCs w:val="28"/>
          <w:lang w:eastAsia="ja-JP"/>
        </w:rPr>
        <w:t>きがない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rFonts w:hint="eastAsia"/>
          <w:sz w:val="28"/>
          <w:szCs w:val="28"/>
          <w:lang w:eastAsia="ja-JP"/>
        </w:rPr>
        <w:t xml:space="preserve">　</w:t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希望</w:t>
      </w:r>
      <w:r w:rsidRPr="00460116">
        <w:rPr>
          <w:sz w:val="28"/>
          <w:szCs w:val="28"/>
          <w:lang w:eastAsia="ja-JP"/>
        </w:rPr>
        <w:t>する</w:t>
      </w:r>
      <w:r>
        <w:rPr>
          <w:sz w:val="28"/>
          <w:szCs w:val="28"/>
          <w:lang w:eastAsia="ja-JP"/>
        </w:rPr>
        <w:t>曜日</w:t>
      </w:r>
      <w:r w:rsidRPr="00460116">
        <w:rPr>
          <w:sz w:val="28"/>
          <w:szCs w:val="28"/>
          <w:lang w:eastAsia="ja-JP"/>
        </w:rPr>
        <w:t>・</w:t>
      </w:r>
      <w:r>
        <w:rPr>
          <w:sz w:val="28"/>
          <w:szCs w:val="28"/>
          <w:lang w:eastAsia="ja-JP"/>
        </w:rPr>
        <w:t>時間</w:t>
      </w:r>
      <w:r w:rsidRPr="00460116">
        <w:rPr>
          <w:sz w:val="28"/>
          <w:szCs w:val="28"/>
          <w:lang w:eastAsia="ja-JP"/>
        </w:rPr>
        <w:t>に</w:t>
      </w:r>
      <w:r>
        <w:rPr>
          <w:sz w:val="28"/>
          <w:szCs w:val="28"/>
          <w:lang w:eastAsia="ja-JP"/>
        </w:rPr>
        <w:t>利用</w:t>
      </w:r>
      <w:r w:rsidRPr="00460116">
        <w:rPr>
          <w:sz w:val="28"/>
          <w:szCs w:val="28"/>
          <w:lang w:eastAsia="ja-JP"/>
        </w:rPr>
        <w:t>できない</w:t>
      </w:r>
    </w:p>
    <w:p w14:paraId="1D4F5CC0" w14:textId="58D27333" w:rsidR="00FF544A" w:rsidRPr="00460116" w:rsidRDefault="00FF544A" w:rsidP="00FF544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近く</w:t>
      </w:r>
      <w:r w:rsidRPr="00460116">
        <w:rPr>
          <w:sz w:val="28"/>
          <w:szCs w:val="28"/>
          <w:lang w:eastAsia="ja-JP"/>
        </w:rPr>
        <w:t>に</w:t>
      </w:r>
      <w:r>
        <w:rPr>
          <w:sz w:val="28"/>
          <w:szCs w:val="28"/>
          <w:lang w:eastAsia="ja-JP"/>
        </w:rPr>
        <w:t>事業所</w:t>
      </w:r>
      <w:r w:rsidRPr="00460116">
        <w:rPr>
          <w:sz w:val="28"/>
          <w:szCs w:val="28"/>
          <w:lang w:eastAsia="ja-JP"/>
        </w:rPr>
        <w:t>がない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rFonts w:hint="eastAsia"/>
          <w:sz w:val="28"/>
          <w:szCs w:val="28"/>
          <w:lang w:eastAsia="ja-JP"/>
        </w:rPr>
        <w:t xml:space="preserve">　</w:t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送迎</w:t>
      </w:r>
      <w:r w:rsidRPr="00460116">
        <w:rPr>
          <w:sz w:val="28"/>
          <w:szCs w:val="28"/>
          <w:lang w:eastAsia="ja-JP"/>
        </w:rPr>
        <w:t>がない</w:t>
      </w:r>
    </w:p>
    <w:p w14:paraId="08A60107" w14:textId="39301FC2" w:rsidR="00FF544A" w:rsidRPr="00460116" w:rsidRDefault="00FF544A" w:rsidP="00FF544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職員不足等</w:t>
      </w:r>
      <w:r w:rsidRPr="00460116">
        <w:rPr>
          <w:sz w:val="28"/>
          <w:szCs w:val="28"/>
          <w:lang w:eastAsia="ja-JP"/>
        </w:rPr>
        <w:t>で</w:t>
      </w:r>
      <w:r>
        <w:rPr>
          <w:sz w:val="28"/>
          <w:szCs w:val="28"/>
          <w:lang w:eastAsia="ja-JP"/>
        </w:rPr>
        <w:t>受入</w:t>
      </w:r>
      <w:r w:rsidRPr="00460116">
        <w:rPr>
          <w:sz w:val="28"/>
          <w:szCs w:val="28"/>
          <w:lang w:eastAsia="ja-JP"/>
        </w:rPr>
        <w:t>れできない</w:t>
      </w:r>
      <w:r>
        <w:rPr>
          <w:sz w:val="28"/>
          <w:szCs w:val="28"/>
          <w:lang w:eastAsia="ja-JP"/>
        </w:rPr>
        <w:tab/>
      </w:r>
      <w:r>
        <w:rPr>
          <w:rFonts w:hint="eastAsia"/>
          <w:sz w:val="28"/>
          <w:szCs w:val="28"/>
          <w:lang w:eastAsia="ja-JP"/>
        </w:rPr>
        <w:t xml:space="preserve">　</w:t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障</w:t>
      </w:r>
      <w:r w:rsidRPr="00460116">
        <w:rPr>
          <w:sz w:val="28"/>
          <w:szCs w:val="28"/>
          <w:lang w:eastAsia="ja-JP"/>
        </w:rPr>
        <w:t>がい</w:t>
      </w:r>
      <w:r>
        <w:rPr>
          <w:sz w:val="28"/>
          <w:szCs w:val="28"/>
          <w:lang w:eastAsia="ja-JP"/>
        </w:rPr>
        <w:t>特性等</w:t>
      </w:r>
      <w:r w:rsidRPr="00460116">
        <w:rPr>
          <w:sz w:val="28"/>
          <w:szCs w:val="28"/>
          <w:lang w:eastAsia="ja-JP"/>
        </w:rPr>
        <w:t>に</w:t>
      </w:r>
      <w:r>
        <w:rPr>
          <w:sz w:val="28"/>
          <w:szCs w:val="28"/>
          <w:lang w:eastAsia="ja-JP"/>
        </w:rPr>
        <w:t>対応</w:t>
      </w:r>
      <w:r w:rsidRPr="00460116">
        <w:rPr>
          <w:sz w:val="28"/>
          <w:szCs w:val="28"/>
          <w:lang w:eastAsia="ja-JP"/>
        </w:rPr>
        <w:t>できない</w:t>
      </w:r>
    </w:p>
    <w:p w14:paraId="638223C3" w14:textId="6FA4716E" w:rsidR="00FF544A" w:rsidRPr="00460116" w:rsidRDefault="00FF544A" w:rsidP="00FF544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医療的</w:t>
      </w:r>
      <w:r w:rsidRPr="00460116">
        <w:rPr>
          <w:sz w:val="28"/>
          <w:szCs w:val="28"/>
          <w:lang w:eastAsia="ja-JP"/>
        </w:rPr>
        <w:t>ケアに</w:t>
      </w:r>
      <w:r>
        <w:rPr>
          <w:sz w:val="28"/>
          <w:szCs w:val="28"/>
          <w:lang w:eastAsia="ja-JP"/>
        </w:rPr>
        <w:t>対応</w:t>
      </w:r>
      <w:r w:rsidRPr="00460116">
        <w:rPr>
          <w:sz w:val="28"/>
          <w:szCs w:val="28"/>
          <w:lang w:eastAsia="ja-JP"/>
        </w:rPr>
        <w:t>できない</w:t>
      </w:r>
      <w:r>
        <w:rPr>
          <w:sz w:val="28"/>
          <w:szCs w:val="28"/>
          <w:lang w:eastAsia="ja-JP"/>
        </w:rPr>
        <w:tab/>
      </w:r>
      <w:r>
        <w:rPr>
          <w:rFonts w:hint="eastAsia"/>
          <w:sz w:val="28"/>
          <w:szCs w:val="28"/>
          <w:lang w:eastAsia="ja-JP"/>
        </w:rPr>
        <w:t xml:space="preserve">　</w:t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費用負担</w:t>
      </w:r>
    </w:p>
    <w:p w14:paraId="12A2CEDA" w14:textId="1163EAF6" w:rsidR="00FF544A" w:rsidRPr="00460116" w:rsidRDefault="00FF544A" w:rsidP="00FF544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情報</w:t>
      </w:r>
      <w:r w:rsidRPr="00460116">
        <w:rPr>
          <w:sz w:val="28"/>
          <w:szCs w:val="28"/>
          <w:lang w:eastAsia="ja-JP"/>
        </w:rPr>
        <w:t>・</w:t>
      </w:r>
      <w:r>
        <w:rPr>
          <w:sz w:val="28"/>
          <w:szCs w:val="28"/>
          <w:lang w:eastAsia="ja-JP"/>
        </w:rPr>
        <w:t>手続</w:t>
      </w:r>
      <w:r w:rsidRPr="00460116">
        <w:rPr>
          <w:sz w:val="28"/>
          <w:szCs w:val="28"/>
          <w:lang w:eastAsia="ja-JP"/>
        </w:rPr>
        <w:t>きがわからない</w:t>
      </w:r>
    </w:p>
    <w:p w14:paraId="0AE640F6" w14:textId="34B68EAB" w:rsidR="00FF544A" w:rsidRPr="00460116" w:rsidRDefault="00FF544A" w:rsidP="00FF544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その</w:t>
      </w:r>
      <w:r>
        <w:rPr>
          <w:sz w:val="28"/>
          <w:szCs w:val="28"/>
          <w:lang w:eastAsia="ja-JP"/>
        </w:rPr>
        <w:t>他</w:t>
      </w:r>
      <w:r w:rsidRPr="00460116">
        <w:rPr>
          <w:sz w:val="28"/>
          <w:szCs w:val="28"/>
          <w:lang w:eastAsia="ja-JP"/>
        </w:rPr>
        <w:t xml:space="preserve">（　　</w:t>
      </w:r>
      <w:r>
        <w:rPr>
          <w:rFonts w:hint="eastAsia"/>
          <w:sz w:val="28"/>
          <w:szCs w:val="28"/>
          <w:lang w:eastAsia="ja-JP"/>
        </w:rPr>
        <w:t xml:space="preserve">　　　　　　　　　　　　　　　　　　　</w:t>
      </w:r>
      <w:r w:rsidRPr="00460116">
        <w:rPr>
          <w:sz w:val="28"/>
          <w:szCs w:val="28"/>
          <w:lang w:eastAsia="ja-JP"/>
        </w:rPr>
        <w:t xml:space="preserve">　　）</w:t>
      </w:r>
    </w:p>
    <w:p w14:paraId="1B05760A" w14:textId="77777777" w:rsidR="00526617" w:rsidRPr="00916A40" w:rsidRDefault="00494CEE">
      <w:pPr>
        <w:pStyle w:val="1"/>
        <w:rPr>
          <w:sz w:val="36"/>
          <w:szCs w:val="36"/>
          <w:lang w:eastAsia="ja-JP"/>
        </w:rPr>
      </w:pPr>
      <w:r w:rsidRPr="00F10D7F">
        <w:rPr>
          <w:sz w:val="36"/>
          <w:szCs w:val="36"/>
          <w:bdr w:val="single" w:sz="4" w:space="0" w:color="auto"/>
          <w:lang w:eastAsia="ja-JP"/>
        </w:rPr>
        <w:lastRenderedPageBreak/>
        <w:t>3</w:t>
      </w:r>
      <w:r w:rsidRPr="00F10D7F">
        <w:rPr>
          <w:sz w:val="36"/>
          <w:szCs w:val="36"/>
          <w:bdr w:val="single" w:sz="4" w:space="0" w:color="auto"/>
          <w:lang w:eastAsia="ja-JP"/>
        </w:rPr>
        <w:t xml:space="preserve">　家族・支援者の負担</w:t>
      </w:r>
    </w:p>
    <w:p w14:paraId="3B8E2364" w14:textId="33B7EFA1" w:rsidR="00526617" w:rsidRPr="00372F09" w:rsidRDefault="00494CEE" w:rsidP="00E55CAF">
      <w:pPr>
        <w:ind w:firstLineChars="100" w:firstLine="320"/>
        <w:rPr>
          <w:sz w:val="32"/>
          <w:szCs w:val="32"/>
          <w:lang w:eastAsia="ja-JP"/>
        </w:rPr>
      </w:pPr>
      <w:r w:rsidRPr="00372F09">
        <w:rPr>
          <w:b/>
          <w:sz w:val="32"/>
          <w:szCs w:val="32"/>
          <w:lang w:eastAsia="ja-JP"/>
        </w:rPr>
        <w:t>問</w:t>
      </w:r>
      <w:r w:rsidR="00E55CAF">
        <w:rPr>
          <w:rFonts w:hint="eastAsia"/>
          <w:b/>
          <w:sz w:val="32"/>
          <w:szCs w:val="32"/>
          <w:lang w:eastAsia="ja-JP"/>
        </w:rPr>
        <w:t>1</w:t>
      </w:r>
      <w:r w:rsidR="004F5C09">
        <w:rPr>
          <w:rFonts w:hint="eastAsia"/>
          <w:b/>
          <w:sz w:val="32"/>
          <w:szCs w:val="32"/>
          <w:lang w:eastAsia="ja-JP"/>
        </w:rPr>
        <w:t>1</w:t>
      </w:r>
      <w:r w:rsidRPr="00372F09">
        <w:rPr>
          <w:b/>
          <w:sz w:val="32"/>
          <w:szCs w:val="32"/>
          <w:lang w:eastAsia="ja-JP"/>
        </w:rPr>
        <w:t xml:space="preserve">　日常的に行っている支援は何ですか。（複数回答可）</w:t>
      </w:r>
    </w:p>
    <w:p w14:paraId="6602952E" w14:textId="7E008FA2" w:rsidR="00526617" w:rsidRPr="00372F09" w:rsidRDefault="00494CEE" w:rsidP="00E55CAF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食事・入浴・排せつ介助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服薬管理</w:t>
      </w:r>
    </w:p>
    <w:p w14:paraId="12F2211A" w14:textId="330F813F" w:rsidR="00526617" w:rsidRPr="00372F09" w:rsidRDefault="00494CEE" w:rsidP="00E55CAF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通院同行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外出・移動支援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金銭管理</w:t>
      </w:r>
    </w:p>
    <w:p w14:paraId="501A2DB4" w14:textId="7B6998A3" w:rsidR="00526617" w:rsidRPr="00372F09" w:rsidRDefault="00494CEE" w:rsidP="00E55CAF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家事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見守り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行動面への対応</w:t>
      </w:r>
    </w:p>
    <w:p w14:paraId="2DB6B8D2" w14:textId="5A277EBC" w:rsidR="00526617" w:rsidRPr="00372F09" w:rsidRDefault="00494CEE" w:rsidP="00E55CAF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送迎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相談・精神的支援</w:t>
      </w:r>
    </w:p>
    <w:p w14:paraId="55DD21CF" w14:textId="3835DB7F" w:rsidR="00526617" w:rsidRPr="00372F09" w:rsidRDefault="00494CEE" w:rsidP="00E55CAF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 xml:space="preserve">□ その他（　　</w:t>
      </w:r>
      <w:r w:rsidR="00E55CAF">
        <w:rPr>
          <w:rFonts w:hint="eastAsia"/>
          <w:sz w:val="28"/>
          <w:szCs w:val="28"/>
          <w:lang w:eastAsia="ja-JP"/>
        </w:rPr>
        <w:t xml:space="preserve">　　　　　　　　　　　</w:t>
      </w:r>
      <w:r w:rsidR="00FF544A">
        <w:rPr>
          <w:rFonts w:hint="eastAsia"/>
          <w:sz w:val="28"/>
          <w:szCs w:val="28"/>
          <w:lang w:eastAsia="ja-JP"/>
        </w:rPr>
        <w:t xml:space="preserve">　</w:t>
      </w:r>
      <w:r w:rsidR="00E55CAF">
        <w:rPr>
          <w:rFonts w:hint="eastAsia"/>
          <w:sz w:val="28"/>
          <w:szCs w:val="28"/>
          <w:lang w:eastAsia="ja-JP"/>
        </w:rPr>
        <w:t xml:space="preserve">　　　　　　　</w:t>
      </w:r>
      <w:r w:rsidRPr="00372F09">
        <w:rPr>
          <w:sz w:val="28"/>
          <w:szCs w:val="28"/>
          <w:lang w:eastAsia="ja-JP"/>
        </w:rPr>
        <w:t xml:space="preserve">　　）</w:t>
      </w:r>
    </w:p>
    <w:p w14:paraId="1F66F405" w14:textId="34DC9FD8" w:rsidR="00526617" w:rsidRPr="00372F09" w:rsidRDefault="00494CEE" w:rsidP="00E55CAF">
      <w:pPr>
        <w:ind w:firstLineChars="100" w:firstLine="320"/>
        <w:rPr>
          <w:sz w:val="32"/>
          <w:szCs w:val="32"/>
          <w:lang w:eastAsia="ja-JP"/>
        </w:rPr>
      </w:pPr>
      <w:r w:rsidRPr="00372F09">
        <w:rPr>
          <w:b/>
          <w:sz w:val="32"/>
          <w:szCs w:val="32"/>
          <w:lang w:eastAsia="ja-JP"/>
        </w:rPr>
        <w:t>問1</w:t>
      </w:r>
      <w:r w:rsidR="004F5C09">
        <w:rPr>
          <w:rFonts w:hint="eastAsia"/>
          <w:b/>
          <w:sz w:val="32"/>
          <w:szCs w:val="32"/>
          <w:lang w:eastAsia="ja-JP"/>
        </w:rPr>
        <w:t>2</w:t>
      </w:r>
      <w:r w:rsidRPr="00372F09">
        <w:rPr>
          <w:b/>
          <w:sz w:val="32"/>
          <w:szCs w:val="32"/>
          <w:lang w:eastAsia="ja-JP"/>
        </w:rPr>
        <w:t xml:space="preserve">　支援による負担をどの程度感じますか。</w:t>
      </w:r>
    </w:p>
    <w:p w14:paraId="46906866" w14:textId="77777777" w:rsidR="00FF544A" w:rsidRDefault="00494CEE" w:rsidP="00E55CAF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非常に負担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やや負担</w:t>
      </w:r>
    </w:p>
    <w:p w14:paraId="65232EF0" w14:textId="01B321BF" w:rsidR="00526617" w:rsidRDefault="00494CEE" w:rsidP="00E55CAF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あまり負担でない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ほとんど負担でない</w:t>
      </w:r>
    </w:p>
    <w:p w14:paraId="50224260" w14:textId="3A2F4511" w:rsidR="00FF544A" w:rsidRPr="00372F09" w:rsidRDefault="00FF544A" w:rsidP="00E55CAF">
      <w:pPr>
        <w:ind w:firstLineChars="300" w:firstLine="840"/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ja-JP"/>
        </w:rPr>
        <w:t>□</w:t>
      </w:r>
      <w:r>
        <w:rPr>
          <w:sz w:val="28"/>
          <w:szCs w:val="28"/>
          <w:lang w:eastAsia="ja-JP"/>
        </w:rPr>
        <w:t xml:space="preserve"> </w:t>
      </w:r>
      <w:r>
        <w:rPr>
          <w:rFonts w:hint="eastAsia"/>
          <w:sz w:val="28"/>
          <w:szCs w:val="28"/>
          <w:lang w:eastAsia="ja-JP"/>
        </w:rPr>
        <w:t>わからない</w:t>
      </w:r>
    </w:p>
    <w:p w14:paraId="11CCA454" w14:textId="1C814BF6" w:rsidR="00526617" w:rsidRPr="00372F09" w:rsidRDefault="00494CEE" w:rsidP="00E55CAF">
      <w:pPr>
        <w:ind w:firstLineChars="100" w:firstLine="320"/>
        <w:rPr>
          <w:sz w:val="32"/>
          <w:szCs w:val="32"/>
          <w:lang w:eastAsia="ja-JP"/>
        </w:rPr>
      </w:pPr>
      <w:r w:rsidRPr="00372F09">
        <w:rPr>
          <w:b/>
          <w:sz w:val="32"/>
          <w:szCs w:val="32"/>
          <w:lang w:eastAsia="ja-JP"/>
        </w:rPr>
        <w:t>問1</w:t>
      </w:r>
      <w:r w:rsidR="004F5C09">
        <w:rPr>
          <w:rFonts w:hint="eastAsia"/>
          <w:b/>
          <w:sz w:val="32"/>
          <w:szCs w:val="32"/>
          <w:lang w:eastAsia="ja-JP"/>
        </w:rPr>
        <w:t>3</w:t>
      </w:r>
      <w:r w:rsidRPr="00372F09">
        <w:rPr>
          <w:b/>
          <w:sz w:val="32"/>
          <w:szCs w:val="32"/>
          <w:lang w:eastAsia="ja-JP"/>
        </w:rPr>
        <w:t xml:space="preserve">　負担の内容は何ですか。（複数回答可）</w:t>
      </w:r>
    </w:p>
    <w:p w14:paraId="20FCD605" w14:textId="0EC74234" w:rsidR="00526617" w:rsidRPr="00372F09" w:rsidRDefault="00494CEE" w:rsidP="00E55CAF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身体的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精神的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時間的</w:t>
      </w:r>
    </w:p>
    <w:p w14:paraId="4DD66452" w14:textId="56BF92BE" w:rsidR="00526617" w:rsidRPr="00372F09" w:rsidRDefault="00494CEE" w:rsidP="00E55CAF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経済的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仕事との両立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他の家族との時間</w:t>
      </w:r>
    </w:p>
    <w:p w14:paraId="356AB8FB" w14:textId="31DA5301" w:rsidR="00526617" w:rsidRPr="00372F09" w:rsidRDefault="00494CEE" w:rsidP="00E55CAF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自分自身の健康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緊急時対応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将来への不安</w:t>
      </w:r>
    </w:p>
    <w:p w14:paraId="5A47431C" w14:textId="77777777" w:rsidR="00526617" w:rsidRPr="00372F09" w:rsidRDefault="00494CEE" w:rsidP="00E55CAF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相談相手がいない</w:t>
      </w:r>
    </w:p>
    <w:p w14:paraId="7AE65F69" w14:textId="660E71C5" w:rsidR="00526617" w:rsidRDefault="00494CEE" w:rsidP="00E55CAF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 xml:space="preserve">□ その他（　　</w:t>
      </w:r>
      <w:r w:rsidR="00E55CAF">
        <w:rPr>
          <w:rFonts w:hint="eastAsia"/>
          <w:sz w:val="28"/>
          <w:szCs w:val="28"/>
          <w:lang w:eastAsia="ja-JP"/>
        </w:rPr>
        <w:t xml:space="preserve">　　　　　　　　　　　　　　　　　　　</w:t>
      </w:r>
      <w:r w:rsidRPr="00372F09">
        <w:rPr>
          <w:sz w:val="28"/>
          <w:szCs w:val="28"/>
          <w:lang w:eastAsia="ja-JP"/>
        </w:rPr>
        <w:t xml:space="preserve">　　）</w:t>
      </w:r>
    </w:p>
    <w:p w14:paraId="532F84D5" w14:textId="77777777" w:rsidR="00FF544A" w:rsidRPr="00FF544A" w:rsidRDefault="00FF544A" w:rsidP="00E55CAF">
      <w:pPr>
        <w:ind w:firstLineChars="300" w:firstLine="840"/>
        <w:rPr>
          <w:sz w:val="28"/>
          <w:szCs w:val="28"/>
          <w:lang w:eastAsia="ja-JP"/>
        </w:rPr>
      </w:pPr>
    </w:p>
    <w:p w14:paraId="72E741F7" w14:textId="6234DBE3" w:rsidR="00526617" w:rsidRPr="00372F09" w:rsidRDefault="00494CEE" w:rsidP="00E55CAF">
      <w:pPr>
        <w:ind w:leftChars="160" w:left="1133" w:rightChars="351" w:right="702" w:hangingChars="254" w:hanging="813"/>
        <w:rPr>
          <w:sz w:val="32"/>
          <w:szCs w:val="32"/>
          <w:lang w:eastAsia="ja-JP"/>
        </w:rPr>
      </w:pPr>
      <w:r w:rsidRPr="00372F09">
        <w:rPr>
          <w:b/>
          <w:sz w:val="32"/>
          <w:szCs w:val="32"/>
          <w:lang w:eastAsia="ja-JP"/>
        </w:rPr>
        <w:lastRenderedPageBreak/>
        <w:t>問1</w:t>
      </w:r>
      <w:r w:rsidR="004F5C09">
        <w:rPr>
          <w:rFonts w:hint="eastAsia"/>
          <w:b/>
          <w:sz w:val="32"/>
          <w:szCs w:val="32"/>
          <w:lang w:eastAsia="ja-JP"/>
        </w:rPr>
        <w:t>4</w:t>
      </w:r>
      <w:r w:rsidRPr="00372F09">
        <w:rPr>
          <w:b/>
          <w:sz w:val="32"/>
          <w:szCs w:val="32"/>
          <w:lang w:eastAsia="ja-JP"/>
        </w:rPr>
        <w:t xml:space="preserve">　家族・支援者の休息のために必要な支援は何ですか。（複数回答可）</w:t>
      </w:r>
    </w:p>
    <w:p w14:paraId="7088AB16" w14:textId="75686C22" w:rsidR="00526617" w:rsidRPr="00372F09" w:rsidRDefault="00494CEE" w:rsidP="00E55CAF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短期入所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日中一時支援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訪問サービス</w:t>
      </w:r>
    </w:p>
    <w:p w14:paraId="08640A66" w14:textId="42095621" w:rsidR="00526617" w:rsidRPr="00372F09" w:rsidRDefault="00494CEE" w:rsidP="00E55CAF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相談支援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レスパイト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家族同士の交流・相談</w:t>
      </w:r>
    </w:p>
    <w:p w14:paraId="0CAF5FAA" w14:textId="7CFDDCE2" w:rsidR="00526617" w:rsidRPr="00372F09" w:rsidRDefault="00494CEE" w:rsidP="00E55CAF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緊急時の受入れ</w:t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経済的支援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="00FF544A">
        <w:rPr>
          <w:rFonts w:hint="eastAsia"/>
          <w:sz w:val="28"/>
          <w:szCs w:val="28"/>
          <w:lang w:eastAsia="ja-JP"/>
        </w:rPr>
        <w:t>□</w:t>
      </w:r>
      <w:r w:rsidRPr="00372F09">
        <w:rPr>
          <w:sz w:val="28"/>
          <w:szCs w:val="28"/>
          <w:lang w:eastAsia="ja-JP"/>
        </w:rPr>
        <w:t xml:space="preserve"> 特にない</w:t>
      </w:r>
    </w:p>
    <w:p w14:paraId="3EF5B9B5" w14:textId="22CB2458" w:rsidR="00526617" w:rsidRPr="00372F09" w:rsidRDefault="00494CEE" w:rsidP="00E55CAF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 xml:space="preserve">□ その他（　　</w:t>
      </w:r>
      <w:r w:rsidR="00E55CAF">
        <w:rPr>
          <w:rFonts w:hint="eastAsia"/>
          <w:sz w:val="28"/>
          <w:szCs w:val="28"/>
          <w:lang w:eastAsia="ja-JP"/>
        </w:rPr>
        <w:t xml:space="preserve">　　　　　　　　　　　　　　　　　　　</w:t>
      </w:r>
      <w:r w:rsidRPr="00372F09">
        <w:rPr>
          <w:sz w:val="28"/>
          <w:szCs w:val="28"/>
          <w:lang w:eastAsia="ja-JP"/>
        </w:rPr>
        <w:t xml:space="preserve">　　）</w:t>
      </w:r>
    </w:p>
    <w:p w14:paraId="56F57D3F" w14:textId="77777777" w:rsidR="00791C46" w:rsidRPr="00460116" w:rsidRDefault="00791C46" w:rsidP="00791C46">
      <w:pPr>
        <w:pStyle w:val="1"/>
        <w:rPr>
          <w:sz w:val="36"/>
          <w:szCs w:val="36"/>
          <w:lang w:eastAsia="ja-JP"/>
        </w:rPr>
      </w:pPr>
      <w:r w:rsidRPr="0030632D">
        <w:rPr>
          <w:sz w:val="36"/>
          <w:szCs w:val="36"/>
          <w:bdr w:val="single" w:sz="4" w:space="0" w:color="auto"/>
          <w:lang w:eastAsia="ja-JP"/>
        </w:rPr>
        <w:t>4</w:t>
      </w:r>
      <w:r w:rsidRPr="0030632D">
        <w:rPr>
          <w:sz w:val="36"/>
          <w:szCs w:val="36"/>
          <w:bdr w:val="single" w:sz="4" w:space="0" w:color="auto"/>
          <w:lang w:eastAsia="ja-JP"/>
        </w:rPr>
        <w:t xml:space="preserve">　相談・情報</w:t>
      </w:r>
    </w:p>
    <w:p w14:paraId="22D2CDE1" w14:textId="044F3841" w:rsidR="00791C46" w:rsidRPr="00460116" w:rsidRDefault="00791C46" w:rsidP="00791C46">
      <w:pPr>
        <w:ind w:firstLineChars="100" w:firstLine="320"/>
        <w:rPr>
          <w:sz w:val="32"/>
          <w:szCs w:val="32"/>
          <w:lang w:eastAsia="ja-JP"/>
        </w:rPr>
      </w:pPr>
      <w:r w:rsidRPr="00460116">
        <w:rPr>
          <w:b/>
          <w:sz w:val="32"/>
          <w:szCs w:val="32"/>
          <w:lang w:eastAsia="ja-JP"/>
        </w:rPr>
        <w:t>問1</w:t>
      </w:r>
      <w:r>
        <w:rPr>
          <w:rFonts w:hint="eastAsia"/>
          <w:b/>
          <w:sz w:val="32"/>
          <w:szCs w:val="32"/>
          <w:lang w:eastAsia="ja-JP"/>
        </w:rPr>
        <w:t>5</w:t>
      </w:r>
      <w:r w:rsidRPr="00460116">
        <w:rPr>
          <w:b/>
          <w:sz w:val="32"/>
          <w:szCs w:val="32"/>
          <w:lang w:eastAsia="ja-JP"/>
        </w:rPr>
        <w:t xml:space="preserve">　</w:t>
      </w:r>
      <w:r>
        <w:rPr>
          <w:b/>
          <w:sz w:val="32"/>
          <w:szCs w:val="32"/>
          <w:lang w:eastAsia="ja-JP"/>
        </w:rPr>
        <w:t>困</w:t>
      </w:r>
      <w:r w:rsidRPr="00460116">
        <w:rPr>
          <w:b/>
          <w:sz w:val="32"/>
          <w:szCs w:val="32"/>
          <w:lang w:eastAsia="ja-JP"/>
        </w:rPr>
        <w:t>ったとき、</w:t>
      </w:r>
      <w:r>
        <w:rPr>
          <w:b/>
          <w:sz w:val="32"/>
          <w:szCs w:val="32"/>
          <w:lang w:eastAsia="ja-JP"/>
        </w:rPr>
        <w:t>主</w:t>
      </w:r>
      <w:r w:rsidRPr="00460116">
        <w:rPr>
          <w:b/>
          <w:sz w:val="32"/>
          <w:szCs w:val="32"/>
          <w:lang w:eastAsia="ja-JP"/>
        </w:rPr>
        <w:t>に</w:t>
      </w:r>
      <w:r>
        <w:rPr>
          <w:b/>
          <w:sz w:val="32"/>
          <w:szCs w:val="32"/>
          <w:lang w:eastAsia="ja-JP"/>
        </w:rPr>
        <w:t>誰</w:t>
      </w:r>
      <w:r w:rsidRPr="00460116">
        <w:rPr>
          <w:b/>
          <w:sz w:val="32"/>
          <w:szCs w:val="32"/>
          <w:lang w:eastAsia="ja-JP"/>
        </w:rPr>
        <w:t>に</w:t>
      </w:r>
      <w:r>
        <w:rPr>
          <w:b/>
          <w:sz w:val="32"/>
          <w:szCs w:val="32"/>
          <w:lang w:eastAsia="ja-JP"/>
        </w:rPr>
        <w:t>相談</w:t>
      </w:r>
      <w:r w:rsidRPr="00460116">
        <w:rPr>
          <w:b/>
          <w:sz w:val="32"/>
          <w:szCs w:val="32"/>
          <w:lang w:eastAsia="ja-JP"/>
        </w:rPr>
        <w:t>しますか。（</w:t>
      </w:r>
      <w:r>
        <w:rPr>
          <w:b/>
          <w:sz w:val="32"/>
          <w:szCs w:val="32"/>
          <w:lang w:eastAsia="ja-JP"/>
        </w:rPr>
        <w:t>複数回答可</w:t>
      </w:r>
      <w:r w:rsidRPr="00460116">
        <w:rPr>
          <w:b/>
          <w:sz w:val="32"/>
          <w:szCs w:val="32"/>
          <w:lang w:eastAsia="ja-JP"/>
        </w:rPr>
        <w:t>）</w:t>
      </w:r>
    </w:p>
    <w:p w14:paraId="0C30EB1C" w14:textId="5D166875" w:rsidR="00791C46" w:rsidRPr="00460116" w:rsidRDefault="00791C46" w:rsidP="00791C46">
      <w:pPr>
        <w:ind w:firstLineChars="300" w:firstLine="840"/>
        <w:rPr>
          <w:sz w:val="28"/>
          <w:szCs w:val="28"/>
          <w:lang w:eastAsia="ja-JP"/>
        </w:rPr>
      </w:pPr>
      <w:r w:rsidRPr="00FC25D2">
        <w:rPr>
          <w:sz w:val="28"/>
          <w:szCs w:val="28"/>
          <w:lang w:eastAsia="ja-JP"/>
        </w:rPr>
        <w:t>□</w:t>
      </w:r>
      <w:r w:rsidRPr="00460116">
        <w:rPr>
          <w:sz w:val="28"/>
          <w:szCs w:val="28"/>
          <w:lang w:eastAsia="ja-JP"/>
        </w:rPr>
        <w:t xml:space="preserve"> </w:t>
      </w:r>
      <w:r>
        <w:rPr>
          <w:sz w:val="28"/>
          <w:szCs w:val="28"/>
          <w:lang w:eastAsia="ja-JP"/>
        </w:rPr>
        <w:t>家族</w:t>
      </w:r>
      <w:r w:rsidRPr="00460116">
        <w:rPr>
          <w:sz w:val="28"/>
          <w:szCs w:val="28"/>
          <w:lang w:eastAsia="ja-JP"/>
        </w:rPr>
        <w:t>・</w:t>
      </w:r>
      <w:r>
        <w:rPr>
          <w:sz w:val="28"/>
          <w:szCs w:val="28"/>
          <w:lang w:eastAsia="ja-JP"/>
        </w:rPr>
        <w:t>親族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相談支援専門員</w:t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>□ サービス</w:t>
      </w:r>
      <w:r>
        <w:rPr>
          <w:sz w:val="28"/>
          <w:szCs w:val="28"/>
          <w:lang w:eastAsia="ja-JP"/>
        </w:rPr>
        <w:t>事業所</w:t>
      </w:r>
    </w:p>
    <w:p w14:paraId="4BB857C1" w14:textId="0261A398" w:rsidR="00791C46" w:rsidRDefault="00791C46" w:rsidP="00791C46">
      <w:pPr>
        <w:ind w:firstLineChars="300" w:firstLine="840"/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大津町役場</w:t>
      </w:r>
      <w:r>
        <w:rPr>
          <w:rFonts w:hint="eastAsia"/>
          <w:sz w:val="28"/>
          <w:szCs w:val="28"/>
          <w:lang w:eastAsia="ja-JP"/>
        </w:rPr>
        <w:t>（</w:t>
      </w:r>
      <w:r>
        <w:rPr>
          <w:sz w:val="28"/>
          <w:szCs w:val="28"/>
          <w:lang w:eastAsia="ja-JP"/>
        </w:rPr>
        <w:t>障</w:t>
      </w:r>
      <w:r>
        <w:rPr>
          <w:rFonts w:hint="eastAsia"/>
          <w:sz w:val="28"/>
          <w:szCs w:val="28"/>
          <w:lang w:eastAsia="ja-JP"/>
        </w:rPr>
        <w:t>がい</w:t>
      </w:r>
      <w:r>
        <w:rPr>
          <w:sz w:val="28"/>
          <w:szCs w:val="28"/>
          <w:lang w:eastAsia="ja-JP"/>
        </w:rPr>
        <w:t>者基幹相談支援</w:t>
      </w:r>
      <w:r>
        <w:rPr>
          <w:rFonts w:hint="eastAsia"/>
          <w:sz w:val="28"/>
          <w:szCs w:val="28"/>
          <w:lang w:eastAsia="ja-JP"/>
        </w:rPr>
        <w:t>センター）</w:t>
      </w:r>
    </w:p>
    <w:p w14:paraId="7A0B64FF" w14:textId="09B1D2B3" w:rsidR="00791C46" w:rsidRPr="00460116" w:rsidRDefault="00791C46" w:rsidP="00791C46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大津町役場</w:t>
      </w:r>
      <w:r>
        <w:rPr>
          <w:rFonts w:hint="eastAsia"/>
          <w:sz w:val="28"/>
          <w:szCs w:val="28"/>
          <w:lang w:eastAsia="ja-JP"/>
        </w:rPr>
        <w:t>（</w:t>
      </w:r>
      <w:r>
        <w:rPr>
          <w:sz w:val="28"/>
          <w:szCs w:val="28"/>
          <w:lang w:eastAsia="ja-JP"/>
        </w:rPr>
        <w:t>福祉課</w:t>
      </w:r>
      <w:r>
        <w:rPr>
          <w:rFonts w:hint="eastAsia"/>
          <w:sz w:val="28"/>
          <w:szCs w:val="28"/>
          <w:lang w:eastAsia="ja-JP"/>
        </w:rPr>
        <w:t>など）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医療機関</w:t>
      </w:r>
    </w:p>
    <w:p w14:paraId="222E7B55" w14:textId="71851C69" w:rsidR="00791C46" w:rsidRPr="00460116" w:rsidRDefault="00791C46" w:rsidP="00791C46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社会福祉協議会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友人</w:t>
      </w:r>
      <w:r w:rsidRPr="00460116">
        <w:rPr>
          <w:sz w:val="28"/>
          <w:szCs w:val="28"/>
          <w:lang w:eastAsia="ja-JP"/>
        </w:rPr>
        <w:t>・</w:t>
      </w:r>
      <w:r>
        <w:rPr>
          <w:sz w:val="28"/>
          <w:szCs w:val="28"/>
          <w:lang w:eastAsia="ja-JP"/>
        </w:rPr>
        <w:t>知人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障</w:t>
      </w:r>
      <w:r w:rsidRPr="00460116">
        <w:rPr>
          <w:sz w:val="28"/>
          <w:szCs w:val="28"/>
          <w:lang w:eastAsia="ja-JP"/>
        </w:rPr>
        <w:t>がい</w:t>
      </w:r>
      <w:r>
        <w:rPr>
          <w:sz w:val="28"/>
          <w:szCs w:val="28"/>
          <w:lang w:eastAsia="ja-JP"/>
        </w:rPr>
        <w:t>者団体</w:t>
      </w:r>
    </w:p>
    <w:p w14:paraId="6C3E268C" w14:textId="29E0A2FA" w:rsidR="00791C46" w:rsidRPr="00460116" w:rsidRDefault="00791C46" w:rsidP="00791C46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インターネット・SNS</w:t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相談</w:t>
      </w:r>
      <w:r w:rsidRPr="00460116">
        <w:rPr>
          <w:sz w:val="28"/>
          <w:szCs w:val="28"/>
          <w:lang w:eastAsia="ja-JP"/>
        </w:rPr>
        <w:t>しない</w:t>
      </w:r>
    </w:p>
    <w:p w14:paraId="2759AB51" w14:textId="1B529E01" w:rsidR="00791C46" w:rsidRPr="00460116" w:rsidRDefault="00791C46" w:rsidP="00791C46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その</w:t>
      </w:r>
      <w:r>
        <w:rPr>
          <w:sz w:val="28"/>
          <w:szCs w:val="28"/>
          <w:lang w:eastAsia="ja-JP"/>
        </w:rPr>
        <w:t>他</w:t>
      </w:r>
      <w:r w:rsidRPr="00460116">
        <w:rPr>
          <w:sz w:val="28"/>
          <w:szCs w:val="28"/>
          <w:lang w:eastAsia="ja-JP"/>
        </w:rPr>
        <w:t xml:space="preserve">（　　</w:t>
      </w:r>
      <w:r>
        <w:rPr>
          <w:rFonts w:hint="eastAsia"/>
          <w:sz w:val="28"/>
          <w:szCs w:val="28"/>
          <w:lang w:eastAsia="ja-JP"/>
        </w:rPr>
        <w:t xml:space="preserve">　　　　　　　　　　　　　　　　　　　</w:t>
      </w:r>
      <w:r w:rsidRPr="00460116">
        <w:rPr>
          <w:sz w:val="28"/>
          <w:szCs w:val="28"/>
          <w:lang w:eastAsia="ja-JP"/>
        </w:rPr>
        <w:t xml:space="preserve">　　）</w:t>
      </w:r>
    </w:p>
    <w:p w14:paraId="360E0FFA" w14:textId="11EB4EB0" w:rsidR="00791C46" w:rsidRPr="00460116" w:rsidRDefault="00791C46" w:rsidP="00791C46">
      <w:pPr>
        <w:ind w:firstLineChars="100" w:firstLine="320"/>
        <w:rPr>
          <w:sz w:val="32"/>
          <w:szCs w:val="32"/>
          <w:lang w:eastAsia="ja-JP"/>
        </w:rPr>
      </w:pPr>
      <w:r w:rsidRPr="00460116">
        <w:rPr>
          <w:b/>
          <w:sz w:val="32"/>
          <w:szCs w:val="32"/>
          <w:lang w:eastAsia="ja-JP"/>
        </w:rPr>
        <w:t>問1</w:t>
      </w:r>
      <w:r>
        <w:rPr>
          <w:rFonts w:hint="eastAsia"/>
          <w:b/>
          <w:sz w:val="32"/>
          <w:szCs w:val="32"/>
          <w:lang w:eastAsia="ja-JP"/>
        </w:rPr>
        <w:t>6</w:t>
      </w:r>
      <w:r w:rsidRPr="00460116">
        <w:rPr>
          <w:b/>
          <w:sz w:val="32"/>
          <w:szCs w:val="32"/>
          <w:lang w:eastAsia="ja-JP"/>
        </w:rPr>
        <w:t xml:space="preserve">　</w:t>
      </w:r>
      <w:r>
        <w:rPr>
          <w:b/>
          <w:sz w:val="32"/>
          <w:szCs w:val="32"/>
          <w:lang w:eastAsia="ja-JP"/>
        </w:rPr>
        <w:t>相談</w:t>
      </w:r>
      <w:r w:rsidRPr="00460116">
        <w:rPr>
          <w:b/>
          <w:sz w:val="32"/>
          <w:szCs w:val="32"/>
          <w:lang w:eastAsia="ja-JP"/>
        </w:rPr>
        <w:t>しやすさについてどう</w:t>
      </w:r>
      <w:r>
        <w:rPr>
          <w:b/>
          <w:sz w:val="32"/>
          <w:szCs w:val="32"/>
          <w:lang w:eastAsia="ja-JP"/>
        </w:rPr>
        <w:t>感</w:t>
      </w:r>
      <w:r w:rsidRPr="00460116">
        <w:rPr>
          <w:b/>
          <w:sz w:val="32"/>
          <w:szCs w:val="32"/>
          <w:lang w:eastAsia="ja-JP"/>
        </w:rPr>
        <w:t>じますか。</w:t>
      </w:r>
    </w:p>
    <w:p w14:paraId="5487C395" w14:textId="00740E8D" w:rsidR="00791C46" w:rsidRPr="00460116" w:rsidRDefault="00791C46" w:rsidP="00791C46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相談</w:t>
      </w:r>
      <w:r w:rsidRPr="00460116">
        <w:rPr>
          <w:sz w:val="28"/>
          <w:szCs w:val="28"/>
          <w:lang w:eastAsia="ja-JP"/>
        </w:rPr>
        <w:t>しやすい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>□ まあ</w:t>
      </w:r>
      <w:r>
        <w:rPr>
          <w:sz w:val="28"/>
          <w:szCs w:val="28"/>
          <w:lang w:eastAsia="ja-JP"/>
        </w:rPr>
        <w:t>相談</w:t>
      </w:r>
      <w:r w:rsidRPr="00460116">
        <w:rPr>
          <w:sz w:val="28"/>
          <w:szCs w:val="28"/>
          <w:lang w:eastAsia="ja-JP"/>
        </w:rPr>
        <w:t>しやすい</w:t>
      </w:r>
    </w:p>
    <w:p w14:paraId="77671C31" w14:textId="0B36605A" w:rsidR="00791C46" w:rsidRDefault="00791C46" w:rsidP="00791C46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やや</w:t>
      </w:r>
      <w:r>
        <w:rPr>
          <w:sz w:val="28"/>
          <w:szCs w:val="28"/>
          <w:lang w:eastAsia="ja-JP"/>
        </w:rPr>
        <w:t>相談</w:t>
      </w:r>
      <w:r w:rsidRPr="00460116">
        <w:rPr>
          <w:sz w:val="28"/>
          <w:szCs w:val="28"/>
          <w:lang w:eastAsia="ja-JP"/>
        </w:rPr>
        <w:t>しにくい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相談</w:t>
      </w:r>
      <w:r w:rsidRPr="00460116">
        <w:rPr>
          <w:sz w:val="28"/>
          <w:szCs w:val="28"/>
          <w:lang w:eastAsia="ja-JP"/>
        </w:rPr>
        <w:t>しにくい</w:t>
      </w:r>
    </w:p>
    <w:p w14:paraId="401B08D4" w14:textId="77777777" w:rsidR="00791C46" w:rsidRPr="00460116" w:rsidRDefault="00791C46" w:rsidP="00791C46">
      <w:pPr>
        <w:ind w:firstLineChars="300" w:firstLine="840"/>
        <w:rPr>
          <w:sz w:val="28"/>
          <w:szCs w:val="28"/>
          <w:lang w:eastAsia="ja-JP"/>
        </w:rPr>
      </w:pPr>
    </w:p>
    <w:p w14:paraId="49B187AD" w14:textId="37DF68B8" w:rsidR="00791C46" w:rsidRPr="00460116" w:rsidRDefault="00791C46" w:rsidP="00791C46">
      <w:pPr>
        <w:ind w:leftChars="160" w:left="992" w:hangingChars="210" w:hanging="672"/>
        <w:rPr>
          <w:sz w:val="32"/>
          <w:szCs w:val="32"/>
          <w:lang w:eastAsia="ja-JP"/>
        </w:rPr>
      </w:pPr>
      <w:r w:rsidRPr="00460116">
        <w:rPr>
          <w:b/>
          <w:sz w:val="32"/>
          <w:szCs w:val="32"/>
          <w:lang w:eastAsia="ja-JP"/>
        </w:rPr>
        <w:lastRenderedPageBreak/>
        <w:t>問1</w:t>
      </w:r>
      <w:r>
        <w:rPr>
          <w:rFonts w:hint="eastAsia"/>
          <w:b/>
          <w:sz w:val="32"/>
          <w:szCs w:val="32"/>
          <w:lang w:eastAsia="ja-JP"/>
        </w:rPr>
        <w:t>7</w:t>
      </w:r>
      <w:r w:rsidRPr="00460116">
        <w:rPr>
          <w:b/>
          <w:sz w:val="32"/>
          <w:szCs w:val="32"/>
          <w:lang w:eastAsia="ja-JP"/>
        </w:rPr>
        <w:t xml:space="preserve">　</w:t>
      </w:r>
      <w:r>
        <w:rPr>
          <w:b/>
          <w:sz w:val="32"/>
          <w:szCs w:val="32"/>
          <w:lang w:eastAsia="ja-JP"/>
        </w:rPr>
        <w:t>障</w:t>
      </w:r>
      <w:r w:rsidRPr="00460116">
        <w:rPr>
          <w:b/>
          <w:sz w:val="32"/>
          <w:szCs w:val="32"/>
          <w:lang w:eastAsia="ja-JP"/>
        </w:rPr>
        <w:t>がい</w:t>
      </w:r>
      <w:r>
        <w:rPr>
          <w:b/>
          <w:sz w:val="32"/>
          <w:szCs w:val="32"/>
          <w:lang w:eastAsia="ja-JP"/>
        </w:rPr>
        <w:t>福祉</w:t>
      </w:r>
      <w:r w:rsidRPr="00460116">
        <w:rPr>
          <w:b/>
          <w:sz w:val="32"/>
          <w:szCs w:val="32"/>
          <w:lang w:eastAsia="ja-JP"/>
        </w:rPr>
        <w:t>の</w:t>
      </w:r>
      <w:r>
        <w:rPr>
          <w:b/>
          <w:sz w:val="32"/>
          <w:szCs w:val="32"/>
          <w:lang w:eastAsia="ja-JP"/>
        </w:rPr>
        <w:t>情報</w:t>
      </w:r>
      <w:r w:rsidRPr="00460116">
        <w:rPr>
          <w:b/>
          <w:sz w:val="32"/>
          <w:szCs w:val="32"/>
          <w:lang w:eastAsia="ja-JP"/>
        </w:rPr>
        <w:t>について</w:t>
      </w:r>
      <w:r>
        <w:rPr>
          <w:b/>
          <w:sz w:val="32"/>
          <w:szCs w:val="32"/>
          <w:lang w:eastAsia="ja-JP"/>
        </w:rPr>
        <w:t>困</w:t>
      </w:r>
      <w:r w:rsidRPr="00460116">
        <w:rPr>
          <w:b/>
          <w:sz w:val="32"/>
          <w:szCs w:val="32"/>
          <w:lang w:eastAsia="ja-JP"/>
        </w:rPr>
        <w:t>っていることはありますか。（</w:t>
      </w:r>
      <w:r>
        <w:rPr>
          <w:b/>
          <w:sz w:val="32"/>
          <w:szCs w:val="32"/>
          <w:lang w:eastAsia="ja-JP"/>
        </w:rPr>
        <w:t>複数回答可</w:t>
      </w:r>
      <w:r w:rsidRPr="00460116">
        <w:rPr>
          <w:b/>
          <w:sz w:val="32"/>
          <w:szCs w:val="32"/>
          <w:lang w:eastAsia="ja-JP"/>
        </w:rPr>
        <w:t>）</w:t>
      </w:r>
    </w:p>
    <w:p w14:paraId="3AAEC5B3" w14:textId="42F49289" w:rsidR="00791C46" w:rsidRPr="00460116" w:rsidRDefault="00791C46" w:rsidP="00791C46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必要</w:t>
      </w:r>
      <w:r w:rsidRPr="00460116">
        <w:rPr>
          <w:sz w:val="28"/>
          <w:szCs w:val="28"/>
          <w:lang w:eastAsia="ja-JP"/>
        </w:rPr>
        <w:t>な</w:t>
      </w:r>
      <w:r>
        <w:rPr>
          <w:sz w:val="28"/>
          <w:szCs w:val="28"/>
          <w:lang w:eastAsia="ja-JP"/>
        </w:rPr>
        <w:t>情報</w:t>
      </w:r>
      <w:r w:rsidRPr="00460116">
        <w:rPr>
          <w:sz w:val="28"/>
          <w:szCs w:val="28"/>
          <w:lang w:eastAsia="ja-JP"/>
        </w:rPr>
        <w:t>がどこにあるかわからない</w:t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制度</w:t>
      </w:r>
      <w:r w:rsidRPr="00460116">
        <w:rPr>
          <w:sz w:val="28"/>
          <w:szCs w:val="28"/>
          <w:lang w:eastAsia="ja-JP"/>
        </w:rPr>
        <w:t>・サービスが</w:t>
      </w:r>
      <w:r>
        <w:rPr>
          <w:sz w:val="28"/>
          <w:szCs w:val="28"/>
          <w:lang w:eastAsia="ja-JP"/>
        </w:rPr>
        <w:t>複雑</w:t>
      </w:r>
    </w:p>
    <w:p w14:paraId="5DE3334D" w14:textId="04260482" w:rsidR="00791C46" w:rsidRPr="00460116" w:rsidRDefault="00791C46" w:rsidP="00791C46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相談先</w:t>
      </w:r>
      <w:r w:rsidRPr="00460116">
        <w:rPr>
          <w:sz w:val="28"/>
          <w:szCs w:val="28"/>
          <w:lang w:eastAsia="ja-JP"/>
        </w:rPr>
        <w:t>がわからない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情報</w:t>
      </w:r>
      <w:r w:rsidRPr="00460116">
        <w:rPr>
          <w:sz w:val="28"/>
          <w:szCs w:val="28"/>
          <w:lang w:eastAsia="ja-JP"/>
        </w:rPr>
        <w:t>が</w:t>
      </w:r>
      <w:r>
        <w:rPr>
          <w:sz w:val="28"/>
          <w:szCs w:val="28"/>
          <w:lang w:eastAsia="ja-JP"/>
        </w:rPr>
        <w:t>古い</w:t>
      </w:r>
      <w:r w:rsidRPr="00460116">
        <w:rPr>
          <w:sz w:val="28"/>
          <w:szCs w:val="28"/>
          <w:lang w:eastAsia="ja-JP"/>
        </w:rPr>
        <w:t>・</w:t>
      </w:r>
      <w:r>
        <w:rPr>
          <w:sz w:val="28"/>
          <w:szCs w:val="28"/>
          <w:lang w:eastAsia="ja-JP"/>
        </w:rPr>
        <w:t>少ない</w:t>
      </w:r>
    </w:p>
    <w:p w14:paraId="7033F18D" w14:textId="4FB4287D" w:rsidR="00791C46" w:rsidRPr="00460116" w:rsidRDefault="00791C46" w:rsidP="00791C46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自分</w:t>
      </w:r>
      <w:r w:rsidRPr="00460116">
        <w:rPr>
          <w:sz w:val="28"/>
          <w:szCs w:val="28"/>
          <w:lang w:eastAsia="ja-JP"/>
        </w:rPr>
        <w:t>に</w:t>
      </w:r>
      <w:r>
        <w:rPr>
          <w:sz w:val="28"/>
          <w:szCs w:val="28"/>
          <w:lang w:eastAsia="ja-JP"/>
        </w:rPr>
        <w:t>必要</w:t>
      </w:r>
      <w:r w:rsidRPr="00460116">
        <w:rPr>
          <w:sz w:val="28"/>
          <w:szCs w:val="28"/>
          <w:lang w:eastAsia="ja-JP"/>
        </w:rPr>
        <w:t>な</w:t>
      </w:r>
      <w:r>
        <w:rPr>
          <w:sz w:val="28"/>
          <w:szCs w:val="28"/>
          <w:lang w:eastAsia="ja-JP"/>
        </w:rPr>
        <w:t>情報</w:t>
      </w:r>
      <w:r w:rsidRPr="00460116">
        <w:rPr>
          <w:sz w:val="28"/>
          <w:szCs w:val="28"/>
          <w:lang w:eastAsia="ja-JP"/>
        </w:rPr>
        <w:t>を</w:t>
      </w:r>
      <w:r>
        <w:rPr>
          <w:sz w:val="28"/>
          <w:szCs w:val="28"/>
          <w:lang w:eastAsia="ja-JP"/>
        </w:rPr>
        <w:t>選び</w:t>
      </w:r>
      <w:r w:rsidRPr="00460116">
        <w:rPr>
          <w:sz w:val="28"/>
          <w:szCs w:val="28"/>
          <w:lang w:eastAsia="ja-JP"/>
        </w:rPr>
        <w:t>にくい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特</w:t>
      </w:r>
      <w:r w:rsidRPr="00460116">
        <w:rPr>
          <w:sz w:val="28"/>
          <w:szCs w:val="28"/>
          <w:lang w:eastAsia="ja-JP"/>
        </w:rPr>
        <w:t>にない</w:t>
      </w:r>
    </w:p>
    <w:p w14:paraId="13C6B399" w14:textId="7A4AC924" w:rsidR="00791C46" w:rsidRPr="00460116" w:rsidRDefault="00791C46" w:rsidP="00791C46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その</w:t>
      </w:r>
      <w:r>
        <w:rPr>
          <w:sz w:val="28"/>
          <w:szCs w:val="28"/>
          <w:lang w:eastAsia="ja-JP"/>
        </w:rPr>
        <w:t>他</w:t>
      </w:r>
      <w:r w:rsidRPr="00460116">
        <w:rPr>
          <w:sz w:val="28"/>
          <w:szCs w:val="28"/>
          <w:lang w:eastAsia="ja-JP"/>
        </w:rPr>
        <w:t xml:space="preserve">（　　</w:t>
      </w:r>
      <w:r>
        <w:rPr>
          <w:rFonts w:hint="eastAsia"/>
          <w:sz w:val="28"/>
          <w:szCs w:val="28"/>
          <w:lang w:eastAsia="ja-JP"/>
        </w:rPr>
        <w:t xml:space="preserve">　　　　　　　　　　　　　　　　　　　</w:t>
      </w:r>
      <w:r w:rsidRPr="00460116">
        <w:rPr>
          <w:sz w:val="28"/>
          <w:szCs w:val="28"/>
          <w:lang w:eastAsia="ja-JP"/>
        </w:rPr>
        <w:t xml:space="preserve">　　）</w:t>
      </w:r>
    </w:p>
    <w:p w14:paraId="73E2311E" w14:textId="2F2B6B8D" w:rsidR="00526617" w:rsidRPr="00916A40" w:rsidRDefault="00791C46">
      <w:pPr>
        <w:pStyle w:val="1"/>
        <w:rPr>
          <w:sz w:val="36"/>
          <w:szCs w:val="36"/>
          <w:lang w:eastAsia="ja-JP"/>
        </w:rPr>
      </w:pPr>
      <w:r>
        <w:rPr>
          <w:rFonts w:hint="eastAsia"/>
          <w:sz w:val="36"/>
          <w:szCs w:val="36"/>
          <w:bdr w:val="single" w:sz="4" w:space="0" w:color="auto"/>
          <w:lang w:eastAsia="ja-JP"/>
        </w:rPr>
        <w:t>5</w:t>
      </w:r>
      <w:r w:rsidR="00494CEE" w:rsidRPr="00F10D7F">
        <w:rPr>
          <w:sz w:val="36"/>
          <w:szCs w:val="36"/>
          <w:bdr w:val="single" w:sz="4" w:space="0" w:color="auto"/>
          <w:lang w:eastAsia="ja-JP"/>
        </w:rPr>
        <w:t xml:space="preserve">　将来・地域生活</w:t>
      </w:r>
    </w:p>
    <w:p w14:paraId="4783528B" w14:textId="13534894" w:rsidR="00526617" w:rsidRPr="00372F09" w:rsidRDefault="00494CEE">
      <w:pPr>
        <w:rPr>
          <w:sz w:val="32"/>
          <w:szCs w:val="32"/>
          <w:lang w:eastAsia="ja-JP"/>
        </w:rPr>
      </w:pPr>
      <w:r w:rsidRPr="00372F09">
        <w:rPr>
          <w:b/>
          <w:sz w:val="32"/>
          <w:szCs w:val="32"/>
          <w:lang w:eastAsia="ja-JP"/>
        </w:rPr>
        <w:t>問1</w:t>
      </w:r>
      <w:r w:rsidR="00791C46">
        <w:rPr>
          <w:rFonts w:hint="eastAsia"/>
          <w:b/>
          <w:sz w:val="32"/>
          <w:szCs w:val="32"/>
          <w:lang w:eastAsia="ja-JP"/>
        </w:rPr>
        <w:t>8</w:t>
      </w:r>
      <w:r w:rsidRPr="00372F09">
        <w:rPr>
          <w:b/>
          <w:sz w:val="32"/>
          <w:szCs w:val="32"/>
          <w:lang w:eastAsia="ja-JP"/>
        </w:rPr>
        <w:t xml:space="preserve">　</w:t>
      </w:r>
      <w:r w:rsidR="00E55CAF">
        <w:rPr>
          <w:rFonts w:hint="eastAsia"/>
          <w:b/>
          <w:sz w:val="32"/>
          <w:szCs w:val="32"/>
          <w:lang w:eastAsia="ja-JP"/>
        </w:rPr>
        <w:t>ご</w:t>
      </w:r>
      <w:r w:rsidRPr="00372F09">
        <w:rPr>
          <w:b/>
          <w:sz w:val="32"/>
          <w:szCs w:val="32"/>
          <w:lang w:eastAsia="ja-JP"/>
        </w:rPr>
        <w:t>本人の将来について不安なことは何ですか。（複数回答可）</w:t>
      </w:r>
    </w:p>
    <w:p w14:paraId="4A896370" w14:textId="27B64838" w:rsidR="00526617" w:rsidRPr="00372F09" w:rsidRDefault="00494CEE" w:rsidP="00E55CAF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親亡き後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住まい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日中活動</w:t>
      </w:r>
    </w:p>
    <w:p w14:paraId="385B66FA" w14:textId="2918B391" w:rsidR="00526617" w:rsidRPr="00372F09" w:rsidRDefault="00494CEE" w:rsidP="00E55CAF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就労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生活費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医療・健康</w:t>
      </w:r>
    </w:p>
    <w:p w14:paraId="553B840E" w14:textId="371F5C56" w:rsidR="00526617" w:rsidRPr="00372F09" w:rsidRDefault="00494CEE" w:rsidP="00FF544A">
      <w:pPr>
        <w:ind w:rightChars="-74" w:right="-148"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福祉サービスの確保</w:t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相談相手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成年後見・金銭管理</w:t>
      </w:r>
    </w:p>
    <w:p w14:paraId="3C6CFCF2" w14:textId="77777777" w:rsidR="00FF544A" w:rsidRDefault="00494CEE" w:rsidP="00E55CAF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地域とのつながり</w:t>
      </w:r>
      <w:r w:rsidR="00FF544A">
        <w:rPr>
          <w:sz w:val="28"/>
          <w:szCs w:val="28"/>
          <w:lang w:eastAsia="ja-JP"/>
        </w:rPr>
        <w:tab/>
      </w:r>
      <w:r w:rsidR="00FF544A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災害・緊急時</w:t>
      </w:r>
    </w:p>
    <w:p w14:paraId="08CC6E69" w14:textId="2B38C868" w:rsidR="00526617" w:rsidRPr="00372F09" w:rsidRDefault="00494CEE" w:rsidP="00E55CAF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家族の高齢化・介護力低下</w:t>
      </w:r>
    </w:p>
    <w:p w14:paraId="25B46A6B" w14:textId="4FC90759" w:rsidR="00526617" w:rsidRPr="00372F09" w:rsidRDefault="00494CEE" w:rsidP="00E55CAF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 xml:space="preserve">□ その他（　　</w:t>
      </w:r>
      <w:r w:rsidR="00FF544A">
        <w:rPr>
          <w:rFonts w:hint="eastAsia"/>
          <w:sz w:val="28"/>
          <w:szCs w:val="28"/>
          <w:lang w:eastAsia="ja-JP"/>
        </w:rPr>
        <w:t xml:space="preserve">　　　　　　　　　　　　　　　　　　　</w:t>
      </w:r>
      <w:r w:rsidRPr="00372F09">
        <w:rPr>
          <w:sz w:val="28"/>
          <w:szCs w:val="28"/>
          <w:lang w:eastAsia="ja-JP"/>
        </w:rPr>
        <w:t xml:space="preserve">　　）</w:t>
      </w:r>
    </w:p>
    <w:p w14:paraId="0D176E73" w14:textId="77777777" w:rsidR="00791C46" w:rsidRDefault="00791C46" w:rsidP="00791C46">
      <w:pPr>
        <w:ind w:leftChars="100" w:left="1243" w:hangingChars="326" w:hanging="1043"/>
        <w:rPr>
          <w:b/>
          <w:sz w:val="32"/>
          <w:szCs w:val="32"/>
          <w:lang w:eastAsia="ja-JP"/>
        </w:rPr>
      </w:pPr>
    </w:p>
    <w:p w14:paraId="0F67399F" w14:textId="221374FF" w:rsidR="00791C46" w:rsidRDefault="00791C46" w:rsidP="00791C46">
      <w:pPr>
        <w:ind w:leftChars="100" w:left="1243" w:hangingChars="326" w:hanging="1043"/>
        <w:rPr>
          <w:b/>
          <w:sz w:val="32"/>
          <w:szCs w:val="32"/>
          <w:lang w:eastAsia="ja-JP"/>
        </w:rPr>
      </w:pPr>
    </w:p>
    <w:p w14:paraId="5F7C2B7C" w14:textId="3D670443" w:rsidR="00791C46" w:rsidRDefault="00791C46" w:rsidP="00791C46">
      <w:pPr>
        <w:ind w:leftChars="100" w:left="1243" w:hangingChars="326" w:hanging="1043"/>
        <w:rPr>
          <w:b/>
          <w:sz w:val="32"/>
          <w:szCs w:val="32"/>
          <w:lang w:eastAsia="ja-JP"/>
        </w:rPr>
      </w:pPr>
    </w:p>
    <w:p w14:paraId="341B45F9" w14:textId="77777777" w:rsidR="00791C46" w:rsidRDefault="00791C46" w:rsidP="00791C46">
      <w:pPr>
        <w:ind w:leftChars="100" w:left="1243" w:hangingChars="326" w:hanging="1043"/>
        <w:rPr>
          <w:b/>
          <w:sz w:val="32"/>
          <w:szCs w:val="32"/>
          <w:lang w:eastAsia="ja-JP"/>
        </w:rPr>
      </w:pPr>
    </w:p>
    <w:p w14:paraId="38F4C442" w14:textId="041B2530" w:rsidR="00791C46" w:rsidRPr="00460116" w:rsidRDefault="00494CEE" w:rsidP="00791C46">
      <w:pPr>
        <w:ind w:leftChars="100" w:left="1243" w:hangingChars="326" w:hanging="1043"/>
        <w:rPr>
          <w:sz w:val="32"/>
          <w:szCs w:val="32"/>
          <w:lang w:eastAsia="ja-JP"/>
        </w:rPr>
      </w:pPr>
      <w:r w:rsidRPr="00372F09">
        <w:rPr>
          <w:b/>
          <w:sz w:val="32"/>
          <w:szCs w:val="32"/>
          <w:lang w:eastAsia="ja-JP"/>
        </w:rPr>
        <w:lastRenderedPageBreak/>
        <w:t>問1</w:t>
      </w:r>
      <w:r w:rsidR="00791C46">
        <w:rPr>
          <w:rFonts w:hint="eastAsia"/>
          <w:b/>
          <w:sz w:val="32"/>
          <w:szCs w:val="32"/>
          <w:lang w:eastAsia="ja-JP"/>
        </w:rPr>
        <w:t>9</w:t>
      </w:r>
      <w:r w:rsidRPr="00372F09">
        <w:rPr>
          <w:b/>
          <w:sz w:val="32"/>
          <w:szCs w:val="32"/>
          <w:lang w:eastAsia="ja-JP"/>
        </w:rPr>
        <w:t xml:space="preserve">　</w:t>
      </w:r>
      <w:bookmarkStart w:id="6" w:name="_Hlk237872084"/>
      <w:r w:rsidR="00791C46">
        <w:rPr>
          <w:rFonts w:hint="eastAsia"/>
          <w:b/>
          <w:sz w:val="32"/>
          <w:szCs w:val="32"/>
          <w:lang w:eastAsia="ja-JP"/>
        </w:rPr>
        <w:t>ご本人</w:t>
      </w:r>
      <w:r w:rsidR="00791C46" w:rsidRPr="00372F09">
        <w:rPr>
          <w:b/>
          <w:sz w:val="32"/>
          <w:szCs w:val="32"/>
          <w:lang w:eastAsia="ja-JP"/>
        </w:rPr>
        <w:t>が</w:t>
      </w:r>
      <w:r w:rsidR="00791C46">
        <w:rPr>
          <w:b/>
          <w:sz w:val="32"/>
          <w:szCs w:val="32"/>
          <w:lang w:eastAsia="ja-JP"/>
        </w:rPr>
        <w:t>住み慣れた地域</w:t>
      </w:r>
      <w:r w:rsidR="00791C46" w:rsidRPr="00460116">
        <w:rPr>
          <w:b/>
          <w:sz w:val="32"/>
          <w:szCs w:val="32"/>
          <w:lang w:eastAsia="ja-JP"/>
        </w:rPr>
        <w:t>で</w:t>
      </w:r>
      <w:r w:rsidR="00791C46">
        <w:rPr>
          <w:b/>
          <w:sz w:val="32"/>
          <w:szCs w:val="32"/>
          <w:lang w:eastAsia="ja-JP"/>
        </w:rPr>
        <w:t>暮らし続ける</w:t>
      </w:r>
      <w:r w:rsidR="00791C46" w:rsidRPr="00460116">
        <w:rPr>
          <w:b/>
          <w:sz w:val="32"/>
          <w:szCs w:val="32"/>
          <w:lang w:eastAsia="ja-JP"/>
        </w:rPr>
        <w:t>ために</w:t>
      </w:r>
      <w:r w:rsidR="00791C46">
        <w:rPr>
          <w:rFonts w:hint="eastAsia"/>
          <w:b/>
          <w:sz w:val="32"/>
          <w:szCs w:val="32"/>
          <w:lang w:eastAsia="ja-JP"/>
        </w:rPr>
        <w:t>、</w:t>
      </w:r>
      <w:r w:rsidR="00791C46">
        <w:rPr>
          <w:b/>
          <w:sz w:val="32"/>
          <w:szCs w:val="32"/>
          <w:lang w:eastAsia="ja-JP"/>
        </w:rPr>
        <w:t>今後</w:t>
      </w:r>
      <w:r w:rsidR="00791C46" w:rsidRPr="00460116">
        <w:rPr>
          <w:b/>
          <w:sz w:val="32"/>
          <w:szCs w:val="32"/>
          <w:lang w:eastAsia="ja-JP"/>
        </w:rPr>
        <w:t>、</w:t>
      </w:r>
      <w:bookmarkStart w:id="7" w:name="_Hlk237877547"/>
      <w:r w:rsidR="00791C46">
        <w:rPr>
          <w:b/>
          <w:sz w:val="32"/>
          <w:szCs w:val="32"/>
          <w:lang w:eastAsia="ja-JP"/>
        </w:rPr>
        <w:t>特</w:t>
      </w:r>
      <w:r w:rsidR="00791C46" w:rsidRPr="00460116">
        <w:rPr>
          <w:b/>
          <w:sz w:val="32"/>
          <w:szCs w:val="32"/>
          <w:lang w:eastAsia="ja-JP"/>
        </w:rPr>
        <w:t>に</w:t>
      </w:r>
      <w:r w:rsidR="00791C46">
        <w:rPr>
          <w:b/>
          <w:sz w:val="32"/>
          <w:szCs w:val="32"/>
          <w:lang w:eastAsia="ja-JP"/>
        </w:rPr>
        <w:t>充実</w:t>
      </w:r>
      <w:r w:rsidR="00791C46" w:rsidRPr="00460116">
        <w:rPr>
          <w:b/>
          <w:sz w:val="32"/>
          <w:szCs w:val="32"/>
          <w:lang w:eastAsia="ja-JP"/>
        </w:rPr>
        <w:t>してほしい</w:t>
      </w:r>
      <w:r w:rsidR="00791C46">
        <w:rPr>
          <w:b/>
          <w:sz w:val="32"/>
          <w:szCs w:val="32"/>
          <w:lang w:eastAsia="ja-JP"/>
        </w:rPr>
        <w:t>大津町</w:t>
      </w:r>
      <w:r w:rsidR="00791C46" w:rsidRPr="00460116">
        <w:rPr>
          <w:b/>
          <w:sz w:val="32"/>
          <w:szCs w:val="32"/>
          <w:lang w:eastAsia="ja-JP"/>
        </w:rPr>
        <w:t>の</w:t>
      </w:r>
      <w:r w:rsidR="00791C46">
        <w:rPr>
          <w:b/>
          <w:sz w:val="32"/>
          <w:szCs w:val="32"/>
          <w:lang w:eastAsia="ja-JP"/>
        </w:rPr>
        <w:t>支援</w:t>
      </w:r>
      <w:r w:rsidR="00791C46" w:rsidRPr="00460116">
        <w:rPr>
          <w:b/>
          <w:sz w:val="32"/>
          <w:szCs w:val="32"/>
          <w:lang w:eastAsia="ja-JP"/>
        </w:rPr>
        <w:t>は</w:t>
      </w:r>
      <w:r w:rsidR="00791C46">
        <w:rPr>
          <w:b/>
          <w:sz w:val="32"/>
          <w:szCs w:val="32"/>
          <w:lang w:eastAsia="ja-JP"/>
        </w:rPr>
        <w:t>何</w:t>
      </w:r>
      <w:r w:rsidR="00791C46" w:rsidRPr="00460116">
        <w:rPr>
          <w:b/>
          <w:sz w:val="32"/>
          <w:szCs w:val="32"/>
          <w:lang w:eastAsia="ja-JP"/>
        </w:rPr>
        <w:t>ですか。</w:t>
      </w:r>
      <w:bookmarkEnd w:id="7"/>
      <w:r w:rsidR="00791C46" w:rsidRPr="00460116">
        <w:rPr>
          <w:b/>
          <w:sz w:val="32"/>
          <w:szCs w:val="32"/>
          <w:lang w:eastAsia="ja-JP"/>
        </w:rPr>
        <w:t>（</w:t>
      </w:r>
      <w:r w:rsidR="00791C46">
        <w:rPr>
          <w:rFonts w:hint="eastAsia"/>
          <w:b/>
          <w:sz w:val="32"/>
          <w:szCs w:val="32"/>
          <w:lang w:eastAsia="ja-JP"/>
        </w:rPr>
        <w:t>３つ</w:t>
      </w:r>
      <w:r w:rsidR="00791C46" w:rsidRPr="00460116">
        <w:rPr>
          <w:b/>
          <w:sz w:val="32"/>
          <w:szCs w:val="32"/>
          <w:lang w:eastAsia="ja-JP"/>
        </w:rPr>
        <w:t>まで）</w:t>
      </w:r>
    </w:p>
    <w:p w14:paraId="2119E7A1" w14:textId="6B5ABE97" w:rsidR="00791C46" w:rsidRPr="00460116" w:rsidRDefault="00791C46" w:rsidP="00791C46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相談支援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日中活動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就労支援</w:t>
      </w:r>
    </w:p>
    <w:p w14:paraId="79D7C22F" w14:textId="6650B61C" w:rsidR="00791C46" w:rsidRPr="00460116" w:rsidRDefault="00791C46" w:rsidP="00791C46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訪問系</w:t>
      </w:r>
      <w:r w:rsidRPr="00460116">
        <w:rPr>
          <w:sz w:val="28"/>
          <w:szCs w:val="28"/>
          <w:lang w:eastAsia="ja-JP"/>
        </w:rPr>
        <w:t>サービス</w:t>
      </w:r>
      <w:r>
        <w:rPr>
          <w:rFonts w:hint="eastAsia"/>
          <w:sz w:val="28"/>
          <w:szCs w:val="28"/>
          <w:lang w:eastAsia="ja-JP"/>
        </w:rPr>
        <w:t>（</w:t>
      </w:r>
      <w:r>
        <w:rPr>
          <w:sz w:val="28"/>
          <w:szCs w:val="28"/>
          <w:lang w:eastAsia="ja-JP"/>
        </w:rPr>
        <w:t>居宅介護</w:t>
      </w:r>
      <w:r>
        <w:rPr>
          <w:rFonts w:hint="eastAsia"/>
          <w:sz w:val="28"/>
          <w:szCs w:val="28"/>
          <w:lang w:eastAsia="ja-JP"/>
        </w:rPr>
        <w:t>・</w:t>
      </w:r>
      <w:r>
        <w:rPr>
          <w:sz w:val="28"/>
          <w:szCs w:val="28"/>
          <w:lang w:eastAsia="ja-JP"/>
        </w:rPr>
        <w:t>重度訪問介護</w:t>
      </w:r>
      <w:r>
        <w:rPr>
          <w:rFonts w:hint="eastAsia"/>
          <w:sz w:val="28"/>
          <w:szCs w:val="28"/>
          <w:lang w:eastAsia="ja-JP"/>
        </w:rPr>
        <w:t>・</w:t>
      </w:r>
      <w:r>
        <w:rPr>
          <w:sz w:val="28"/>
          <w:szCs w:val="28"/>
          <w:lang w:eastAsia="ja-JP"/>
        </w:rPr>
        <w:t>同行援護</w:t>
      </w:r>
      <w:r>
        <w:rPr>
          <w:rFonts w:hint="eastAsia"/>
          <w:sz w:val="28"/>
          <w:szCs w:val="28"/>
          <w:lang w:eastAsia="ja-JP"/>
        </w:rPr>
        <w:t>・</w:t>
      </w:r>
      <w:r>
        <w:rPr>
          <w:sz w:val="28"/>
          <w:szCs w:val="28"/>
          <w:lang w:eastAsia="ja-JP"/>
        </w:rPr>
        <w:t>行動援護</w:t>
      </w:r>
      <w:r>
        <w:rPr>
          <w:rFonts w:hint="eastAsia"/>
          <w:sz w:val="28"/>
          <w:szCs w:val="28"/>
          <w:lang w:eastAsia="ja-JP"/>
        </w:rPr>
        <w:t>など）</w:t>
      </w:r>
    </w:p>
    <w:p w14:paraId="654175D7" w14:textId="073739DC" w:rsidR="00791C46" w:rsidRPr="00460116" w:rsidRDefault="00791C46" w:rsidP="00791C46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グループホーム</w:t>
      </w:r>
      <w:r>
        <w:rPr>
          <w:sz w:val="28"/>
          <w:szCs w:val="28"/>
          <w:lang w:eastAsia="ja-JP"/>
        </w:rPr>
        <w:t>等</w:t>
      </w:r>
      <w:r w:rsidRPr="00460116">
        <w:rPr>
          <w:sz w:val="28"/>
          <w:szCs w:val="28"/>
          <w:lang w:eastAsia="ja-JP"/>
        </w:rPr>
        <w:t>の</w:t>
      </w:r>
      <w:r>
        <w:rPr>
          <w:sz w:val="28"/>
          <w:szCs w:val="28"/>
          <w:lang w:eastAsia="ja-JP"/>
        </w:rPr>
        <w:t>住</w:t>
      </w:r>
      <w:r w:rsidRPr="00460116">
        <w:rPr>
          <w:sz w:val="28"/>
          <w:szCs w:val="28"/>
          <w:lang w:eastAsia="ja-JP"/>
        </w:rPr>
        <w:t>まい</w:t>
      </w:r>
      <w:r>
        <w:rPr>
          <w:sz w:val="28"/>
          <w:szCs w:val="28"/>
          <w:lang w:eastAsia="ja-JP"/>
        </w:rPr>
        <w:tab/>
      </w:r>
      <w:r>
        <w:rPr>
          <w:rFonts w:hint="eastAsia"/>
          <w:sz w:val="28"/>
          <w:szCs w:val="28"/>
          <w:lang w:eastAsia="ja-JP"/>
        </w:rPr>
        <w:t xml:space="preserve">　</w:t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短期入所</w:t>
      </w:r>
    </w:p>
    <w:p w14:paraId="1B52A12F" w14:textId="43E9738B" w:rsidR="00791C46" w:rsidRPr="00460116" w:rsidRDefault="00791C46" w:rsidP="00791C46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外出</w:t>
      </w:r>
      <w:r w:rsidRPr="00460116">
        <w:rPr>
          <w:sz w:val="28"/>
          <w:szCs w:val="28"/>
          <w:lang w:eastAsia="ja-JP"/>
        </w:rPr>
        <w:t>・</w:t>
      </w:r>
      <w:r>
        <w:rPr>
          <w:sz w:val="28"/>
          <w:szCs w:val="28"/>
          <w:lang w:eastAsia="ja-JP"/>
        </w:rPr>
        <w:t>移動支援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医療</w:t>
      </w:r>
      <w:r w:rsidRPr="00460116">
        <w:rPr>
          <w:sz w:val="28"/>
          <w:szCs w:val="28"/>
          <w:lang w:eastAsia="ja-JP"/>
        </w:rPr>
        <w:t>・</w:t>
      </w:r>
      <w:r>
        <w:rPr>
          <w:sz w:val="28"/>
          <w:szCs w:val="28"/>
          <w:lang w:eastAsia="ja-JP"/>
        </w:rPr>
        <w:t>訪問看護</w:t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余暇活動</w:t>
      </w:r>
      <w:r w:rsidRPr="00460116">
        <w:rPr>
          <w:sz w:val="28"/>
          <w:szCs w:val="28"/>
          <w:lang w:eastAsia="ja-JP"/>
        </w:rPr>
        <w:t>・</w:t>
      </w:r>
      <w:r>
        <w:rPr>
          <w:sz w:val="28"/>
          <w:szCs w:val="28"/>
          <w:lang w:eastAsia="ja-JP"/>
        </w:rPr>
        <w:t>社会参加</w:t>
      </w:r>
    </w:p>
    <w:p w14:paraId="4BFE4703" w14:textId="1BE1B846" w:rsidR="00791C46" w:rsidRDefault="00791C46" w:rsidP="00791C46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金銭管理</w:t>
      </w:r>
      <w:r w:rsidRPr="00460116">
        <w:rPr>
          <w:sz w:val="28"/>
          <w:szCs w:val="28"/>
          <w:lang w:eastAsia="ja-JP"/>
        </w:rPr>
        <w:t>・</w:t>
      </w:r>
      <w:r>
        <w:rPr>
          <w:sz w:val="28"/>
          <w:szCs w:val="28"/>
          <w:lang w:eastAsia="ja-JP"/>
        </w:rPr>
        <w:t>成年後見</w:t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地域</w:t>
      </w:r>
      <w:r w:rsidRPr="00460116">
        <w:rPr>
          <w:sz w:val="28"/>
          <w:szCs w:val="28"/>
          <w:lang w:eastAsia="ja-JP"/>
        </w:rPr>
        <w:t>の</w:t>
      </w:r>
      <w:r>
        <w:rPr>
          <w:sz w:val="28"/>
          <w:szCs w:val="28"/>
          <w:lang w:eastAsia="ja-JP"/>
        </w:rPr>
        <w:t>見守り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家族</w:t>
      </w:r>
      <w:r w:rsidRPr="00460116">
        <w:rPr>
          <w:sz w:val="28"/>
          <w:szCs w:val="28"/>
          <w:lang w:eastAsia="ja-JP"/>
        </w:rPr>
        <w:t>への</w:t>
      </w:r>
      <w:r>
        <w:rPr>
          <w:sz w:val="28"/>
          <w:szCs w:val="28"/>
          <w:lang w:eastAsia="ja-JP"/>
        </w:rPr>
        <w:t>支援</w:t>
      </w:r>
    </w:p>
    <w:p w14:paraId="74F72E1B" w14:textId="619211AA" w:rsidR="00791C46" w:rsidRPr="00460116" w:rsidRDefault="00791C46" w:rsidP="00791C46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障</w:t>
      </w:r>
      <w:r w:rsidRPr="00460116">
        <w:rPr>
          <w:sz w:val="28"/>
          <w:szCs w:val="28"/>
          <w:lang w:eastAsia="ja-JP"/>
        </w:rPr>
        <w:t>がいへの</w:t>
      </w:r>
      <w:r>
        <w:rPr>
          <w:sz w:val="28"/>
          <w:szCs w:val="28"/>
          <w:lang w:eastAsia="ja-JP"/>
        </w:rPr>
        <w:t>理解促進</w:t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情報提供</w:t>
      </w:r>
    </w:p>
    <w:p w14:paraId="49B0B0DA" w14:textId="1A372FC2" w:rsidR="00791C46" w:rsidRDefault="00791C46" w:rsidP="00791C46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その</w:t>
      </w:r>
      <w:r>
        <w:rPr>
          <w:sz w:val="28"/>
          <w:szCs w:val="28"/>
          <w:lang w:eastAsia="ja-JP"/>
        </w:rPr>
        <w:t>他</w:t>
      </w:r>
      <w:r w:rsidRPr="00460116">
        <w:rPr>
          <w:sz w:val="28"/>
          <w:szCs w:val="28"/>
          <w:lang w:eastAsia="ja-JP"/>
        </w:rPr>
        <w:t xml:space="preserve">（　　</w:t>
      </w:r>
      <w:r>
        <w:rPr>
          <w:rFonts w:hint="eastAsia"/>
          <w:sz w:val="28"/>
          <w:szCs w:val="28"/>
          <w:lang w:eastAsia="ja-JP"/>
        </w:rPr>
        <w:t xml:space="preserve">　　　　　　　　　　　　　　　　　　　</w:t>
      </w:r>
      <w:r w:rsidRPr="00460116">
        <w:rPr>
          <w:sz w:val="28"/>
          <w:szCs w:val="28"/>
          <w:lang w:eastAsia="ja-JP"/>
        </w:rPr>
        <w:t xml:space="preserve">　　）</w:t>
      </w:r>
    </w:p>
    <w:bookmarkEnd w:id="6"/>
    <w:p w14:paraId="7E34D7F0" w14:textId="1D1CA13F" w:rsidR="00526617" w:rsidRPr="00916A40" w:rsidRDefault="00791C46">
      <w:pPr>
        <w:pStyle w:val="1"/>
        <w:rPr>
          <w:sz w:val="36"/>
          <w:szCs w:val="36"/>
          <w:lang w:eastAsia="ja-JP"/>
        </w:rPr>
      </w:pPr>
      <w:r>
        <w:rPr>
          <w:rFonts w:hint="eastAsia"/>
          <w:sz w:val="36"/>
          <w:szCs w:val="36"/>
          <w:bdr w:val="single" w:sz="4" w:space="0" w:color="auto"/>
          <w:lang w:eastAsia="ja-JP"/>
        </w:rPr>
        <w:t>6</w:t>
      </w:r>
      <w:r w:rsidR="00494CEE" w:rsidRPr="00F10D7F">
        <w:rPr>
          <w:sz w:val="36"/>
          <w:szCs w:val="36"/>
          <w:bdr w:val="single" w:sz="4" w:space="0" w:color="auto"/>
          <w:lang w:eastAsia="ja-JP"/>
        </w:rPr>
        <w:t xml:space="preserve">　災害</w:t>
      </w:r>
      <w:r w:rsidR="002720D1">
        <w:rPr>
          <w:rFonts w:hint="eastAsia"/>
          <w:sz w:val="36"/>
          <w:szCs w:val="36"/>
          <w:bdr w:val="single" w:sz="4" w:space="0" w:color="auto"/>
          <w:lang w:eastAsia="ja-JP"/>
        </w:rPr>
        <w:t>・権利擁護</w:t>
      </w:r>
    </w:p>
    <w:p w14:paraId="4C4D01D5" w14:textId="46972FDB" w:rsidR="00526617" w:rsidRPr="00372F09" w:rsidRDefault="00494CEE" w:rsidP="003714CC">
      <w:pPr>
        <w:ind w:firstLineChars="100" w:firstLine="320"/>
        <w:rPr>
          <w:sz w:val="32"/>
          <w:szCs w:val="32"/>
          <w:lang w:eastAsia="ja-JP"/>
        </w:rPr>
      </w:pPr>
      <w:bookmarkStart w:id="8" w:name="_Hlk237878650"/>
      <w:r w:rsidRPr="00372F09">
        <w:rPr>
          <w:b/>
          <w:sz w:val="32"/>
          <w:szCs w:val="32"/>
          <w:lang w:eastAsia="ja-JP"/>
        </w:rPr>
        <w:t>問</w:t>
      </w:r>
      <w:r w:rsidR="00791C46">
        <w:rPr>
          <w:rFonts w:hint="eastAsia"/>
          <w:b/>
          <w:sz w:val="32"/>
          <w:szCs w:val="32"/>
          <w:lang w:eastAsia="ja-JP"/>
        </w:rPr>
        <w:t>20</w:t>
      </w:r>
      <w:r w:rsidRPr="00372F09">
        <w:rPr>
          <w:b/>
          <w:sz w:val="32"/>
          <w:szCs w:val="32"/>
          <w:lang w:eastAsia="ja-JP"/>
        </w:rPr>
        <w:t xml:space="preserve">　災害時の避難について不安がありますか。</w:t>
      </w:r>
    </w:p>
    <w:p w14:paraId="1EC4274C" w14:textId="4D355FA9" w:rsidR="00526617" w:rsidRPr="00372F09" w:rsidRDefault="00494CEE" w:rsidP="003714CC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非常に不安</w:t>
      </w:r>
      <w:r w:rsidR="00791C46">
        <w:rPr>
          <w:sz w:val="28"/>
          <w:szCs w:val="28"/>
          <w:lang w:eastAsia="ja-JP"/>
        </w:rPr>
        <w:tab/>
      </w:r>
      <w:r w:rsidR="00791C46">
        <w:rPr>
          <w:sz w:val="28"/>
          <w:szCs w:val="28"/>
          <w:lang w:eastAsia="ja-JP"/>
        </w:rPr>
        <w:tab/>
      </w:r>
      <w:r w:rsidR="00791C46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やや不安</w:t>
      </w:r>
    </w:p>
    <w:p w14:paraId="19E54233" w14:textId="371630F6" w:rsidR="00526617" w:rsidRPr="00372F09" w:rsidRDefault="00494CEE" w:rsidP="003714CC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あまり不安でない</w:t>
      </w:r>
      <w:r w:rsidR="00791C46">
        <w:rPr>
          <w:sz w:val="28"/>
          <w:szCs w:val="28"/>
          <w:lang w:eastAsia="ja-JP"/>
        </w:rPr>
        <w:tab/>
      </w:r>
      <w:r w:rsidR="00791C46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不安はない</w:t>
      </w:r>
    </w:p>
    <w:p w14:paraId="0B295800" w14:textId="4BB1B5E3" w:rsidR="00526617" w:rsidRPr="00372F09" w:rsidRDefault="00494CEE" w:rsidP="00791C46">
      <w:pPr>
        <w:ind w:firstLineChars="100" w:firstLine="320"/>
        <w:rPr>
          <w:sz w:val="32"/>
          <w:szCs w:val="32"/>
          <w:lang w:eastAsia="ja-JP"/>
        </w:rPr>
      </w:pPr>
      <w:r w:rsidRPr="00372F09">
        <w:rPr>
          <w:b/>
          <w:sz w:val="32"/>
          <w:szCs w:val="32"/>
          <w:lang w:eastAsia="ja-JP"/>
        </w:rPr>
        <w:t>問</w:t>
      </w:r>
      <w:r w:rsidR="00791C46">
        <w:rPr>
          <w:rFonts w:hint="eastAsia"/>
          <w:b/>
          <w:sz w:val="32"/>
          <w:szCs w:val="32"/>
          <w:lang w:eastAsia="ja-JP"/>
        </w:rPr>
        <w:t>21</w:t>
      </w:r>
      <w:r w:rsidRPr="00372F09">
        <w:rPr>
          <w:b/>
          <w:sz w:val="32"/>
          <w:szCs w:val="32"/>
          <w:lang w:eastAsia="ja-JP"/>
        </w:rPr>
        <w:t xml:space="preserve">　災害時に不安なことは何ですか。（複数回答可）</w:t>
      </w:r>
    </w:p>
    <w:p w14:paraId="4182A584" w14:textId="03D98AC8" w:rsidR="003714CC" w:rsidRPr="00460116" w:rsidRDefault="003714CC" w:rsidP="003714CC">
      <w:pPr>
        <w:ind w:firstLineChars="300" w:firstLine="840"/>
        <w:rPr>
          <w:sz w:val="28"/>
          <w:szCs w:val="28"/>
          <w:lang w:eastAsia="ja-JP"/>
        </w:rPr>
      </w:pPr>
      <w:bookmarkStart w:id="9" w:name="_Hlk237692644"/>
      <w:r w:rsidRPr="00372F09">
        <w:rPr>
          <w:sz w:val="28"/>
          <w:szCs w:val="28"/>
          <w:lang w:eastAsia="ja-JP"/>
        </w:rPr>
        <w:t>□ 避難が難しい</w:t>
      </w:r>
      <w:r w:rsidR="00791C46">
        <w:rPr>
          <w:sz w:val="28"/>
          <w:szCs w:val="28"/>
          <w:lang w:eastAsia="ja-JP"/>
        </w:rPr>
        <w:tab/>
      </w:r>
      <w:r w:rsidR="00791C46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避難所</w:t>
      </w:r>
      <w:r>
        <w:rPr>
          <w:rFonts w:hint="eastAsia"/>
          <w:sz w:val="28"/>
          <w:szCs w:val="28"/>
          <w:lang w:eastAsia="ja-JP"/>
        </w:rPr>
        <w:t>での</w:t>
      </w:r>
      <w:r w:rsidRPr="00372F09">
        <w:rPr>
          <w:sz w:val="28"/>
          <w:szCs w:val="28"/>
          <w:lang w:eastAsia="ja-JP"/>
        </w:rPr>
        <w:t>生活</w:t>
      </w:r>
      <w:r w:rsidR="00791C46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>□ 情報が届かない</w:t>
      </w:r>
    </w:p>
    <w:p w14:paraId="4B9E0F70" w14:textId="07488316" w:rsidR="003714CC" w:rsidRPr="00460116" w:rsidRDefault="003714CC" w:rsidP="003714CC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家族だけでは対応困難</w:t>
      </w:r>
      <w:r w:rsidR="00791C46">
        <w:rPr>
          <w:sz w:val="28"/>
          <w:szCs w:val="28"/>
          <w:lang w:eastAsia="ja-JP"/>
        </w:rPr>
        <w:tab/>
      </w:r>
      <w:r w:rsidR="00791C46">
        <w:rPr>
          <w:sz w:val="28"/>
          <w:szCs w:val="28"/>
          <w:lang w:eastAsia="ja-JP"/>
        </w:rPr>
        <w:tab/>
      </w:r>
      <w:r w:rsidR="00791C46">
        <w:rPr>
          <w:sz w:val="28"/>
          <w:szCs w:val="28"/>
          <w:lang w:eastAsia="ja-JP"/>
        </w:rPr>
        <w:tab/>
      </w:r>
      <w:r w:rsidR="00791C46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>□ 医療機器・医療的ケア</w:t>
      </w:r>
    </w:p>
    <w:p w14:paraId="1A1844FF" w14:textId="09620C51" w:rsidR="003714CC" w:rsidRPr="00460116" w:rsidRDefault="003714CC" w:rsidP="003714CC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薬の確保</w:t>
      </w:r>
      <w:r w:rsidR="00791C46">
        <w:rPr>
          <w:sz w:val="28"/>
          <w:szCs w:val="28"/>
          <w:lang w:eastAsia="ja-JP"/>
        </w:rPr>
        <w:tab/>
      </w:r>
      <w:r w:rsidR="00791C46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福祉サービス</w:t>
      </w:r>
      <w:r w:rsidR="00791C46">
        <w:rPr>
          <w:rFonts w:hint="eastAsia"/>
          <w:sz w:val="28"/>
          <w:szCs w:val="28"/>
          <w:lang w:eastAsia="ja-JP"/>
        </w:rPr>
        <w:t>が利用できなくなる</w:t>
      </w:r>
    </w:p>
    <w:p w14:paraId="301BAA8D" w14:textId="03D4423E" w:rsidR="003714CC" w:rsidRPr="00460116" w:rsidRDefault="003714CC" w:rsidP="003714CC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移動・送迎</w:t>
      </w:r>
      <w:r w:rsidR="000932A3">
        <w:rPr>
          <w:sz w:val="28"/>
          <w:szCs w:val="28"/>
          <w:lang w:eastAsia="ja-JP"/>
        </w:rPr>
        <w:tab/>
      </w:r>
      <w:r w:rsidR="000932A3">
        <w:rPr>
          <w:sz w:val="28"/>
          <w:szCs w:val="28"/>
          <w:lang w:eastAsia="ja-JP"/>
        </w:rPr>
        <w:tab/>
      </w:r>
      <w:r w:rsidR="000932A3">
        <w:rPr>
          <w:rFonts w:hint="eastAsia"/>
          <w:sz w:val="28"/>
          <w:szCs w:val="28"/>
          <w:lang w:eastAsia="ja-JP"/>
        </w:rPr>
        <w:t>□</w:t>
      </w:r>
      <w:r w:rsidR="000932A3">
        <w:rPr>
          <w:sz w:val="28"/>
          <w:szCs w:val="28"/>
          <w:lang w:eastAsia="ja-JP"/>
        </w:rPr>
        <w:t xml:space="preserve"> </w:t>
      </w:r>
      <w:r w:rsidR="000932A3">
        <w:rPr>
          <w:rFonts w:hint="eastAsia"/>
          <w:sz w:val="28"/>
          <w:szCs w:val="28"/>
          <w:lang w:eastAsia="ja-JP"/>
        </w:rPr>
        <w:t>障がいへの理解</w:t>
      </w:r>
    </w:p>
    <w:p w14:paraId="306ABABD" w14:textId="248AF704" w:rsidR="003714CC" w:rsidRPr="00460116" w:rsidRDefault="003714CC" w:rsidP="003714CC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その他（</w:t>
      </w:r>
      <w:r>
        <w:rPr>
          <w:rFonts w:hint="eastAsia"/>
          <w:sz w:val="28"/>
          <w:szCs w:val="28"/>
          <w:lang w:eastAsia="ja-JP"/>
        </w:rPr>
        <w:t xml:space="preserve">　　　　　　　　　　　　　　　　　　　</w:t>
      </w:r>
      <w:r w:rsidRPr="00460116">
        <w:rPr>
          <w:sz w:val="28"/>
          <w:szCs w:val="28"/>
          <w:lang w:eastAsia="ja-JP"/>
        </w:rPr>
        <w:t xml:space="preserve">　　　　）</w:t>
      </w:r>
    </w:p>
    <w:bookmarkEnd w:id="9"/>
    <w:p w14:paraId="47316845" w14:textId="06C7521C" w:rsidR="00526617" w:rsidRPr="00372F09" w:rsidRDefault="00494CEE" w:rsidP="00791C46">
      <w:pPr>
        <w:ind w:leftChars="160" w:left="1357" w:rightChars="138" w:right="276" w:hangingChars="324" w:hanging="1037"/>
        <w:rPr>
          <w:sz w:val="32"/>
          <w:szCs w:val="32"/>
          <w:lang w:eastAsia="ja-JP"/>
        </w:rPr>
      </w:pPr>
      <w:r w:rsidRPr="00372F09">
        <w:rPr>
          <w:b/>
          <w:sz w:val="32"/>
          <w:szCs w:val="32"/>
          <w:lang w:eastAsia="ja-JP"/>
        </w:rPr>
        <w:lastRenderedPageBreak/>
        <w:t>問</w:t>
      </w:r>
      <w:r w:rsidR="00791C46">
        <w:rPr>
          <w:rFonts w:hint="eastAsia"/>
          <w:b/>
          <w:sz w:val="32"/>
          <w:szCs w:val="32"/>
          <w:lang w:eastAsia="ja-JP"/>
        </w:rPr>
        <w:t>22</w:t>
      </w:r>
      <w:r w:rsidRPr="00372F09">
        <w:rPr>
          <w:b/>
          <w:sz w:val="32"/>
          <w:szCs w:val="32"/>
          <w:lang w:eastAsia="ja-JP"/>
        </w:rPr>
        <w:t xml:space="preserve">　緊急時に</w:t>
      </w:r>
      <w:r w:rsidR="003714CC">
        <w:rPr>
          <w:rFonts w:hint="eastAsia"/>
          <w:b/>
          <w:sz w:val="32"/>
          <w:szCs w:val="32"/>
          <w:lang w:eastAsia="ja-JP"/>
        </w:rPr>
        <w:t>ご</w:t>
      </w:r>
      <w:r w:rsidRPr="00372F09">
        <w:rPr>
          <w:b/>
          <w:sz w:val="32"/>
          <w:szCs w:val="32"/>
          <w:lang w:eastAsia="ja-JP"/>
        </w:rPr>
        <w:t>本人を受け入れてくれる場所は確保されていますか。</w:t>
      </w:r>
    </w:p>
    <w:p w14:paraId="5AEFD238" w14:textId="220721DF" w:rsidR="00526617" w:rsidRPr="00372F09" w:rsidRDefault="00494CEE" w:rsidP="003714CC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確保されている</w:t>
      </w:r>
      <w:r w:rsidR="00791C46">
        <w:rPr>
          <w:sz w:val="28"/>
          <w:szCs w:val="28"/>
          <w:lang w:eastAsia="ja-JP"/>
        </w:rPr>
        <w:tab/>
      </w:r>
      <w:r w:rsidR="00791C46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ある程度</w:t>
      </w:r>
      <w:r w:rsidR="003714CC">
        <w:rPr>
          <w:rFonts w:hint="eastAsia"/>
          <w:sz w:val="28"/>
          <w:szCs w:val="28"/>
          <w:lang w:eastAsia="ja-JP"/>
        </w:rPr>
        <w:t>確保されている</w:t>
      </w:r>
    </w:p>
    <w:p w14:paraId="3E660171" w14:textId="6FEB731A" w:rsidR="00526617" w:rsidRPr="00372F09" w:rsidRDefault="00494CEE" w:rsidP="003714CC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確保されていない</w:t>
      </w:r>
      <w:r w:rsidR="00791C46">
        <w:rPr>
          <w:sz w:val="28"/>
          <w:szCs w:val="28"/>
          <w:lang w:eastAsia="ja-JP"/>
        </w:rPr>
        <w:tab/>
      </w:r>
      <w:r w:rsidR="00791C46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わからない</w:t>
      </w:r>
    </w:p>
    <w:p w14:paraId="715E819F" w14:textId="2504E71B" w:rsidR="002720D1" w:rsidRPr="00460116" w:rsidRDefault="002720D1" w:rsidP="00D60F0C">
      <w:pPr>
        <w:ind w:leftChars="160" w:left="1418" w:hangingChars="343" w:hanging="1098"/>
        <w:rPr>
          <w:sz w:val="32"/>
          <w:szCs w:val="32"/>
          <w:lang w:eastAsia="ja-JP"/>
        </w:rPr>
      </w:pPr>
      <w:bookmarkStart w:id="10" w:name="_Hlk237874470"/>
      <w:bookmarkEnd w:id="8"/>
      <w:r w:rsidRPr="00460116">
        <w:rPr>
          <w:b/>
          <w:sz w:val="32"/>
          <w:szCs w:val="32"/>
          <w:lang w:eastAsia="ja-JP"/>
        </w:rPr>
        <w:t>問</w:t>
      </w:r>
      <w:r>
        <w:rPr>
          <w:rFonts w:hint="eastAsia"/>
          <w:b/>
          <w:sz w:val="32"/>
          <w:szCs w:val="32"/>
          <w:lang w:eastAsia="ja-JP"/>
        </w:rPr>
        <w:t>23</w:t>
      </w:r>
      <w:r w:rsidRPr="00460116">
        <w:rPr>
          <w:b/>
          <w:sz w:val="32"/>
          <w:szCs w:val="32"/>
          <w:lang w:eastAsia="ja-JP"/>
        </w:rPr>
        <w:t xml:space="preserve">　</w:t>
      </w:r>
      <w:r>
        <w:rPr>
          <w:rFonts w:hint="eastAsia"/>
          <w:b/>
          <w:sz w:val="32"/>
          <w:szCs w:val="32"/>
          <w:lang w:eastAsia="ja-JP"/>
        </w:rPr>
        <w:t>ご本人が</w:t>
      </w:r>
      <w:r>
        <w:rPr>
          <w:b/>
          <w:sz w:val="32"/>
          <w:szCs w:val="32"/>
          <w:lang w:eastAsia="ja-JP"/>
        </w:rPr>
        <w:t>障</w:t>
      </w:r>
      <w:r w:rsidRPr="00460116">
        <w:rPr>
          <w:b/>
          <w:sz w:val="32"/>
          <w:szCs w:val="32"/>
          <w:lang w:eastAsia="ja-JP"/>
        </w:rPr>
        <w:t>がいを</w:t>
      </w:r>
      <w:r>
        <w:rPr>
          <w:b/>
          <w:sz w:val="32"/>
          <w:szCs w:val="32"/>
          <w:lang w:eastAsia="ja-JP"/>
        </w:rPr>
        <w:t>理由</w:t>
      </w:r>
      <w:r w:rsidRPr="00460116">
        <w:rPr>
          <w:b/>
          <w:sz w:val="32"/>
          <w:szCs w:val="32"/>
          <w:lang w:eastAsia="ja-JP"/>
        </w:rPr>
        <w:t>とする</w:t>
      </w:r>
      <w:r>
        <w:rPr>
          <w:b/>
          <w:sz w:val="32"/>
          <w:szCs w:val="32"/>
          <w:lang w:eastAsia="ja-JP"/>
        </w:rPr>
        <w:t>差別</w:t>
      </w:r>
      <w:r w:rsidRPr="00460116">
        <w:rPr>
          <w:b/>
          <w:sz w:val="32"/>
          <w:szCs w:val="32"/>
          <w:lang w:eastAsia="ja-JP"/>
        </w:rPr>
        <w:t>や</w:t>
      </w:r>
      <w:r>
        <w:rPr>
          <w:b/>
          <w:sz w:val="32"/>
          <w:szCs w:val="32"/>
          <w:lang w:eastAsia="ja-JP"/>
        </w:rPr>
        <w:t>不利益</w:t>
      </w:r>
      <w:r w:rsidRPr="00460116">
        <w:rPr>
          <w:b/>
          <w:sz w:val="32"/>
          <w:szCs w:val="32"/>
          <w:lang w:eastAsia="ja-JP"/>
        </w:rPr>
        <w:t>な</w:t>
      </w:r>
      <w:r>
        <w:rPr>
          <w:b/>
          <w:sz w:val="32"/>
          <w:szCs w:val="32"/>
          <w:lang w:eastAsia="ja-JP"/>
        </w:rPr>
        <w:t>扱</w:t>
      </w:r>
      <w:r w:rsidRPr="00460116">
        <w:rPr>
          <w:b/>
          <w:sz w:val="32"/>
          <w:szCs w:val="32"/>
          <w:lang w:eastAsia="ja-JP"/>
        </w:rPr>
        <w:t>いを</w:t>
      </w:r>
      <w:r>
        <w:rPr>
          <w:b/>
          <w:sz w:val="32"/>
          <w:szCs w:val="32"/>
          <w:lang w:eastAsia="ja-JP"/>
        </w:rPr>
        <w:t>受</w:t>
      </w:r>
      <w:r w:rsidRPr="00460116">
        <w:rPr>
          <w:b/>
          <w:sz w:val="32"/>
          <w:szCs w:val="32"/>
          <w:lang w:eastAsia="ja-JP"/>
        </w:rPr>
        <w:t>けたと</w:t>
      </w:r>
      <w:r>
        <w:rPr>
          <w:b/>
          <w:sz w:val="32"/>
          <w:szCs w:val="32"/>
          <w:lang w:eastAsia="ja-JP"/>
        </w:rPr>
        <w:t>感</w:t>
      </w:r>
      <w:r w:rsidRPr="00460116">
        <w:rPr>
          <w:b/>
          <w:sz w:val="32"/>
          <w:szCs w:val="32"/>
          <w:lang w:eastAsia="ja-JP"/>
        </w:rPr>
        <w:t>じたことがありますか。</w:t>
      </w:r>
    </w:p>
    <w:p w14:paraId="05D73014" w14:textId="3485811B" w:rsidR="006A1499" w:rsidRDefault="006A1499" w:rsidP="006A1499">
      <w:pPr>
        <w:ind w:firstLineChars="300" w:firstLine="840"/>
        <w:rPr>
          <w:sz w:val="28"/>
          <w:szCs w:val="28"/>
          <w:lang w:eastAsia="ja-JP"/>
        </w:rPr>
      </w:pPr>
      <w:r>
        <w:rPr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AD41D89" wp14:editId="732F0799">
                <wp:simplePos x="0" y="0"/>
                <wp:positionH relativeFrom="column">
                  <wp:posOffset>869950</wp:posOffset>
                </wp:positionH>
                <wp:positionV relativeFrom="paragraph">
                  <wp:posOffset>331470</wp:posOffset>
                </wp:positionV>
                <wp:extent cx="180975" cy="520700"/>
                <wp:effectExtent l="57150" t="19050" r="47625" b="88900"/>
                <wp:wrapNone/>
                <wp:docPr id="13" name="矢印: 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52070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CD8F6" id="矢印: 下 13" o:spid="_x0000_s1026" type="#_x0000_t67" style="position:absolute;left:0;text-align:left;margin-left:68.5pt;margin-top:26.1pt;width:14.25pt;height:41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" adj="17846" fillcolor="black [3213]" strokecolor="black [3213]"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19F90C5" wp14:editId="7181A570">
                <wp:simplePos x="0" y="0"/>
                <wp:positionH relativeFrom="column">
                  <wp:posOffset>3261996</wp:posOffset>
                </wp:positionH>
                <wp:positionV relativeFrom="paragraph">
                  <wp:posOffset>284481</wp:posOffset>
                </wp:positionV>
                <wp:extent cx="210151" cy="578444"/>
                <wp:effectExtent l="133350" t="38100" r="38100" b="69850"/>
                <wp:wrapNone/>
                <wp:docPr id="11" name="矢印: 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50144">
                          <a:off x="0" y="0"/>
                          <a:ext cx="210151" cy="578444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7EC24" id="矢印: 下 11" o:spid="_x0000_s1026" type="#_x0000_t67" style="position:absolute;left:0;text-align:left;margin-left:256.85pt;margin-top:22.4pt;width:16.55pt;height:45.55pt;rotation:1365491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" adj="17676" fillcolor="black [3213]" strokecolor="black [3213]"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B4ABA8" wp14:editId="526D518F">
                <wp:simplePos x="0" y="0"/>
                <wp:positionH relativeFrom="column">
                  <wp:posOffset>2284731</wp:posOffset>
                </wp:positionH>
                <wp:positionV relativeFrom="paragraph">
                  <wp:posOffset>253999</wp:posOffset>
                </wp:positionV>
                <wp:extent cx="232231" cy="647915"/>
                <wp:effectExtent l="190500" t="19050" r="149225" b="19050"/>
                <wp:wrapNone/>
                <wp:docPr id="12" name="矢印: 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59475">
                          <a:off x="0" y="0"/>
                          <a:ext cx="232231" cy="647915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8100F" id="矢印: 下 12" o:spid="_x0000_s1026" type="#_x0000_t67" style="position:absolute;left:0;text-align:left;margin-left:179.9pt;margin-top:20pt;width:18.3pt;height:51pt;rotation:-2338024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" adj="17729" fillcolor="black [3213]" strokecolor="black [3213]">
                <v:shadow on="t" color="black" opacity="22937f" origin=",.5" offset="0,.63889mm"/>
              </v:shape>
            </w:pict>
          </mc:Fallback>
        </mc:AlternateContent>
      </w:r>
      <w:r w:rsidRPr="00460116">
        <w:rPr>
          <w:sz w:val="28"/>
          <w:szCs w:val="28"/>
          <w:lang w:eastAsia="ja-JP"/>
        </w:rPr>
        <w:t>□ ある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>□ ない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>□ わからない</w:t>
      </w:r>
    </w:p>
    <w:p w14:paraId="2B5C1B66" w14:textId="77777777" w:rsidR="006A1499" w:rsidRDefault="006A1499" w:rsidP="006A1499">
      <w:pPr>
        <w:ind w:firstLineChars="300" w:firstLine="840"/>
        <w:rPr>
          <w:sz w:val="28"/>
          <w:szCs w:val="28"/>
          <w:lang w:eastAsia="ja-JP"/>
        </w:rPr>
      </w:pPr>
    </w:p>
    <w:p w14:paraId="0793F15F" w14:textId="36CD9500" w:rsidR="006A1499" w:rsidRDefault="006A1499" w:rsidP="006A1499">
      <w:pPr>
        <w:ind w:firstLineChars="250" w:firstLine="700"/>
        <w:rPr>
          <w:sz w:val="28"/>
          <w:szCs w:val="28"/>
          <w:lang w:eastAsia="ja-JP"/>
        </w:rPr>
      </w:pPr>
      <w:r w:rsidRPr="00E72C7F">
        <w:rPr>
          <w:rFonts w:hint="eastAsia"/>
          <w:b/>
          <w:bCs/>
          <w:sz w:val="28"/>
          <w:szCs w:val="28"/>
          <w:u w:val="single"/>
          <w:lang w:eastAsia="ja-JP"/>
        </w:rPr>
        <w:t>（問２４へ）</w:t>
      </w:r>
      <w:r>
        <w:rPr>
          <w:rFonts w:hint="eastAsia"/>
          <w:sz w:val="28"/>
          <w:szCs w:val="28"/>
          <w:lang w:eastAsia="ja-JP"/>
        </w:rPr>
        <w:t xml:space="preserve">　　　　　</w:t>
      </w:r>
      <w:r w:rsidRPr="00E72C7F">
        <w:rPr>
          <w:rFonts w:hint="eastAsia"/>
          <w:b/>
          <w:bCs/>
          <w:sz w:val="28"/>
          <w:szCs w:val="28"/>
          <w:u w:val="single"/>
          <w:lang w:eastAsia="ja-JP"/>
        </w:rPr>
        <w:t>（問２５へ）</w:t>
      </w:r>
    </w:p>
    <w:p w14:paraId="5DEB4FCD" w14:textId="77777777" w:rsidR="006A1499" w:rsidRPr="006A1499" w:rsidRDefault="006A1499" w:rsidP="002720D1">
      <w:pPr>
        <w:ind w:firstLineChars="300" w:firstLine="840"/>
        <w:rPr>
          <w:sz w:val="28"/>
          <w:szCs w:val="28"/>
          <w:lang w:eastAsia="ja-JP"/>
        </w:rPr>
      </w:pPr>
    </w:p>
    <w:p w14:paraId="48770B97" w14:textId="12D563BA" w:rsidR="00D60F0C" w:rsidRPr="00460116" w:rsidRDefault="00D60F0C" w:rsidP="00D60F0C">
      <w:pPr>
        <w:ind w:leftChars="160" w:left="1418" w:hangingChars="343" w:hanging="1098"/>
        <w:rPr>
          <w:sz w:val="32"/>
          <w:szCs w:val="32"/>
          <w:lang w:eastAsia="ja-JP"/>
        </w:rPr>
      </w:pPr>
      <w:r w:rsidRPr="00460116">
        <w:rPr>
          <w:b/>
          <w:sz w:val="32"/>
          <w:szCs w:val="32"/>
          <w:lang w:eastAsia="ja-JP"/>
        </w:rPr>
        <w:t>問</w:t>
      </w:r>
      <w:r>
        <w:rPr>
          <w:rFonts w:hint="eastAsia"/>
          <w:b/>
          <w:sz w:val="32"/>
          <w:szCs w:val="32"/>
          <w:lang w:eastAsia="ja-JP"/>
        </w:rPr>
        <w:t>24</w:t>
      </w:r>
      <w:r w:rsidRPr="00460116">
        <w:rPr>
          <w:b/>
          <w:sz w:val="32"/>
          <w:szCs w:val="32"/>
          <w:lang w:eastAsia="ja-JP"/>
        </w:rPr>
        <w:t xml:space="preserve">　</w:t>
      </w:r>
      <w:bookmarkStart w:id="11" w:name="_Hlk237878302"/>
      <w:r>
        <w:rPr>
          <w:rFonts w:hint="eastAsia"/>
          <w:b/>
          <w:sz w:val="32"/>
          <w:szCs w:val="32"/>
          <w:lang w:eastAsia="ja-JP"/>
        </w:rPr>
        <w:t>【</w:t>
      </w:r>
      <w:r w:rsidRPr="00E72C7F">
        <w:rPr>
          <w:b/>
          <w:sz w:val="32"/>
          <w:szCs w:val="32"/>
          <w:u w:val="single"/>
          <w:lang w:eastAsia="ja-JP"/>
        </w:rPr>
        <w:t>問</w:t>
      </w:r>
      <w:r w:rsidRPr="00E72C7F">
        <w:rPr>
          <w:rFonts w:hint="eastAsia"/>
          <w:b/>
          <w:sz w:val="32"/>
          <w:szCs w:val="32"/>
          <w:u w:val="single"/>
          <w:lang w:eastAsia="ja-JP"/>
        </w:rPr>
        <w:t>23</w:t>
      </w:r>
      <w:r w:rsidRPr="00E72C7F">
        <w:rPr>
          <w:b/>
          <w:sz w:val="32"/>
          <w:szCs w:val="32"/>
          <w:u w:val="single"/>
          <w:lang w:eastAsia="ja-JP"/>
        </w:rPr>
        <w:t>で「ある」と答えた方</w:t>
      </w:r>
      <w:r>
        <w:rPr>
          <w:rFonts w:hint="eastAsia"/>
          <w:b/>
          <w:sz w:val="32"/>
          <w:szCs w:val="32"/>
          <w:lang w:eastAsia="ja-JP"/>
        </w:rPr>
        <w:t>】</w:t>
      </w:r>
      <w:bookmarkEnd w:id="11"/>
      <w:r>
        <w:rPr>
          <w:rFonts w:hint="eastAsia"/>
          <w:b/>
          <w:sz w:val="32"/>
          <w:szCs w:val="32"/>
          <w:lang w:eastAsia="ja-JP"/>
        </w:rPr>
        <w:t>：</w:t>
      </w:r>
      <w:r>
        <w:rPr>
          <w:b/>
          <w:sz w:val="32"/>
          <w:szCs w:val="32"/>
          <w:lang w:eastAsia="ja-JP"/>
        </w:rPr>
        <w:t>差別</w:t>
      </w:r>
      <w:r w:rsidRPr="00460116">
        <w:rPr>
          <w:b/>
          <w:sz w:val="32"/>
          <w:szCs w:val="32"/>
          <w:lang w:eastAsia="ja-JP"/>
        </w:rPr>
        <w:t>や</w:t>
      </w:r>
      <w:r>
        <w:rPr>
          <w:b/>
          <w:sz w:val="32"/>
          <w:szCs w:val="32"/>
          <w:lang w:eastAsia="ja-JP"/>
        </w:rPr>
        <w:t>不利益</w:t>
      </w:r>
      <w:r w:rsidRPr="00460116">
        <w:rPr>
          <w:b/>
          <w:sz w:val="32"/>
          <w:szCs w:val="32"/>
          <w:lang w:eastAsia="ja-JP"/>
        </w:rPr>
        <w:t>な</w:t>
      </w:r>
      <w:r>
        <w:rPr>
          <w:b/>
          <w:sz w:val="32"/>
          <w:szCs w:val="32"/>
          <w:lang w:eastAsia="ja-JP"/>
        </w:rPr>
        <w:t>扱</w:t>
      </w:r>
      <w:r w:rsidRPr="00460116">
        <w:rPr>
          <w:b/>
          <w:sz w:val="32"/>
          <w:szCs w:val="32"/>
          <w:lang w:eastAsia="ja-JP"/>
        </w:rPr>
        <w:t>いを</w:t>
      </w:r>
      <w:r>
        <w:rPr>
          <w:b/>
          <w:sz w:val="32"/>
          <w:szCs w:val="32"/>
          <w:lang w:eastAsia="ja-JP"/>
        </w:rPr>
        <w:t>受</w:t>
      </w:r>
      <w:r w:rsidRPr="00460116">
        <w:rPr>
          <w:b/>
          <w:sz w:val="32"/>
          <w:szCs w:val="32"/>
          <w:lang w:eastAsia="ja-JP"/>
        </w:rPr>
        <w:t>けたと</w:t>
      </w:r>
      <w:r>
        <w:rPr>
          <w:b/>
          <w:sz w:val="32"/>
          <w:szCs w:val="32"/>
          <w:lang w:eastAsia="ja-JP"/>
        </w:rPr>
        <w:t>感</w:t>
      </w:r>
      <w:r w:rsidRPr="00460116">
        <w:rPr>
          <w:b/>
          <w:sz w:val="32"/>
          <w:szCs w:val="32"/>
          <w:lang w:eastAsia="ja-JP"/>
        </w:rPr>
        <w:t>じた</w:t>
      </w:r>
      <w:r>
        <w:rPr>
          <w:rFonts w:hint="eastAsia"/>
          <w:b/>
          <w:sz w:val="32"/>
          <w:szCs w:val="32"/>
          <w:lang w:eastAsia="ja-JP"/>
        </w:rPr>
        <w:t>のはどのような時ですか</w:t>
      </w:r>
      <w:r w:rsidRPr="00460116">
        <w:rPr>
          <w:b/>
          <w:sz w:val="32"/>
          <w:szCs w:val="32"/>
          <w:lang w:eastAsia="ja-JP"/>
        </w:rPr>
        <w:t>。</w:t>
      </w:r>
      <w:r w:rsidRPr="00372F09">
        <w:rPr>
          <w:b/>
          <w:sz w:val="32"/>
          <w:szCs w:val="32"/>
          <w:lang w:eastAsia="ja-JP"/>
        </w:rPr>
        <w:t>（複数回答可）</w:t>
      </w:r>
    </w:p>
    <w:p w14:paraId="1B2704AF" w14:textId="2C9D2721" w:rsidR="006A1499" w:rsidRDefault="00D60F0C" w:rsidP="00D60F0C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rFonts w:hint="eastAsia"/>
          <w:sz w:val="28"/>
          <w:szCs w:val="28"/>
          <w:lang w:eastAsia="ja-JP"/>
        </w:rPr>
        <w:t>就労</w:t>
      </w:r>
      <w:r w:rsidR="006A1499">
        <w:rPr>
          <w:rFonts w:hint="eastAsia"/>
          <w:sz w:val="28"/>
          <w:szCs w:val="28"/>
          <w:lang w:eastAsia="ja-JP"/>
        </w:rPr>
        <w:t>（仕事）</w:t>
      </w:r>
      <w:r>
        <w:rPr>
          <w:sz w:val="28"/>
          <w:szCs w:val="28"/>
          <w:lang w:eastAsia="ja-JP"/>
        </w:rPr>
        <w:tab/>
      </w:r>
      <w:r w:rsidR="006A1499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rFonts w:hint="eastAsia"/>
          <w:sz w:val="28"/>
          <w:szCs w:val="28"/>
          <w:lang w:eastAsia="ja-JP"/>
        </w:rPr>
        <w:t>教育</w:t>
      </w:r>
      <w:r w:rsidR="006A1499">
        <w:rPr>
          <w:rFonts w:hint="eastAsia"/>
          <w:sz w:val="28"/>
          <w:szCs w:val="28"/>
          <w:lang w:eastAsia="ja-JP"/>
        </w:rPr>
        <w:t>（学校など）</w:t>
      </w:r>
      <w:r w:rsidR="006A1499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rFonts w:hint="eastAsia"/>
          <w:sz w:val="28"/>
          <w:szCs w:val="28"/>
          <w:lang w:eastAsia="ja-JP"/>
        </w:rPr>
        <w:t>人間関係</w:t>
      </w:r>
    </w:p>
    <w:p w14:paraId="1A047101" w14:textId="35A1E11E" w:rsidR="00D60F0C" w:rsidRDefault="00D60F0C" w:rsidP="00D60F0C">
      <w:pPr>
        <w:ind w:firstLineChars="300" w:firstLine="840"/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ja-JP"/>
        </w:rPr>
        <w:t>□</w:t>
      </w:r>
      <w:r w:rsidR="006A1499">
        <w:rPr>
          <w:rFonts w:hint="eastAsia"/>
          <w:sz w:val="28"/>
          <w:szCs w:val="28"/>
          <w:lang w:eastAsia="ja-JP"/>
        </w:rPr>
        <w:t xml:space="preserve"> 社会生活の中（地域や趣味など）</w:t>
      </w:r>
      <w:r w:rsidR="006A1499">
        <w:rPr>
          <w:sz w:val="28"/>
          <w:szCs w:val="28"/>
          <w:lang w:eastAsia="ja-JP"/>
        </w:rPr>
        <w:tab/>
      </w:r>
      <w:r w:rsidR="006A1499">
        <w:rPr>
          <w:sz w:val="28"/>
          <w:szCs w:val="28"/>
          <w:lang w:eastAsia="ja-JP"/>
        </w:rPr>
        <w:tab/>
      </w:r>
      <w:r w:rsidR="006A1499">
        <w:rPr>
          <w:rFonts w:hint="eastAsia"/>
          <w:sz w:val="28"/>
          <w:szCs w:val="28"/>
          <w:lang w:eastAsia="ja-JP"/>
        </w:rPr>
        <w:t>□公共施設やお店</w:t>
      </w:r>
    </w:p>
    <w:p w14:paraId="2B13D8C4" w14:textId="5DB26FB5" w:rsidR="006A1499" w:rsidRDefault="006A1499" w:rsidP="00D60F0C">
      <w:pPr>
        <w:ind w:firstLineChars="300" w:firstLine="840"/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ja-JP"/>
        </w:rPr>
        <w:t>□ 交通機関利用時</w:t>
      </w:r>
    </w:p>
    <w:p w14:paraId="217464F2" w14:textId="0D93CA76" w:rsidR="006A1499" w:rsidRDefault="006A1499" w:rsidP="00D60F0C">
      <w:pPr>
        <w:ind w:firstLineChars="300" w:firstLine="840"/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ja-JP"/>
        </w:rPr>
        <w:t>□</w:t>
      </w:r>
      <w:r>
        <w:rPr>
          <w:sz w:val="28"/>
          <w:szCs w:val="28"/>
          <w:lang w:eastAsia="ja-JP"/>
        </w:rPr>
        <w:t xml:space="preserve"> </w:t>
      </w:r>
      <w:r>
        <w:rPr>
          <w:rFonts w:hint="eastAsia"/>
          <w:sz w:val="28"/>
          <w:szCs w:val="28"/>
          <w:lang w:eastAsia="ja-JP"/>
        </w:rPr>
        <w:t>その他（　　　　　　　　　　　　　　　　　　　　　　　）</w:t>
      </w:r>
    </w:p>
    <w:bookmarkEnd w:id="10"/>
    <w:p w14:paraId="79CAD234" w14:textId="74EEFDB6" w:rsidR="006A1499" w:rsidRDefault="006A1499" w:rsidP="00D60F0C">
      <w:pPr>
        <w:ind w:firstLineChars="300" w:firstLine="840"/>
        <w:rPr>
          <w:sz w:val="28"/>
          <w:szCs w:val="28"/>
          <w:lang w:eastAsia="ja-JP"/>
        </w:rPr>
      </w:pPr>
    </w:p>
    <w:p w14:paraId="0F8833D2" w14:textId="158D6E69" w:rsidR="006A1499" w:rsidRDefault="006A1499" w:rsidP="00D60F0C">
      <w:pPr>
        <w:ind w:firstLineChars="300" w:firstLine="840"/>
        <w:rPr>
          <w:sz w:val="28"/>
          <w:szCs w:val="28"/>
          <w:lang w:eastAsia="ja-JP"/>
        </w:rPr>
      </w:pPr>
    </w:p>
    <w:p w14:paraId="6DD178B9" w14:textId="11BC3349" w:rsidR="006A1499" w:rsidRDefault="006A1499" w:rsidP="00D60F0C">
      <w:pPr>
        <w:ind w:firstLineChars="300" w:firstLine="840"/>
        <w:rPr>
          <w:sz w:val="28"/>
          <w:szCs w:val="28"/>
          <w:lang w:eastAsia="ja-JP"/>
        </w:rPr>
      </w:pPr>
    </w:p>
    <w:p w14:paraId="54AC6D02" w14:textId="44705A8E" w:rsidR="003714CC" w:rsidRPr="00916A40" w:rsidRDefault="00791C46" w:rsidP="003714CC">
      <w:pPr>
        <w:pStyle w:val="1"/>
        <w:rPr>
          <w:sz w:val="36"/>
          <w:szCs w:val="36"/>
          <w:lang w:eastAsia="ja-JP"/>
        </w:rPr>
      </w:pPr>
      <w:bookmarkStart w:id="12" w:name="_Hlk237693912"/>
      <w:r>
        <w:rPr>
          <w:rFonts w:hint="eastAsia"/>
          <w:sz w:val="36"/>
          <w:szCs w:val="36"/>
          <w:bdr w:val="single" w:sz="4" w:space="0" w:color="auto"/>
          <w:lang w:eastAsia="ja-JP"/>
        </w:rPr>
        <w:lastRenderedPageBreak/>
        <w:t>7</w:t>
      </w:r>
      <w:r w:rsidR="003714CC" w:rsidRPr="00F10D7F">
        <w:rPr>
          <w:sz w:val="36"/>
          <w:szCs w:val="36"/>
          <w:bdr w:val="single" w:sz="4" w:space="0" w:color="auto"/>
          <w:lang w:eastAsia="ja-JP"/>
        </w:rPr>
        <w:t xml:space="preserve">　</w:t>
      </w:r>
      <w:r w:rsidR="003714CC" w:rsidRPr="00F10D7F">
        <w:rPr>
          <w:rFonts w:hint="eastAsia"/>
          <w:sz w:val="36"/>
          <w:szCs w:val="36"/>
          <w:bdr w:val="single" w:sz="4" w:space="0" w:color="auto"/>
          <w:lang w:eastAsia="ja-JP"/>
        </w:rPr>
        <w:t>自由意見</w:t>
      </w:r>
    </w:p>
    <w:bookmarkEnd w:id="12"/>
    <w:p w14:paraId="19B234ED" w14:textId="3DBBC236" w:rsidR="002720D1" w:rsidRPr="00460116" w:rsidRDefault="00494CEE" w:rsidP="002720D1">
      <w:pPr>
        <w:ind w:leftChars="160" w:left="1418" w:hangingChars="343" w:hanging="1098"/>
        <w:rPr>
          <w:sz w:val="32"/>
          <w:szCs w:val="32"/>
          <w:lang w:eastAsia="ja-JP"/>
        </w:rPr>
      </w:pPr>
      <w:r w:rsidRPr="00372F09">
        <w:rPr>
          <w:b/>
          <w:sz w:val="32"/>
          <w:szCs w:val="32"/>
          <w:lang w:eastAsia="ja-JP"/>
        </w:rPr>
        <w:t>問</w:t>
      </w:r>
      <w:r w:rsidR="00E55CAF">
        <w:rPr>
          <w:rFonts w:hint="eastAsia"/>
          <w:b/>
          <w:sz w:val="32"/>
          <w:szCs w:val="32"/>
          <w:lang w:eastAsia="ja-JP"/>
        </w:rPr>
        <w:t>2</w:t>
      </w:r>
      <w:r w:rsidR="006A1499">
        <w:rPr>
          <w:rFonts w:hint="eastAsia"/>
          <w:b/>
          <w:sz w:val="32"/>
          <w:szCs w:val="32"/>
          <w:lang w:eastAsia="ja-JP"/>
        </w:rPr>
        <w:t>5</w:t>
      </w:r>
      <w:r w:rsidRPr="00372F09">
        <w:rPr>
          <w:b/>
          <w:sz w:val="32"/>
          <w:szCs w:val="32"/>
          <w:lang w:eastAsia="ja-JP"/>
        </w:rPr>
        <w:t xml:space="preserve">　</w:t>
      </w:r>
      <w:bookmarkStart w:id="13" w:name="_Hlk237878881"/>
      <w:r w:rsidR="002720D1">
        <w:rPr>
          <w:b/>
          <w:sz w:val="32"/>
          <w:szCs w:val="32"/>
          <w:lang w:eastAsia="ja-JP"/>
        </w:rPr>
        <w:t>大津町</w:t>
      </w:r>
      <w:r w:rsidR="002720D1" w:rsidRPr="00460116">
        <w:rPr>
          <w:b/>
          <w:sz w:val="32"/>
          <w:szCs w:val="32"/>
          <w:lang w:eastAsia="ja-JP"/>
        </w:rPr>
        <w:t>で</w:t>
      </w:r>
      <w:r w:rsidR="002720D1">
        <w:rPr>
          <w:b/>
          <w:sz w:val="32"/>
          <w:szCs w:val="32"/>
          <w:lang w:eastAsia="ja-JP"/>
        </w:rPr>
        <w:t>安心</w:t>
      </w:r>
      <w:r w:rsidR="002720D1" w:rsidRPr="00460116">
        <w:rPr>
          <w:b/>
          <w:sz w:val="32"/>
          <w:szCs w:val="32"/>
          <w:lang w:eastAsia="ja-JP"/>
        </w:rPr>
        <w:t>して</w:t>
      </w:r>
      <w:r w:rsidR="002720D1">
        <w:rPr>
          <w:b/>
          <w:sz w:val="32"/>
          <w:szCs w:val="32"/>
          <w:lang w:eastAsia="ja-JP"/>
        </w:rPr>
        <w:t>暮</w:t>
      </w:r>
      <w:r w:rsidR="002720D1" w:rsidRPr="00460116">
        <w:rPr>
          <w:b/>
          <w:sz w:val="32"/>
          <w:szCs w:val="32"/>
          <w:lang w:eastAsia="ja-JP"/>
        </w:rPr>
        <w:t>らし</w:t>
      </w:r>
      <w:r w:rsidR="002720D1">
        <w:rPr>
          <w:b/>
          <w:sz w:val="32"/>
          <w:szCs w:val="32"/>
          <w:lang w:eastAsia="ja-JP"/>
        </w:rPr>
        <w:t>続</w:t>
      </w:r>
      <w:r w:rsidR="002720D1" w:rsidRPr="00460116">
        <w:rPr>
          <w:b/>
          <w:sz w:val="32"/>
          <w:szCs w:val="32"/>
          <w:lang w:eastAsia="ja-JP"/>
        </w:rPr>
        <w:t>けるために、</w:t>
      </w:r>
      <w:r w:rsidR="002720D1">
        <w:rPr>
          <w:b/>
          <w:sz w:val="32"/>
          <w:szCs w:val="32"/>
          <w:lang w:eastAsia="ja-JP"/>
        </w:rPr>
        <w:t>町</w:t>
      </w:r>
      <w:r w:rsidR="002720D1" w:rsidRPr="00460116">
        <w:rPr>
          <w:b/>
          <w:sz w:val="32"/>
          <w:szCs w:val="32"/>
          <w:lang w:eastAsia="ja-JP"/>
        </w:rPr>
        <w:t>に</w:t>
      </w:r>
      <w:r w:rsidR="002720D1">
        <w:rPr>
          <w:b/>
          <w:sz w:val="32"/>
          <w:szCs w:val="32"/>
          <w:lang w:eastAsia="ja-JP"/>
        </w:rPr>
        <w:t>取</w:t>
      </w:r>
      <w:r w:rsidR="002720D1" w:rsidRPr="00460116">
        <w:rPr>
          <w:b/>
          <w:sz w:val="32"/>
          <w:szCs w:val="32"/>
          <w:lang w:eastAsia="ja-JP"/>
        </w:rPr>
        <w:t>り</w:t>
      </w:r>
      <w:r w:rsidR="002720D1">
        <w:rPr>
          <w:b/>
          <w:sz w:val="32"/>
          <w:szCs w:val="32"/>
          <w:lang w:eastAsia="ja-JP"/>
        </w:rPr>
        <w:t>組</w:t>
      </w:r>
      <w:r w:rsidR="002720D1" w:rsidRPr="00460116">
        <w:rPr>
          <w:b/>
          <w:sz w:val="32"/>
          <w:szCs w:val="32"/>
          <w:lang w:eastAsia="ja-JP"/>
        </w:rPr>
        <w:t>んでほしいこと</w:t>
      </w:r>
      <w:r w:rsidR="002720D1">
        <w:rPr>
          <w:rFonts w:hint="eastAsia"/>
          <w:b/>
          <w:sz w:val="32"/>
          <w:szCs w:val="32"/>
          <w:lang w:eastAsia="ja-JP"/>
        </w:rPr>
        <w:t>など、</w:t>
      </w:r>
      <w:r w:rsidR="002720D1" w:rsidRPr="00C624EB">
        <w:rPr>
          <w:rFonts w:hint="eastAsia"/>
          <w:b/>
          <w:sz w:val="32"/>
          <w:szCs w:val="32"/>
          <w:lang w:eastAsia="ja-JP"/>
        </w:rPr>
        <w:t>ご</w:t>
      </w:r>
      <w:r w:rsidR="002720D1">
        <w:rPr>
          <w:b/>
          <w:sz w:val="32"/>
          <w:szCs w:val="32"/>
          <w:lang w:eastAsia="ja-JP"/>
        </w:rPr>
        <w:t>意見</w:t>
      </w:r>
      <w:r w:rsidR="002720D1" w:rsidRPr="00C624EB">
        <w:rPr>
          <w:rFonts w:hint="eastAsia"/>
          <w:b/>
          <w:sz w:val="32"/>
          <w:szCs w:val="32"/>
          <w:lang w:eastAsia="ja-JP"/>
        </w:rPr>
        <w:t>・ご</w:t>
      </w:r>
      <w:r w:rsidR="002720D1">
        <w:rPr>
          <w:b/>
          <w:sz w:val="32"/>
          <w:szCs w:val="32"/>
          <w:lang w:eastAsia="ja-JP"/>
        </w:rPr>
        <w:t>提案</w:t>
      </w:r>
      <w:r w:rsidR="002720D1" w:rsidRPr="00C624EB">
        <w:rPr>
          <w:rFonts w:hint="eastAsia"/>
          <w:b/>
          <w:sz w:val="32"/>
          <w:szCs w:val="32"/>
          <w:lang w:eastAsia="ja-JP"/>
        </w:rPr>
        <w:t>をご</w:t>
      </w:r>
      <w:r w:rsidR="002720D1">
        <w:rPr>
          <w:b/>
          <w:sz w:val="32"/>
          <w:szCs w:val="32"/>
          <w:lang w:eastAsia="ja-JP"/>
        </w:rPr>
        <w:t>自由</w:t>
      </w:r>
      <w:r w:rsidR="002720D1" w:rsidRPr="00460116">
        <w:rPr>
          <w:b/>
          <w:sz w:val="32"/>
          <w:szCs w:val="32"/>
          <w:lang w:eastAsia="ja-JP"/>
        </w:rPr>
        <w:t>に</w:t>
      </w:r>
      <w:r w:rsidR="00E72C7F" w:rsidRPr="00460116">
        <w:rPr>
          <w:b/>
          <w:sz w:val="32"/>
          <w:szCs w:val="32"/>
          <w:lang w:eastAsia="ja-JP"/>
        </w:rPr>
        <w:t>お</w:t>
      </w:r>
      <w:r w:rsidR="00E72C7F">
        <w:rPr>
          <w:b/>
          <w:sz w:val="32"/>
          <w:szCs w:val="32"/>
          <w:lang w:eastAsia="ja-JP"/>
        </w:rPr>
        <w:t>書</w:t>
      </w:r>
      <w:r w:rsidR="002720D1" w:rsidRPr="00460116">
        <w:rPr>
          <w:b/>
          <w:sz w:val="32"/>
          <w:szCs w:val="32"/>
          <w:lang w:eastAsia="ja-JP"/>
        </w:rPr>
        <w:t>きください。</w:t>
      </w:r>
    </w:p>
    <w:p w14:paraId="149E5EEC" w14:textId="3AB12E44" w:rsidR="003714CC" w:rsidRPr="002720D1" w:rsidRDefault="002720D1" w:rsidP="002720D1">
      <w:pPr>
        <w:ind w:firstLineChars="100" w:firstLine="200"/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A48ACD6" wp14:editId="4B608251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6572250" cy="4521200"/>
                <wp:effectExtent l="57150" t="19050" r="76200" b="8890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45212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6738CA62" w14:textId="77777777" w:rsidR="002720D1" w:rsidRDefault="002720D1" w:rsidP="002720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48ACD6" id="正方形/長方形 10" o:spid="_x0000_s1029" style="position:absolute;left:0;text-align:left;margin-left:0;margin-top:1.4pt;width:517.5pt;height:35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" filled="f" strokecolor="windowText">
                <v:shadow on="t" color="black" opacity="22937f" origin=",.5" offset="0,.63889mm"/>
                <v:textbox>
                  <w:txbxContent>
                    <w:p w14:paraId="6738CA62" w14:textId="77777777" w:rsidR="002720D1" w:rsidRDefault="002720D1" w:rsidP="002720D1"/>
                  </w:txbxContent>
                </v:textbox>
              </v:rect>
            </w:pict>
          </mc:Fallback>
        </mc:AlternateContent>
      </w:r>
    </w:p>
    <w:p w14:paraId="5B70088E" w14:textId="3030DABA" w:rsidR="003714CC" w:rsidRDefault="003714CC">
      <w:pPr>
        <w:rPr>
          <w:lang w:eastAsia="ja-JP"/>
        </w:rPr>
      </w:pPr>
    </w:p>
    <w:p w14:paraId="5D43D741" w14:textId="0EA5AF9C" w:rsidR="002720D1" w:rsidRDefault="002720D1">
      <w:pPr>
        <w:rPr>
          <w:lang w:eastAsia="ja-JP"/>
        </w:rPr>
      </w:pPr>
    </w:p>
    <w:p w14:paraId="054EA2BB" w14:textId="34C5961C" w:rsidR="002720D1" w:rsidRDefault="002720D1">
      <w:pPr>
        <w:rPr>
          <w:lang w:eastAsia="ja-JP"/>
        </w:rPr>
      </w:pPr>
    </w:p>
    <w:p w14:paraId="1B1C702A" w14:textId="2D07B361" w:rsidR="002720D1" w:rsidRDefault="002720D1">
      <w:pPr>
        <w:rPr>
          <w:lang w:eastAsia="ja-JP"/>
        </w:rPr>
      </w:pPr>
    </w:p>
    <w:p w14:paraId="1B796BF4" w14:textId="1C2F2FB5" w:rsidR="002720D1" w:rsidRDefault="002720D1">
      <w:pPr>
        <w:rPr>
          <w:lang w:eastAsia="ja-JP"/>
        </w:rPr>
      </w:pPr>
    </w:p>
    <w:p w14:paraId="5945F1D8" w14:textId="77777777" w:rsidR="002720D1" w:rsidRDefault="002720D1" w:rsidP="002720D1">
      <w:pPr>
        <w:jc w:val="right"/>
        <w:rPr>
          <w:lang w:eastAsia="ja-JP"/>
        </w:rPr>
      </w:pPr>
    </w:p>
    <w:p w14:paraId="5EA46186" w14:textId="77777777" w:rsidR="00203CC0" w:rsidRDefault="00494CEE" w:rsidP="002720D1">
      <w:pPr>
        <w:jc w:val="right"/>
        <w:rPr>
          <w:sz w:val="28"/>
          <w:szCs w:val="28"/>
          <w:lang w:eastAsia="ja-JP"/>
        </w:rPr>
      </w:pPr>
      <w:r>
        <w:rPr>
          <w:lang w:eastAsia="ja-JP"/>
        </w:rPr>
        <w:br/>
      </w:r>
    </w:p>
    <w:p w14:paraId="65FDFD9F" w14:textId="77777777" w:rsidR="00203CC0" w:rsidRDefault="00203CC0" w:rsidP="002720D1">
      <w:pPr>
        <w:jc w:val="right"/>
        <w:rPr>
          <w:sz w:val="28"/>
          <w:szCs w:val="28"/>
          <w:lang w:eastAsia="ja-JP"/>
        </w:rPr>
      </w:pPr>
    </w:p>
    <w:p w14:paraId="45EBD183" w14:textId="77777777" w:rsidR="00203CC0" w:rsidRDefault="00203CC0" w:rsidP="002720D1">
      <w:pPr>
        <w:jc w:val="right"/>
        <w:rPr>
          <w:sz w:val="28"/>
          <w:szCs w:val="28"/>
          <w:lang w:eastAsia="ja-JP"/>
        </w:rPr>
      </w:pPr>
    </w:p>
    <w:p w14:paraId="365558FF" w14:textId="77777777" w:rsidR="00203CC0" w:rsidRDefault="00203CC0" w:rsidP="002720D1">
      <w:pPr>
        <w:jc w:val="right"/>
        <w:rPr>
          <w:sz w:val="28"/>
          <w:szCs w:val="28"/>
          <w:lang w:eastAsia="ja-JP"/>
        </w:rPr>
      </w:pPr>
    </w:p>
    <w:p w14:paraId="5CCBE601" w14:textId="02D1667C" w:rsidR="00526617" w:rsidRPr="00372F09" w:rsidRDefault="00494CEE" w:rsidP="002720D1">
      <w:pPr>
        <w:jc w:val="right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ご協力ありがとうございました。</w:t>
      </w:r>
      <w:bookmarkEnd w:id="13"/>
    </w:p>
    <w:sectPr w:rsidR="00526617" w:rsidRPr="00372F09" w:rsidSect="00E72C7F">
      <w:footerReference w:type="default" r:id="rId10"/>
      <w:pgSz w:w="12240" w:h="15840"/>
      <w:pgMar w:top="851" w:right="1020" w:bottom="850" w:left="1020" w:header="283" w:footer="283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C738F" w14:textId="77777777" w:rsidR="00381DCB" w:rsidRDefault="00381DCB" w:rsidP="00381DCB">
      <w:pPr>
        <w:spacing w:after="0" w:line="240" w:lineRule="auto"/>
      </w:pPr>
      <w:r>
        <w:separator/>
      </w:r>
    </w:p>
  </w:endnote>
  <w:endnote w:type="continuationSeparator" w:id="0">
    <w:p w14:paraId="73DEA74E" w14:textId="77777777" w:rsidR="00381DCB" w:rsidRDefault="00381DCB" w:rsidP="00381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5324963"/>
      <w:docPartObj>
        <w:docPartGallery w:val="Page Numbers (Bottom of Page)"/>
        <w:docPartUnique/>
      </w:docPartObj>
    </w:sdtPr>
    <w:sdtEndPr/>
    <w:sdtContent>
      <w:p w14:paraId="2CB26D8A" w14:textId="14B8D09E" w:rsidR="00442AEE" w:rsidRDefault="00442AE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</w:p>
    </w:sdtContent>
  </w:sdt>
  <w:p w14:paraId="2B041134" w14:textId="77777777" w:rsidR="00442AEE" w:rsidRDefault="00442AE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38C42" w14:textId="77777777" w:rsidR="00381DCB" w:rsidRDefault="00381DCB" w:rsidP="00381DCB">
      <w:pPr>
        <w:spacing w:after="0" w:line="240" w:lineRule="auto"/>
      </w:pPr>
      <w:r>
        <w:separator/>
      </w:r>
    </w:p>
  </w:footnote>
  <w:footnote w:type="continuationSeparator" w:id="0">
    <w:p w14:paraId="5180D68B" w14:textId="77777777" w:rsidR="00381DCB" w:rsidRDefault="00381DCB" w:rsidP="00381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32A3"/>
    <w:rsid w:val="0015074B"/>
    <w:rsid w:val="00192796"/>
    <w:rsid w:val="001A7316"/>
    <w:rsid w:val="00203CC0"/>
    <w:rsid w:val="002720D1"/>
    <w:rsid w:val="0029639D"/>
    <w:rsid w:val="00326F90"/>
    <w:rsid w:val="003714CC"/>
    <w:rsid w:val="00372F09"/>
    <w:rsid w:val="00381DCB"/>
    <w:rsid w:val="00442AEE"/>
    <w:rsid w:val="00494CEE"/>
    <w:rsid w:val="004E54CA"/>
    <w:rsid w:val="004F5C09"/>
    <w:rsid w:val="0050699D"/>
    <w:rsid w:val="00526617"/>
    <w:rsid w:val="00630BC2"/>
    <w:rsid w:val="006A1499"/>
    <w:rsid w:val="006C0677"/>
    <w:rsid w:val="00791C46"/>
    <w:rsid w:val="008A1E86"/>
    <w:rsid w:val="00910AE9"/>
    <w:rsid w:val="00916A40"/>
    <w:rsid w:val="00AA1D8D"/>
    <w:rsid w:val="00AF7FDD"/>
    <w:rsid w:val="00B47730"/>
    <w:rsid w:val="00BA172B"/>
    <w:rsid w:val="00CB0664"/>
    <w:rsid w:val="00D367F8"/>
    <w:rsid w:val="00D60F0C"/>
    <w:rsid w:val="00E55CAF"/>
    <w:rsid w:val="00E72C7F"/>
    <w:rsid w:val="00F10D7F"/>
    <w:rsid w:val="00F1671E"/>
    <w:rsid w:val="00F369BD"/>
    <w:rsid w:val="00FC693F"/>
    <w:rsid w:val="00FF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189C3CA"/>
  <w14:defaultImageDpi w14:val="300"/>
  <w15:docId w15:val="{A8CD18A0-4954-44D7-B019-3B6FE1143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游ゴシック" w:eastAsia="游ゴシック" w:hAnsi="游ゴシック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11</Pages>
  <Words>553</Words>
  <Characters>3156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安武 祐成</cp:lastModifiedBy>
  <cp:revision>10</cp:revision>
  <cp:lastPrinted>2026-08-15T05:25:00Z</cp:lastPrinted>
  <dcterms:created xsi:type="dcterms:W3CDTF">2026-08-17T07:17:00Z</dcterms:created>
  <dcterms:modified xsi:type="dcterms:W3CDTF">2026-09-03T00:15:00Z</dcterms:modified>
  <cp:category/>
</cp:coreProperties>
</file>