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B2D8" w14:textId="24A1C4B8" w:rsidR="00C91306" w:rsidRDefault="002E38F3" w:rsidP="0030632D">
      <w:pPr>
        <w:pStyle w:val="aa"/>
        <w:spacing w:after="0"/>
        <w:jc w:val="center"/>
        <w:rPr>
          <w:lang w:eastAsia="ja-JP"/>
        </w:rPr>
      </w:pPr>
      <w:bookmarkStart w:id="0" w:name="_Hlk237690066"/>
      <w:bookmarkStart w:id="1" w:name="_Hlk237866097"/>
      <w:r w:rsidRPr="002E38F3">
        <w:rPr>
          <w:rFonts w:hint="eastAsia"/>
          <w:lang w:eastAsia="ja-JP"/>
        </w:rPr>
        <w:t>「</w:t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だい</w:t>
            </w:r>
          </w:rt>
          <w:rubyBase>
            <w:r w:rsidR="0030632D">
              <w:rPr>
                <w:rFonts w:hint="eastAsia"/>
                <w:lang w:eastAsia="ja-JP"/>
              </w:rPr>
              <w:t>第</w:t>
            </w:r>
          </w:rubyBase>
        </w:ruby>
      </w:r>
      <w:r w:rsidR="009A49FC" w:rsidRPr="002E38F3">
        <w:rPr>
          <w:lang w:eastAsia="ja-JP"/>
        </w:rPr>
        <w:t>８</w:t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きおおづまちしょう</w:t>
            </w:r>
          </w:rt>
          <w:rubyBase>
            <w:r w:rsidR="0030632D">
              <w:rPr>
                <w:rFonts w:hint="eastAsia"/>
                <w:lang w:eastAsia="ja-JP"/>
              </w:rPr>
              <w:t>期大津町障</w:t>
            </w:r>
          </w:rubyBase>
        </w:ruby>
      </w:r>
      <w:r w:rsidR="009A49FC" w:rsidRPr="002E38F3">
        <w:rPr>
          <w:lang w:eastAsia="ja-JP"/>
        </w:rPr>
        <w:t>がい</w:t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ふくしけいかく</w:t>
            </w:r>
          </w:rt>
          <w:rubyBase>
            <w:r w:rsidR="0030632D">
              <w:rPr>
                <w:rFonts w:hint="eastAsia"/>
                <w:lang w:eastAsia="ja-JP"/>
              </w:rPr>
              <w:t>福祉計画</w:t>
            </w:r>
          </w:rubyBase>
        </w:ruby>
      </w:r>
      <w:r w:rsidRPr="002E38F3">
        <w:rPr>
          <w:rFonts w:hint="eastAsia"/>
          <w:lang w:eastAsia="ja-JP"/>
        </w:rPr>
        <w:t>」</w:t>
      </w:r>
      <w:r w:rsidR="009A49FC" w:rsidRPr="002E38F3">
        <w:rPr>
          <w:lang w:eastAsia="ja-JP"/>
        </w:rPr>
        <w:t>・</w:t>
      </w:r>
      <w:r w:rsidRPr="002E38F3">
        <w:rPr>
          <w:rFonts w:hint="eastAsia"/>
          <w:lang w:eastAsia="ja-JP"/>
        </w:rPr>
        <w:t>「</w:t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だい　き</w:t>
            </w:r>
          </w:rt>
          <w:rubyBase>
            <w:r w:rsidR="0030632D">
              <w:rPr>
                <w:rFonts w:hint="eastAsia"/>
                <w:lang w:eastAsia="ja-JP"/>
              </w:rPr>
              <w:t>第４期</w:t>
            </w:r>
          </w:rubyBase>
        </w:ruby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おおづまち</w:t>
            </w:r>
          </w:rt>
          <w:rubyBase>
            <w:r w:rsidR="0030632D">
              <w:rPr>
                <w:rFonts w:hint="eastAsia"/>
                <w:lang w:eastAsia="ja-JP"/>
              </w:rPr>
              <w:t>大津町</w:t>
            </w:r>
          </w:rubyBase>
        </w:ruby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しょう</w:t>
            </w:r>
          </w:rt>
          <w:rubyBase>
            <w:r w:rsidR="0030632D">
              <w:rPr>
                <w:rFonts w:hint="eastAsia"/>
                <w:lang w:eastAsia="ja-JP"/>
              </w:rPr>
              <w:t>障</w:t>
            </w:r>
          </w:rubyBase>
        </w:ruby>
      </w:r>
      <w:r w:rsidR="009A49FC" w:rsidRPr="002E38F3">
        <w:rPr>
          <w:lang w:eastAsia="ja-JP"/>
        </w:rPr>
        <w:t>がい</w:t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じ</w:t>
            </w:r>
          </w:rt>
          <w:rubyBase>
            <w:r w:rsidR="0030632D">
              <w:rPr>
                <w:rFonts w:hint="eastAsia"/>
                <w:lang w:eastAsia="ja-JP"/>
              </w:rPr>
              <w:t>児</w:t>
            </w:r>
          </w:rubyBase>
        </w:ruby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ふくし</w:t>
            </w:r>
          </w:rt>
          <w:rubyBase>
            <w:r w:rsidR="0030632D">
              <w:rPr>
                <w:rFonts w:hint="eastAsia"/>
                <w:lang w:eastAsia="ja-JP"/>
              </w:rPr>
              <w:t>福祉</w:t>
            </w:r>
          </w:rubyBase>
        </w:ruby>
      </w:r>
      <w:r w:rsidR="0030632D">
        <w:rPr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sz w:val="16"/>
                <w:lang w:eastAsia="ja-JP"/>
              </w:rPr>
              <w:t>けいかく</w:t>
            </w:r>
          </w:rt>
          <w:rubyBase>
            <w:r w:rsidR="0030632D">
              <w:rPr>
                <w:rFonts w:hint="eastAsia"/>
                <w:lang w:eastAsia="ja-JP"/>
              </w:rPr>
              <w:t>計画</w:t>
            </w:r>
          </w:rubyBase>
        </w:ruby>
      </w:r>
      <w:r w:rsidRPr="002E38F3">
        <w:rPr>
          <w:rFonts w:hint="eastAsia"/>
          <w:lang w:eastAsia="ja-JP"/>
        </w:rPr>
        <w:t>」</w:t>
      </w:r>
      <w:bookmarkEnd w:id="0"/>
      <w:r w:rsidR="003671E3" w:rsidRPr="002E38F3">
        <w:rPr>
          <w:b/>
          <w:bCs/>
          <w:sz w:val="44"/>
          <w:szCs w:val="96"/>
          <w:lang w:eastAsia="ja-JP"/>
        </w:rPr>
        <w:t>アンケート</w:t>
      </w:r>
      <w:r w:rsidR="003671E3" w:rsidRPr="002E38F3">
        <w:rPr>
          <w:rFonts w:hint="eastAsia"/>
          <w:b/>
          <w:bCs/>
          <w:sz w:val="44"/>
          <w:szCs w:val="96"/>
          <w:lang w:eastAsia="ja-JP"/>
        </w:rPr>
        <w:t>（</w:t>
      </w:r>
      <w:r w:rsidR="0030632D">
        <w:rPr>
          <w:b/>
          <w:bCs/>
          <w:sz w:val="44"/>
          <w:szCs w:val="96"/>
          <w:lang w:eastAsia="ja-JP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b/>
                <w:bCs/>
                <w:sz w:val="22"/>
                <w:szCs w:val="96"/>
                <w:lang w:eastAsia="ja-JP"/>
              </w:rPr>
              <w:t>しょう</w:t>
            </w:r>
          </w:rt>
          <w:rubyBase>
            <w:r w:rsidR="0030632D">
              <w:rPr>
                <w:rFonts w:hint="eastAsia"/>
                <w:b/>
                <w:bCs/>
                <w:sz w:val="44"/>
                <w:szCs w:val="96"/>
                <w:lang w:eastAsia="ja-JP"/>
              </w:rPr>
              <w:t>障</w:t>
            </w:r>
          </w:rubyBase>
        </w:ruby>
      </w:r>
      <w:r w:rsidR="009A49FC" w:rsidRPr="002E38F3">
        <w:rPr>
          <w:b/>
          <w:bCs/>
          <w:sz w:val="44"/>
          <w:szCs w:val="96"/>
          <w:lang w:eastAsia="ja-JP"/>
        </w:rPr>
        <w:t>がい</w:t>
      </w:r>
      <w:r w:rsidR="0030632D">
        <w:rPr>
          <w:b/>
          <w:bCs/>
          <w:sz w:val="44"/>
          <w:szCs w:val="96"/>
          <w:lang w:eastAsia="ja-JP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0632D" w:rsidRPr="0030632D">
              <w:rPr>
                <w:rFonts w:ascii="ＭＳ ゴシック" w:eastAsia="ＭＳ ゴシック" w:hAnsi="ＭＳ ゴシック" w:hint="eastAsia"/>
                <w:b/>
                <w:bCs/>
                <w:sz w:val="22"/>
                <w:szCs w:val="96"/>
                <w:lang w:eastAsia="ja-JP"/>
              </w:rPr>
              <w:t>しゃ</w:t>
            </w:r>
          </w:rt>
          <w:rubyBase>
            <w:r w:rsidR="0030632D">
              <w:rPr>
                <w:rFonts w:hint="eastAsia"/>
                <w:b/>
                <w:bCs/>
                <w:sz w:val="44"/>
                <w:szCs w:val="96"/>
                <w:lang w:eastAsia="ja-JP"/>
              </w:rPr>
              <w:t>者</w:t>
            </w:r>
          </w:rubyBase>
        </w:ruby>
      </w:r>
      <w:r w:rsidR="0004467A">
        <w:rPr>
          <w:rFonts w:hint="eastAsia"/>
          <w:b/>
          <w:bCs/>
          <w:sz w:val="44"/>
          <w:szCs w:val="96"/>
          <w:lang w:eastAsia="ja-JP"/>
        </w:rPr>
        <w:t xml:space="preserve">　</w:t>
      </w:r>
      <w:r w:rsidR="0004467A" w:rsidRPr="0004467A">
        <w:rPr>
          <w:rFonts w:hint="eastAsia"/>
          <w:b/>
          <w:bCs/>
          <w:sz w:val="44"/>
          <w:szCs w:val="96"/>
          <w:bdr w:val="single" w:sz="4" w:space="0" w:color="auto"/>
          <w:lang w:eastAsia="ja-JP"/>
        </w:rPr>
        <w:t>ご</w:t>
      </w:r>
      <w:r w:rsidR="0030632D" w:rsidRPr="0004467A">
        <w:rPr>
          <w:b/>
          <w:bCs/>
          <w:sz w:val="44"/>
          <w:szCs w:val="96"/>
          <w:bdr w:val="single" w:sz="4" w:space="0" w:color="auto"/>
          <w:lang w:eastAsia="ja-JP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0632D" w:rsidRPr="0004467A">
              <w:rPr>
                <w:rFonts w:ascii="ＭＳ ゴシック" w:eastAsia="ＭＳ ゴシック" w:hAnsi="ＭＳ ゴシック" w:hint="eastAsia"/>
                <w:b/>
                <w:bCs/>
                <w:sz w:val="22"/>
                <w:szCs w:val="96"/>
                <w:bdr w:val="single" w:sz="4" w:space="0" w:color="auto"/>
                <w:lang w:eastAsia="ja-JP"/>
              </w:rPr>
              <w:t>ほんにんよう</w:t>
            </w:r>
          </w:rt>
          <w:rubyBase>
            <w:r w:rsidR="0030632D" w:rsidRPr="0004467A">
              <w:rPr>
                <w:rFonts w:hint="eastAsia"/>
                <w:b/>
                <w:bCs/>
                <w:sz w:val="44"/>
                <w:szCs w:val="96"/>
                <w:bdr w:val="single" w:sz="4" w:space="0" w:color="auto"/>
                <w:lang w:eastAsia="ja-JP"/>
              </w:rPr>
              <w:t>本人用</w:t>
            </w:r>
          </w:rubyBase>
        </w:ruby>
      </w:r>
      <w:r w:rsidR="003671E3" w:rsidRPr="002E38F3">
        <w:rPr>
          <w:rFonts w:hint="eastAsia"/>
          <w:b/>
          <w:bCs/>
          <w:sz w:val="44"/>
          <w:szCs w:val="96"/>
          <w:lang w:eastAsia="ja-JP"/>
        </w:rPr>
        <w:t>）</w:t>
      </w:r>
      <w:bookmarkEnd w:id="1"/>
    </w:p>
    <w:p w14:paraId="036D2757" w14:textId="604E7CD1" w:rsidR="00C175EA" w:rsidRDefault="00D001BF">
      <w:pPr>
        <w:rPr>
          <w:b/>
          <w:bCs/>
          <w:sz w:val="28"/>
          <w:szCs w:val="36"/>
          <w:lang w:eastAsia="ja-JP"/>
        </w:rPr>
      </w:pPr>
      <w:bookmarkStart w:id="2" w:name="_Hlk237866410"/>
      <w:bookmarkStart w:id="3" w:name="_Hlk237690161"/>
      <w:r>
        <w:rPr>
          <w:noProof/>
        </w:rPr>
        <w:drawing>
          <wp:anchor distT="0" distB="0" distL="114300" distR="114300" simplePos="0" relativeHeight="251685376" behindDoc="0" locked="0" layoutInCell="1" allowOverlap="1" wp14:anchorId="4012B4A8" wp14:editId="10B33451">
            <wp:simplePos x="0" y="0"/>
            <wp:positionH relativeFrom="column">
              <wp:posOffset>5162550</wp:posOffset>
            </wp:positionH>
            <wp:positionV relativeFrom="paragraph">
              <wp:posOffset>5015230</wp:posOffset>
            </wp:positionV>
            <wp:extent cx="1250950" cy="1295400"/>
            <wp:effectExtent l="0" t="0" r="6350" b="0"/>
            <wp:wrapNone/>
            <wp:docPr id="18" name="図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2F3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35804B9" wp14:editId="3E2620CF">
                <wp:simplePos x="0" y="0"/>
                <wp:positionH relativeFrom="column">
                  <wp:posOffset>4883150</wp:posOffset>
                </wp:positionH>
                <wp:positionV relativeFrom="paragraph">
                  <wp:posOffset>4786630</wp:posOffset>
                </wp:positionV>
                <wp:extent cx="1752600" cy="1562100"/>
                <wp:effectExtent l="57150" t="19050" r="76200" b="952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6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9459C" w14:textId="29CB28CF" w:rsidR="009060D5" w:rsidRPr="002942F3" w:rsidRDefault="009060D5" w:rsidP="009060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2942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町ホームページQRコード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804B9" id="正方形/長方形 3" o:spid="_x0000_s1026" style="position:absolute;margin-left:384.5pt;margin-top:376.9pt;width:138pt;height:12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" filled="f" strokecolor="black [3213]">
                <v:shadow on="t" color="black" opacity="22937f" origin=",.5" offset="0,.63889mm"/>
                <v:textbox>
                  <w:txbxContent>
                    <w:p w14:paraId="7EC9459C" w14:textId="29CB28CF" w:rsidR="009060D5" w:rsidRPr="002942F3" w:rsidRDefault="009060D5" w:rsidP="009060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2942F3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町ホームページQRコード</w:t>
                      </w:r>
                    </w:p>
                  </w:txbxContent>
                </v:textbox>
              </v:rect>
            </w:pict>
          </mc:Fallback>
        </mc:AlternateContent>
      </w:r>
      <w:r w:rsidR="002942F3">
        <w:rPr>
          <w:noProof/>
          <w:sz w:val="40"/>
          <w:szCs w:val="72"/>
        </w:rPr>
        <w:drawing>
          <wp:anchor distT="0" distB="0" distL="114300" distR="114300" simplePos="0" relativeHeight="251684352" behindDoc="0" locked="0" layoutInCell="1" allowOverlap="1" wp14:anchorId="559FC3EF" wp14:editId="0F081E9E">
            <wp:simplePos x="0" y="0"/>
            <wp:positionH relativeFrom="column">
              <wp:posOffset>5080000</wp:posOffset>
            </wp:positionH>
            <wp:positionV relativeFrom="paragraph">
              <wp:posOffset>3300730</wp:posOffset>
            </wp:positionV>
            <wp:extent cx="1416050" cy="14160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2F3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9D1A695" wp14:editId="61530090">
                <wp:simplePos x="0" y="0"/>
                <wp:positionH relativeFrom="column">
                  <wp:posOffset>4883150</wp:posOffset>
                </wp:positionH>
                <wp:positionV relativeFrom="paragraph">
                  <wp:posOffset>3053080</wp:posOffset>
                </wp:positionV>
                <wp:extent cx="1752600" cy="1720850"/>
                <wp:effectExtent l="57150" t="19050" r="76200" b="889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72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739E7" w14:textId="2E34280D" w:rsidR="009060D5" w:rsidRPr="002942F3" w:rsidRDefault="009060D5" w:rsidP="009060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2942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回答フォームQRコード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1A695" id="正方形/長方形 2" o:spid="_x0000_s1027" style="position:absolute;margin-left:384.5pt;margin-top:240.4pt;width:138pt;height:135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" filled="f" strokecolor="black [3213]">
                <v:shadow on="t" color="black" opacity="22937f" origin=",.5" offset="0,.63889mm"/>
                <v:textbox>
                  <w:txbxContent>
                    <w:p w14:paraId="44B739E7" w14:textId="2E34280D" w:rsidR="009060D5" w:rsidRPr="002942F3" w:rsidRDefault="009060D5" w:rsidP="009060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2942F3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回答フォームQRコード</w:t>
                      </w:r>
                    </w:p>
                  </w:txbxContent>
                </v:textbox>
              </v:rect>
            </w:pict>
          </mc:Fallback>
        </mc:AlternateContent>
      </w:r>
      <w:r w:rsidR="00C175EA" w:rsidRPr="002E38F3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793CA0B" wp14:editId="258B75F9">
                <wp:simplePos x="0" y="0"/>
                <wp:positionH relativeFrom="column">
                  <wp:posOffset>-171450</wp:posOffset>
                </wp:positionH>
                <wp:positionV relativeFrom="paragraph">
                  <wp:posOffset>51435</wp:posOffset>
                </wp:positionV>
                <wp:extent cx="6904990" cy="8229600"/>
                <wp:effectExtent l="38100" t="19050" r="67310" b="952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990" cy="8229600"/>
                        </a:xfrm>
                        <a:prstGeom prst="roundRect">
                          <a:avLst>
                            <a:gd name="adj" fmla="val 673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74CA2" w14:textId="5928BD2F" w:rsidR="003671E3" w:rsidRDefault="00E86669" w:rsidP="00E86669">
                            <w:pPr>
                              <w:spacing w:after="0" w:line="0" w:lineRule="atLeast"/>
                              <w:ind w:firstLineChars="100" w:firstLine="28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では、</w:t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だい　き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第８期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だい　き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第４期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じ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児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」（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：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 xml:space="preserve">　ねんど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９年度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～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 xml:space="preserve">　　ねんど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１１年度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さくてい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策定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むけ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向け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がいのある</w:t>
                            </w:r>
                            <w:r w:rsidR="00DF54E7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54E7" w:rsidRPr="00DF54E7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F54E7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ごかぞく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ご家族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サービス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な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について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はあく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把握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するため、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アンケート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ちょうさ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調査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</w:t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。みなさまの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ごきょうりょく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ご協力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おねがい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します。</w:t>
                            </w:r>
                          </w:p>
                          <w:p w14:paraId="55C64C8E" w14:textId="522261B8" w:rsidR="003671E3" w:rsidRPr="002E38F3" w:rsidRDefault="00E86669" w:rsidP="00460116">
                            <w:pPr>
                              <w:spacing w:before="240" w:after="0" w:line="0" w:lineRule="atLeas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 w:rsid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①～③</w:t>
                            </w:r>
                            <w:r w:rsidR="003671E3"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どれか１つの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ください）</w:t>
                            </w:r>
                          </w:p>
                          <w:p w14:paraId="43D618C5" w14:textId="427EF92D" w:rsidR="002E38F3" w:rsidRPr="002E38F3" w:rsidRDefault="002E38F3" w:rsidP="002E38F3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①</w:t>
                            </w:r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lang w:eastAsia="ja-JP"/>
                                    </w:rPr>
                                    <w:t>しめん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lang w:eastAsia="ja-JP"/>
                                    </w:rPr>
                                    <w:t>紙面</w:t>
                                  </w:r>
                                </w:rubyBase>
                              </w:ruby>
                            </w:r>
                            <w:r w:rsidR="003671E3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による</w:t>
                            </w:r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</w:p>
                          <w:p w14:paraId="416AFC34" w14:textId="45AD8095" w:rsidR="003671E3" w:rsidRDefault="003671E3" w:rsidP="002E38F3">
                            <w:pPr>
                              <w:spacing w:after="0" w:line="0" w:lineRule="atLeast"/>
                              <w:ind w:firstLineChars="200" w:firstLine="56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この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やくば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役場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ふくしか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福祉課</w:t>
                                  </w:r>
                                </w:rubyBase>
                              </w:ruby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まで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ごていしゅつ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ご提出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ください。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じさん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持参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また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又</w:t>
                                  </w:r>
                                </w:rubyBase>
                              </w:ruby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は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ゆうそうか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郵送可</w:t>
                                  </w:r>
                                </w:rubyBase>
                              </w:ruby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</w:p>
                          <w:p w14:paraId="7CCC40C9" w14:textId="6C1032DF" w:rsidR="002E38F3" w:rsidRDefault="002E38F3" w:rsidP="004A00B4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②</w:t>
                            </w:r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フォームによる</w:t>
                            </w:r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</w:p>
                          <w:p w14:paraId="5CCEBBA1" w14:textId="3198E3D0" w:rsidR="002E38F3" w:rsidRDefault="002E38F3" w:rsidP="002E38F3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インターネット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フォームにて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できます。</w:t>
                            </w:r>
                          </w:p>
                          <w:p w14:paraId="6076AD6E" w14:textId="5AD849CA" w:rsidR="002E38F3" w:rsidRPr="002E38F3" w:rsidRDefault="002E38F3" w:rsidP="002E38F3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みぎ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QRコード</w:t>
                            </w:r>
                            <w:r w:rsidR="00E8666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よ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み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こ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ませて</w:t>
                            </w:r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86669" w:rsidRPr="00E86669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E86669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してください。</w:t>
                            </w:r>
                          </w:p>
                          <w:p w14:paraId="1DD0CB78" w14:textId="4F198D55" w:rsidR="002E38F3" w:rsidRPr="002E38F3" w:rsidRDefault="002E38F3" w:rsidP="004A00B4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③</w:t>
                            </w:r>
                            <w:r w:rsidR="003671E3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メール</w:t>
                            </w:r>
                            <w:r w:rsidR="004A00B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・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FAX</w:t>
                            </w:r>
                            <w:r w:rsidR="003671E3"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による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</w:p>
                          <w:p w14:paraId="7ECBA04D" w14:textId="7D9F7E7F" w:rsidR="009060D5" w:rsidRDefault="004A00B4" w:rsidP="002E38F3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まち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ホームページからダウンロードして、</w:t>
                            </w:r>
                          </w:p>
                          <w:p w14:paraId="65DAF1A2" w14:textId="402BE86D" w:rsidR="009060D5" w:rsidRDefault="004A00B4" w:rsidP="002E38F3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と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あ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わせ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さき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のメールアドレス</w:t>
                            </w:r>
                            <w:r w:rsidR="009060D5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・FAX</w:t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へ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そうしん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送信</w:t>
                                  </w:r>
                                </w:rubyBase>
                              </w:ruby>
                            </w:r>
                            <w:r w:rsidR="003671E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</w:t>
                            </w:r>
                          </w:p>
                          <w:p w14:paraId="6EA6DAEC" w14:textId="6980D2DF" w:rsidR="009060D5" w:rsidRDefault="003671E3" w:rsidP="002E38F3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さい。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="009060D5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・PDFなどで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よ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み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こ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2E38F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んで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そうしん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送信</w:t>
                                  </w:r>
                                </w:rubyBase>
                              </w:ruby>
                            </w:r>
                            <w:r w:rsidR="002E38F3"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</w:t>
                            </w:r>
                          </w:p>
                          <w:p w14:paraId="3740220F" w14:textId="549C9826" w:rsidR="002E38F3" w:rsidRDefault="002E38F3" w:rsidP="002E38F3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れても</w:t>
                            </w:r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4"/>
                                      <w:szCs w:val="36"/>
                                      <w:lang w:eastAsia="ja-JP"/>
                                    </w:rPr>
                                    <w:t>かま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8"/>
                                      <w:szCs w:val="36"/>
                                      <w:lang w:eastAsia="ja-JP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="004A00B4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いません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</w:t>
                            </w:r>
                          </w:p>
                          <w:p w14:paraId="3187B243" w14:textId="535256AB" w:rsidR="002E38F3" w:rsidRPr="002E38F3" w:rsidRDefault="002E38F3" w:rsidP="004A00B4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アンケ―ト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きげん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bdr w:val="single" w:sz="4" w:space="0" w:color="auto"/>
                                      <w:lang w:eastAsia="ja-JP"/>
                                    </w:rPr>
                                    <w:t>期限</w:t>
                                  </w:r>
                                </w:rubyBase>
                              </w:ruby>
                            </w:r>
                            <w:r w:rsidR="009060D5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u w:val="single"/>
                                      <w:lang w:eastAsia="ja-JP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u w:val="single"/>
                                      <w:lang w:eastAsia="ja-JP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８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u w:val="single"/>
                                      <w:lang w:eastAsia="ja-JP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u w:val="single"/>
                                      <w:lang w:eastAsia="ja-JP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u w:val="single"/>
                                      <w:lang w:eastAsia="ja-JP"/>
                                    </w:rPr>
                                    <w:t xml:space="preserve">　　がつ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u w:val="single"/>
                                      <w:lang w:eastAsia="ja-JP"/>
                                    </w:rPr>
                                    <w:t>９月</w:t>
                                  </w:r>
                                </w:rubyBase>
                              </w:ruby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u w:val="single"/>
                                      <w:lang w:eastAsia="ja-JP"/>
                                    </w:rPr>
                                    <w:t xml:space="preserve">　　　にち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u w:val="single"/>
                                      <w:lang w:eastAsia="ja-JP"/>
                                    </w:rPr>
                                    <w:t>３０日</w:t>
                                  </w:r>
                                </w:rubyBase>
                              </w:ruby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（</w:t>
                            </w:r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44"/>
                                      <w:u w:val="single"/>
                                      <w:lang w:eastAsia="ja-JP"/>
                                    </w:rPr>
                                    <w:t>すい</w:t>
                                  </w:r>
                                </w:rt>
                                <w:rubyBase>
                                  <w:r w:rsidR="004A00B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44"/>
                                      <w:u w:val="single"/>
                                      <w:lang w:eastAsia="ja-JP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）</w:t>
                            </w:r>
                            <w:r w:rsid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まで</w:t>
                            </w:r>
                          </w:p>
                          <w:p w14:paraId="490ABD1A" w14:textId="0808D35A" w:rsidR="009060D5" w:rsidRPr="004A00B4" w:rsidRDefault="009060D5" w:rsidP="004A00B4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●お</w:t>
                            </w:r>
                            <w:r w:rsid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と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い</w:t>
                            </w:r>
                            <w:r w:rsid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あ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わせ</w:t>
                            </w:r>
                          </w:p>
                          <w:p w14:paraId="2571C890" w14:textId="5BD45551" w:rsidR="009060D5" w:rsidRPr="004A00B4" w:rsidRDefault="004A00B4" w:rsidP="004A00B4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A00B4" w:rsidRPr="004A00B4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じゅうしょ</w:t>
                                  </w:r>
                                </w:rt>
                                <w:rubyBase>
                                  <w:r w:rsidR="004A00B4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住所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</w:t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〒869-12</w:t>
                            </w:r>
                            <w:r w:rsidR="009060D5"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92</w:t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おおあざ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大字</w:t>
                                  </w:r>
                                </w:rubyBase>
                              </w:ruby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おおつ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大津</w:t>
                                  </w:r>
                                </w:rubyBase>
                              </w:ruby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１２３３</w:t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ばんち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番地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　</w:t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おおづまち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大津町</w:t>
                                  </w:r>
                                </w:rubyBase>
                              </w:ruby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やくば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役場</w:t>
                                  </w:r>
                                </w:rubyBase>
                              </w:ruby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ふくしか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福祉課</w:t>
                                  </w:r>
                                </w:rubyBase>
                              </w:ruby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がい</w:t>
                            </w:r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ふくしかかり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福祉係</w:t>
                                  </w:r>
                                </w:rubyBase>
                              </w:ruby>
                            </w:r>
                          </w:p>
                          <w:p w14:paraId="43A55084" w14:textId="51CFF9C6" w:rsidR="009060D5" w:rsidRPr="004A00B4" w:rsidRDefault="00602240" w:rsidP="00460116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02240" w:rsidRPr="00602240">
                                    <w:rPr>
                                      <w:color w:val="000000" w:themeColor="text1"/>
                                      <w:sz w:val="12"/>
                                      <w:szCs w:val="32"/>
                                      <w:lang w:eastAsia="ja-JP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602240"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  <w:lang w:eastAsia="ja-JP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：096-</w:t>
                            </w:r>
                            <w:r w:rsidR="009060D5"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293-3510</w:t>
                            </w:r>
                            <w:r w:rsidR="009060D5"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FAX：096-292-1234</w:t>
                            </w:r>
                          </w:p>
                          <w:p w14:paraId="0452F4DB" w14:textId="31DD779E" w:rsidR="00460116" w:rsidRPr="002E38F3" w:rsidRDefault="00460116" w:rsidP="00460116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メールアドレス：f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ukushi@town.ozu.kumamoto.jp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3CA0B" id="四角形: 角を丸くする 1" o:spid="_x0000_s1028" style="position:absolute;margin-left:-13.5pt;margin-top:4.05pt;width:543.7pt;height:9in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" fillcolor="white [3212]" strokecolor="#4579b8 [3044]">
                <v:shadow on="t" color="black" opacity="22937f" origin=",.5" offset="0,.63889mm"/>
                <v:textbox inset="2mm,0,2mm,1mm">
                  <w:txbxContent>
                    <w:p w14:paraId="21974CA2" w14:textId="5928BD2F" w:rsidR="003671E3" w:rsidRDefault="00E86669" w:rsidP="00E86669">
                      <w:pPr>
                        <w:spacing w:after="0" w:line="0" w:lineRule="atLeast"/>
                        <w:ind w:firstLineChars="100" w:firstLine="28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では、</w:t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「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だい　き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第８期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しょう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障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ふくし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けいかく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計画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だい　き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第４期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しょう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障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じ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児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ふくし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けいかく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計画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」（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けいかく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計画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きかん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期間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：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れいわ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 xml:space="preserve">　ねんど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９年度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～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れいわ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 xml:space="preserve">　　ねんど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１１年度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さくてい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策定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むけ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向け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しょう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障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がいのある</w:t>
                      </w:r>
                      <w:r w:rsidR="00DF54E7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54E7" w:rsidRPr="00DF54E7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ひと</w:t>
                            </w:r>
                          </w:rt>
                          <w:rubyBase>
                            <w:r w:rsidR="00DF54E7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人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ごかぞく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ご家族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とう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等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せいかつ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じょうきょう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状況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サービス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りよう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利用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こんご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ひつよう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必要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な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しえん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支援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について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はあく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把握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するため、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アンケート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ちょうさ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調査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じっし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実施</w:t>
                            </w:r>
                          </w:rubyBase>
                        </w:ruby>
                      </w:r>
                      <w:r w:rsidR="003671E3"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</w:t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。みなさまの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ごきょうりょく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ご協力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おねがい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お願い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します。</w:t>
                      </w:r>
                    </w:p>
                    <w:p w14:paraId="55C64C8E" w14:textId="522261B8" w:rsidR="003671E3" w:rsidRPr="002E38F3" w:rsidRDefault="00E86669" w:rsidP="00460116">
                      <w:pPr>
                        <w:spacing w:before="240" w:after="0" w:line="0" w:lineRule="atLeast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ほうほう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方法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 w:rsid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①～③</w:t>
                      </w:r>
                      <w:r w:rsidR="003671E3"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どれか１つの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ほうほう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方法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でご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ください）</w:t>
                      </w:r>
                    </w:p>
                    <w:p w14:paraId="43D618C5" w14:textId="427EF92D" w:rsidR="002E38F3" w:rsidRPr="002E38F3" w:rsidRDefault="002E38F3" w:rsidP="002E38F3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①</w:t>
                      </w:r>
                      <w:r w:rsidR="00E86669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lang w:eastAsia="ja-JP"/>
                              </w:rPr>
                              <w:t>しめん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紙面</w:t>
                            </w:r>
                          </w:rubyBase>
                        </w:ruby>
                      </w:r>
                      <w:r w:rsidR="003671E3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による</w:t>
                      </w:r>
                      <w:r w:rsidR="00E86669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</w:p>
                    <w:p w14:paraId="416AFC34" w14:textId="45AD8095" w:rsidR="003671E3" w:rsidRDefault="003671E3" w:rsidP="002E38F3">
                      <w:pPr>
                        <w:spacing w:after="0" w:line="0" w:lineRule="atLeast"/>
                        <w:ind w:firstLineChars="200" w:firstLine="56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この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ようし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用紙</w:t>
                            </w:r>
                          </w:rubyBase>
                        </w:ruby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やくば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役場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ふくしか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福祉課</w:t>
                            </w:r>
                          </w:rubyBase>
                        </w:ruby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まで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ごていしゅつ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ご提出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ください。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じさん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持参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また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又</w:t>
                            </w:r>
                          </w:rubyBase>
                        </w:ruby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は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ゆうそうか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郵送可</w:t>
                            </w:r>
                          </w:rubyBase>
                        </w:ruby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</w:p>
                    <w:p w14:paraId="7CCC40C9" w14:textId="6C1032DF" w:rsidR="002E38F3" w:rsidRDefault="002E38F3" w:rsidP="004A00B4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②</w:t>
                      </w:r>
                      <w:r w:rsidR="00E86669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フォームによる</w:t>
                      </w:r>
                      <w:r w:rsidR="00E86669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86669" w:rsidRPr="00E86669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</w:p>
                    <w:p w14:paraId="5CCEBBA1" w14:textId="3198E3D0" w:rsidR="002E38F3" w:rsidRDefault="002E38F3" w:rsidP="002E38F3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インターネット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じょう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フォームにて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できます。</w:t>
                      </w:r>
                    </w:p>
                    <w:p w14:paraId="6076AD6E" w14:textId="5AD849CA" w:rsidR="002E38F3" w:rsidRPr="002E38F3" w:rsidRDefault="002E38F3" w:rsidP="002E38F3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みぎ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右</w:t>
                            </w:r>
                          </w:rubyBase>
                        </w:ruby>
                      </w:r>
                      <w:r w:rsidR="00E86669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QRコード</w:t>
                      </w:r>
                      <w:r w:rsidR="00E86669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よ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み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こ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込</w:t>
                            </w:r>
                          </w:rubyBase>
                        </w:ruby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ませて</w:t>
                      </w:r>
                      <w:r w:rsidR="00E86669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86669" w:rsidRPr="00E86669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E86669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してください。</w:t>
                      </w:r>
                    </w:p>
                    <w:p w14:paraId="1DD0CB78" w14:textId="4F198D55" w:rsidR="002E38F3" w:rsidRPr="002E38F3" w:rsidRDefault="002E38F3" w:rsidP="004A00B4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③</w:t>
                      </w:r>
                      <w:r w:rsidR="003671E3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メール</w:t>
                      </w:r>
                      <w:r w:rsidR="004A00B4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・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FAX</w:t>
                      </w:r>
                      <w:r w:rsidR="003671E3"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による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</w:p>
                    <w:p w14:paraId="7ECBA04D" w14:textId="7D9F7E7F" w:rsidR="009060D5" w:rsidRDefault="004A00B4" w:rsidP="002E38F3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ようし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用紙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まち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町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ホームページからダウンロードして、</w:t>
                      </w:r>
                    </w:p>
                    <w:p w14:paraId="65DAF1A2" w14:textId="402BE86D" w:rsidR="009060D5" w:rsidRDefault="004A00B4" w:rsidP="002E38F3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と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問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あ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合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わせ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さき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先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のメールアドレス</w:t>
                      </w:r>
                      <w:r w:rsidR="009060D5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・FAX</w:t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へ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そうしん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</w:rubyBase>
                        </w:ruby>
                      </w:r>
                      <w:r w:rsidR="003671E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</w:t>
                      </w:r>
                    </w:p>
                    <w:p w14:paraId="6EA6DAEC" w14:textId="6980D2DF" w:rsidR="009060D5" w:rsidRDefault="003671E3" w:rsidP="002E38F3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さい。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ようし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用紙</w:t>
                            </w:r>
                          </w:rubyBase>
                        </w:ruby>
                      </w:r>
                      <w:r w:rsidR="009060D5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しゃしん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写真</w:t>
                            </w:r>
                          </w:rubyBase>
                        </w:ruby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・PDFなどで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よ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</w:t>
                            </w:r>
                          </w:rubyBase>
                        </w:ruby>
                      </w:r>
                      <w:r w:rsid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み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こ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込</w:t>
                            </w:r>
                          </w:rubyBase>
                        </w:ruby>
                      </w:r>
                      <w:r w:rsidR="002E38F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んで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そうしん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</w:rubyBase>
                        </w:ruby>
                      </w:r>
                      <w:r w:rsidR="002E38F3"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</w:t>
                      </w:r>
                    </w:p>
                    <w:p w14:paraId="3740220F" w14:textId="549C9826" w:rsidR="002E38F3" w:rsidRDefault="002E38F3" w:rsidP="002E38F3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れても</w:t>
                      </w:r>
                      <w:r w:rsidR="004A00B4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4"/>
                                <w:szCs w:val="36"/>
                                <w:lang w:eastAsia="ja-JP"/>
                              </w:rPr>
                              <w:t>かま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構</w:t>
                            </w:r>
                          </w:rubyBase>
                        </w:ruby>
                      </w:r>
                      <w:r w:rsidR="004A00B4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いません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</w:t>
                      </w:r>
                    </w:p>
                    <w:p w14:paraId="3187B243" w14:textId="535256AB" w:rsidR="002E38F3" w:rsidRPr="002E38F3" w:rsidRDefault="002E38F3" w:rsidP="004A00B4">
                      <w:pPr>
                        <w:spacing w:before="240"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アンケ―ト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かいとう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</w:t>
                            </w:r>
                          </w:rubyBase>
                        </w:ruby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きげん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期限</w:t>
                            </w:r>
                          </w:rubyBase>
                        </w:ruby>
                      </w:r>
                      <w:r w:rsidR="009060D5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u w:val="single"/>
                                <w:lang w:eastAsia="ja-JP"/>
                              </w:rPr>
                              <w:t>れいわ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令和</w:t>
                            </w:r>
                          </w:rubyBase>
                        </w:ruby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８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u w:val="single"/>
                                <w:lang w:eastAsia="ja-JP"/>
                              </w:rPr>
                              <w:t>ねん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年</w:t>
                            </w:r>
                          </w:rubyBase>
                        </w:ruby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u w:val="single"/>
                                <w:lang w:eastAsia="ja-JP"/>
                              </w:rPr>
                              <w:t xml:space="preserve">　　がつ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９月</w:t>
                            </w:r>
                          </w:rubyBase>
                        </w:ruby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u w:val="single"/>
                                <w:lang w:eastAsia="ja-JP"/>
                              </w:rPr>
                              <w:t xml:space="preserve">　　　にち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３０日</w:t>
                            </w:r>
                          </w:rubyBase>
                        </w:ruby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（</w:t>
                      </w:r>
                      <w:r w:rsidR="004A00B4"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A00B4" w:rsidRPr="004A00B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44"/>
                                <w:u w:val="single"/>
                                <w:lang w:eastAsia="ja-JP"/>
                              </w:rPr>
                              <w:t>すい</w:t>
                            </w:r>
                          </w:rt>
                          <w:rubyBase>
                            <w:r w:rsidR="004A00B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水</w:t>
                            </w:r>
                          </w:rubyBase>
                        </w:ruby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）</w:t>
                      </w:r>
                      <w:r w:rsid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まで</w:t>
                      </w:r>
                    </w:p>
                    <w:p w14:paraId="490ABD1A" w14:textId="0808D35A" w:rsidR="009060D5" w:rsidRPr="004A00B4" w:rsidRDefault="009060D5" w:rsidP="004A00B4">
                      <w:pPr>
                        <w:spacing w:before="240" w:after="0" w:line="0" w:lineRule="atLeast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●お</w:t>
                      </w:r>
                      <w:r w:rsid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と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問</w:t>
                            </w:r>
                          </w:rubyBase>
                        </w:ruby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い</w:t>
                      </w:r>
                      <w:r w:rsid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あ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合</w:t>
                            </w:r>
                          </w:rubyBase>
                        </w:ruby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わせ</w:t>
                      </w:r>
                    </w:p>
                    <w:p w14:paraId="2571C890" w14:textId="5BD45551" w:rsidR="009060D5" w:rsidRPr="004A00B4" w:rsidRDefault="004A00B4" w:rsidP="004A00B4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A00B4" w:rsidRPr="004A00B4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じゅうしょ</w:t>
                            </w:r>
                          </w:rt>
                          <w:rubyBase>
                            <w:r w:rsid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住所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</w:t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〒869-12</w:t>
                      </w:r>
                      <w:r w:rsidR="009060D5"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92</w:t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おおあざ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大字</w:t>
                            </w:r>
                          </w:rubyBase>
                        </w:ruby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おおつ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</w:t>
                            </w:r>
                          </w:rubyBase>
                        </w:ruby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１２３３</w:t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ばんち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番地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　</w:t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おおづまち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</w:t>
                            </w:r>
                          </w:rubyBase>
                        </w:ruby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やくば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役場</w:t>
                            </w:r>
                          </w:rubyBase>
                        </w:ruby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ふくしか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福祉課</w:t>
                            </w:r>
                          </w:rubyBase>
                        </w:ruby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しょう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障</w:t>
                            </w:r>
                          </w:rubyBase>
                        </w:ruby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がい</w:t>
                      </w:r>
                      <w:r w:rsidR="00602240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ふくしかかり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福祉係</w:t>
                            </w:r>
                          </w:rubyBase>
                        </w:ruby>
                      </w:r>
                    </w:p>
                    <w:p w14:paraId="43A55084" w14:textId="51CFF9C6" w:rsidR="009060D5" w:rsidRPr="004A00B4" w:rsidRDefault="00602240" w:rsidP="00460116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02240" w:rsidRPr="00602240">
                              <w:rPr>
                                <w:color w:val="000000" w:themeColor="text1"/>
                                <w:sz w:val="12"/>
                                <w:szCs w:val="32"/>
                                <w:lang w:eastAsia="ja-JP"/>
                              </w:rPr>
                              <w:t>でんわ</w:t>
                            </w:r>
                          </w:rt>
                          <w:rubyBase>
                            <w:r w:rsidR="00602240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電話</w:t>
                            </w:r>
                          </w:rubyBase>
                        </w:ruby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：096-</w:t>
                      </w:r>
                      <w:r w:rsidR="009060D5"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293-3510</w:t>
                      </w:r>
                      <w:r w:rsidR="009060D5"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FAX：096-292-1234</w:t>
                      </w:r>
                    </w:p>
                    <w:p w14:paraId="0452F4DB" w14:textId="31DD779E" w:rsidR="00460116" w:rsidRPr="002E38F3" w:rsidRDefault="00460116" w:rsidP="00460116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メールアドレス：f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ukushi@town.ozu.kumamoto.jp</w:t>
                      </w:r>
                    </w:p>
                  </w:txbxContent>
                </v:textbox>
              </v:roundrect>
            </w:pict>
          </mc:Fallback>
        </mc:AlternateContent>
      </w:r>
      <w:r w:rsidR="00C175EA">
        <w:rPr>
          <w:b/>
          <w:bCs/>
          <w:sz w:val="28"/>
          <w:szCs w:val="36"/>
          <w:lang w:eastAsia="ja-JP"/>
        </w:rPr>
        <w:br w:type="page"/>
      </w:r>
    </w:p>
    <w:p w14:paraId="734FC0E2" w14:textId="411F13FC" w:rsidR="00460116" w:rsidRPr="00460116" w:rsidRDefault="009A49FC">
      <w:pPr>
        <w:rPr>
          <w:b/>
          <w:bCs/>
          <w:sz w:val="28"/>
          <w:szCs w:val="36"/>
          <w:lang w:eastAsia="ja-JP"/>
        </w:rPr>
      </w:pPr>
      <w:r w:rsidRPr="00460116">
        <w:rPr>
          <w:b/>
          <w:bCs/>
          <w:sz w:val="28"/>
          <w:szCs w:val="36"/>
          <w:lang w:eastAsia="ja-JP"/>
        </w:rPr>
        <w:lastRenderedPageBreak/>
        <w:t>※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かいとう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回答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は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むきめい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無記名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で、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かいとう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回答</w:t>
            </w:r>
          </w:rubyBase>
        </w:ruby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ないよう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内容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は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けいかく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計画</w:t>
            </w:r>
          </w:rubyBase>
        </w:ruby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さくてい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策定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の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もくてき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目的</w:t>
            </w:r>
          </w:rubyBase>
        </w:ruby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いがい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以外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には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しよう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使用</w:t>
            </w:r>
          </w:rubyBase>
        </w:ruby>
      </w:r>
      <w:r w:rsidRPr="00460116">
        <w:rPr>
          <w:b/>
          <w:bCs/>
          <w:sz w:val="28"/>
          <w:szCs w:val="36"/>
          <w:lang w:eastAsia="ja-JP"/>
        </w:rPr>
        <w:t>しません。</w:t>
      </w:r>
    </w:p>
    <w:p w14:paraId="13EAFD4B" w14:textId="4C6E432B" w:rsidR="00C91306" w:rsidRPr="00460116" w:rsidRDefault="00E86669">
      <w:pPr>
        <w:rPr>
          <w:b/>
          <w:bCs/>
          <w:lang w:eastAsia="ja-JP"/>
        </w:rPr>
      </w:pPr>
      <w:r>
        <w:rPr>
          <w:rFonts w:hint="eastAsia"/>
          <w:b/>
          <w:bCs/>
          <w:noProof/>
          <w:sz w:val="28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9A94E16" wp14:editId="0EA2589F">
                <wp:simplePos x="0" y="0"/>
                <wp:positionH relativeFrom="column">
                  <wp:posOffset>1600200</wp:posOffset>
                </wp:positionH>
                <wp:positionV relativeFrom="paragraph">
                  <wp:posOffset>86360</wp:posOffset>
                </wp:positionV>
                <wp:extent cx="228600" cy="161925"/>
                <wp:effectExtent l="57150" t="38100" r="38100" b="104775"/>
                <wp:wrapNone/>
                <wp:docPr id="4" name="フリーフォーム: 図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custGeom>
                          <a:avLst/>
                          <a:gdLst>
                            <a:gd name="connsiteX0" fmla="*/ 0 w 228600"/>
                            <a:gd name="connsiteY0" fmla="*/ 57150 h 161925"/>
                            <a:gd name="connsiteX1" fmla="*/ 95250 w 228600"/>
                            <a:gd name="connsiteY1" fmla="*/ 161925 h 161925"/>
                            <a:gd name="connsiteX2" fmla="*/ 228600 w 228600"/>
                            <a:gd name="connsiteY2" fmla="*/ 0 h 161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8600" h="161925">
                              <a:moveTo>
                                <a:pt x="0" y="57150"/>
                              </a:moveTo>
                              <a:lnTo>
                                <a:pt x="95250" y="161925"/>
                              </a:ln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BE7C7" id="フリーフォーム: 図形 4" o:spid="_x0000_s1026" style="position:absolute;left:0;text-align:left;margin-left:126pt;margin-top:6.8pt;width:18pt;height:12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" path="m,57150l95250,161925,228600,e" filled="f" strokecolor="black [3213]" strokeweight="3pt">
                <v:shadow on="t" color="black" opacity="22937f" origin=",.5" offset="0,.63889mm"/>
                <v:path arrowok="t" o:connecttype="custom" o:connectlocs="0,57150;95250,161925;228600,0" o:connectangles="0,0,0"/>
              </v:shape>
            </w:pict>
          </mc:Fallback>
        </mc:AlternateContent>
      </w:r>
      <w:r w:rsidR="00460116" w:rsidRPr="00460116">
        <w:rPr>
          <w:rFonts w:hint="eastAsia"/>
          <w:b/>
          <w:bCs/>
          <w:sz w:val="28"/>
          <w:szCs w:val="36"/>
          <w:lang w:eastAsia="ja-JP"/>
        </w:rPr>
        <w:t>※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がいとう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該当</w:t>
            </w:r>
          </w:rubyBase>
        </w:ruby>
      </w:r>
      <w:r w:rsidR="009A49FC" w:rsidRPr="00460116">
        <w:rPr>
          <w:b/>
          <w:bCs/>
          <w:sz w:val="28"/>
          <w:szCs w:val="36"/>
          <w:lang w:eastAsia="ja-JP"/>
        </w:rPr>
        <w:t>する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こうもく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項目</w:t>
            </w:r>
          </w:rubyBase>
        </w:ruby>
      </w:r>
      <w:r w:rsidR="009A49FC" w:rsidRPr="00460116">
        <w:rPr>
          <w:b/>
          <w:bCs/>
          <w:sz w:val="28"/>
          <w:szCs w:val="36"/>
          <w:lang w:eastAsia="ja-JP"/>
        </w:rPr>
        <w:t>に</w:t>
      </w:r>
      <w:r>
        <w:rPr>
          <w:rFonts w:hint="eastAsia"/>
          <w:b/>
          <w:bCs/>
          <w:sz w:val="28"/>
          <w:szCs w:val="36"/>
          <w:lang w:eastAsia="ja-JP"/>
        </w:rPr>
        <w:t xml:space="preserve">　</w:t>
      </w:r>
      <w:r>
        <w:rPr>
          <w:rFonts w:ascii="Segoe UI Symbol" w:hAnsi="Segoe UI Symbol" w:cs="Segoe UI Symbol" w:hint="eastAsia"/>
          <w:b/>
          <w:bCs/>
          <w:sz w:val="28"/>
          <w:szCs w:val="36"/>
          <w:lang w:eastAsia="ja-JP"/>
        </w:rPr>
        <w:t>☐</w:t>
      </w:r>
      <w:r>
        <w:rPr>
          <w:rFonts w:ascii="Segoe UI Emoji" w:hAnsi="Segoe UI Emoji" w:cs="Segoe UI Emoji" w:hint="eastAsia"/>
          <w:b/>
          <w:bCs/>
          <w:sz w:val="28"/>
          <w:szCs w:val="36"/>
          <w:lang w:eastAsia="ja-JP"/>
        </w:rPr>
        <w:t>（チェック）</w:t>
      </w:r>
      <w:r w:rsidR="009A49FC" w:rsidRPr="00460116">
        <w:rPr>
          <w:b/>
          <w:bCs/>
          <w:sz w:val="28"/>
          <w:szCs w:val="36"/>
          <w:lang w:eastAsia="ja-JP"/>
        </w:rPr>
        <w:t>を</w:t>
      </w:r>
      <w:r w:rsidR="00602240">
        <w:rPr>
          <w:b/>
          <w:bCs/>
          <w:sz w:val="28"/>
          <w:szCs w:val="36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b/>
                <w:bCs/>
                <w:sz w:val="14"/>
                <w:szCs w:val="36"/>
                <w:lang w:eastAsia="ja-JP"/>
              </w:rPr>
              <w:t>つ</w:t>
            </w:r>
          </w:rt>
          <w:rubyBase>
            <w:r w:rsidR="00602240">
              <w:rPr>
                <w:b/>
                <w:bCs/>
                <w:sz w:val="28"/>
                <w:szCs w:val="36"/>
                <w:lang w:eastAsia="ja-JP"/>
              </w:rPr>
              <w:t>付</w:t>
            </w:r>
          </w:rubyBase>
        </w:ruby>
      </w:r>
      <w:r w:rsidR="009A49FC" w:rsidRPr="00460116">
        <w:rPr>
          <w:b/>
          <w:bCs/>
          <w:sz w:val="28"/>
          <w:szCs w:val="36"/>
          <w:lang w:eastAsia="ja-JP"/>
        </w:rPr>
        <w:t>けてください。</w:t>
      </w:r>
      <w:bookmarkEnd w:id="2"/>
    </w:p>
    <w:bookmarkEnd w:id="3"/>
    <w:p w14:paraId="3903DDC5" w14:textId="24F71BEC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602240">
        <w:rPr>
          <w:sz w:val="36"/>
          <w:szCs w:val="36"/>
          <w:bdr w:val="single" w:sz="4" w:space="0" w:color="auto"/>
          <w:lang w:eastAsia="ja-JP"/>
        </w:rPr>
        <w:t>1</w:t>
      </w:r>
      <w:r w:rsidRPr="00602240">
        <w:rPr>
          <w:sz w:val="36"/>
          <w:szCs w:val="36"/>
          <w:bdr w:val="single" w:sz="4" w:space="0" w:color="auto"/>
          <w:lang w:eastAsia="ja-JP"/>
        </w:rPr>
        <w:t xml:space="preserve">　あなたについて</w:t>
      </w:r>
    </w:p>
    <w:p w14:paraId="645F98E5" w14:textId="77E812D2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問1　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ねんれい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年齢</w:t>
            </w:r>
          </w:rubyBase>
        </w:ruby>
      </w:r>
      <w:r w:rsidR="00602240" w:rsidRPr="00460116">
        <w:rPr>
          <w:b/>
          <w:sz w:val="32"/>
          <w:szCs w:val="32"/>
          <w:lang w:eastAsia="ja-JP"/>
        </w:rPr>
        <w:t>を</w:t>
      </w:r>
      <w:r w:rsidR="00602240">
        <w:rPr>
          <w:b/>
          <w:sz w:val="32"/>
          <w:szCs w:val="32"/>
          <w:lang w:eastAsia="ja-JP"/>
        </w:rPr>
        <w:t>お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こた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答</w:t>
            </w:r>
          </w:rubyBase>
        </w:ruby>
      </w:r>
      <w:r w:rsidR="00602240">
        <w:rPr>
          <w:b/>
          <w:sz w:val="32"/>
          <w:szCs w:val="32"/>
          <w:lang w:eastAsia="ja-JP"/>
        </w:rPr>
        <w:t>え</w:t>
      </w:r>
      <w:r w:rsidRPr="00460116">
        <w:rPr>
          <w:b/>
          <w:sz w:val="32"/>
          <w:szCs w:val="32"/>
          <w:lang w:eastAsia="ja-JP"/>
        </w:rPr>
        <w:t>ください。</w:t>
      </w:r>
    </w:p>
    <w:p w14:paraId="0A9FEBAA" w14:textId="4E913921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18～29</w:t>
      </w:r>
      <w:r w:rsidR="0060224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30～39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40～49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</w:p>
    <w:p w14:paraId="0A3F9A6F" w14:textId="360C115B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50～59</w:t>
      </w:r>
      <w:r w:rsidR="0060224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60～64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65～74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</w:p>
    <w:p w14:paraId="451442DB" w14:textId="69F5D3AB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75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さい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歳</w:t>
            </w:r>
          </w:rubyBase>
        </w:ruby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いじょう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以上</w:t>
            </w:r>
          </w:rubyBase>
        </w:ruby>
      </w:r>
    </w:p>
    <w:p w14:paraId="35559DAE" w14:textId="1B393B1E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問2　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しょう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障</w:t>
            </w:r>
          </w:rubyBase>
        </w:ruby>
      </w:r>
      <w:r w:rsidRPr="00460116">
        <w:rPr>
          <w:b/>
          <w:sz w:val="32"/>
          <w:szCs w:val="32"/>
          <w:lang w:eastAsia="ja-JP"/>
        </w:rPr>
        <w:t>がい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など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等</w:t>
            </w:r>
          </w:rubyBase>
        </w:ruby>
      </w:r>
      <w:r w:rsidRPr="00460116">
        <w:rPr>
          <w:b/>
          <w:sz w:val="32"/>
          <w:szCs w:val="32"/>
          <w:lang w:eastAsia="ja-JP"/>
        </w:rPr>
        <w:t>の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しゅるい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種類</w:t>
            </w:r>
          </w:rubyBase>
        </w:ruby>
      </w:r>
      <w:r w:rsidRPr="00460116">
        <w:rPr>
          <w:b/>
          <w:sz w:val="32"/>
          <w:szCs w:val="32"/>
          <w:lang w:eastAsia="ja-JP"/>
        </w:rPr>
        <w:t>をお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こた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答</w:t>
            </w:r>
          </w:rubyBase>
        </w:ruby>
      </w:r>
      <w:r w:rsidRPr="00460116">
        <w:rPr>
          <w:b/>
          <w:sz w:val="32"/>
          <w:szCs w:val="32"/>
          <w:lang w:eastAsia="ja-JP"/>
        </w:rPr>
        <w:t>えください。（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116EE1B6" w14:textId="6878CEEC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しんたいしょう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身体障</w:t>
            </w:r>
          </w:rubyBase>
        </w:ruby>
      </w:r>
      <w:r w:rsidRPr="00460116">
        <w:rPr>
          <w:sz w:val="28"/>
          <w:szCs w:val="28"/>
          <w:lang w:eastAsia="ja-JP"/>
        </w:rPr>
        <w:t>がい</w:t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ちてき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知的</w:t>
            </w:r>
          </w:rubyBase>
        </w:ruby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Pr="00460116">
        <w:rPr>
          <w:sz w:val="28"/>
          <w:szCs w:val="28"/>
          <w:lang w:eastAsia="ja-JP"/>
        </w:rPr>
        <w:t>がい</w:t>
      </w:r>
      <w:r w:rsidR="00602240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せいしんしょう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精神障</w:t>
            </w:r>
          </w:rubyBase>
        </w:ruby>
      </w:r>
      <w:r w:rsidRPr="00460116">
        <w:rPr>
          <w:sz w:val="28"/>
          <w:szCs w:val="28"/>
          <w:lang w:eastAsia="ja-JP"/>
        </w:rPr>
        <w:t>がい</w:t>
      </w:r>
    </w:p>
    <w:p w14:paraId="167E2931" w14:textId="354F5C65" w:rsidR="00C91306" w:rsidRDefault="00602240" w:rsidP="001B2AFA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□</w:t>
      </w:r>
      <w:r w:rsidR="009A49FC"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はったつしょう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発達障</w:t>
            </w:r>
          </w:rubyBase>
        </w:ruby>
      </w:r>
      <w:r w:rsidR="009A49FC" w:rsidRPr="00460116">
        <w:rPr>
          <w:sz w:val="28"/>
          <w:szCs w:val="28"/>
          <w:lang w:eastAsia="ja-JP"/>
        </w:rPr>
        <w:t>がい</w:t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>□</w:t>
      </w:r>
      <w:r w:rsidR="009A49FC"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なんびょう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難病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</w:t>
      </w:r>
      <w:r w:rsidR="009A49FC"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こう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高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じ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次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のう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脳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き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機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のう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能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="009A49FC" w:rsidRPr="00460116">
        <w:rPr>
          <w:sz w:val="28"/>
          <w:szCs w:val="28"/>
          <w:lang w:eastAsia="ja-JP"/>
        </w:rPr>
        <w:t>がい</w:t>
      </w:r>
    </w:p>
    <w:p w14:paraId="4098581F" w14:textId="20DFDD05" w:rsidR="00665724" w:rsidRDefault="00665724" w:rsidP="00665724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医療的ケア（医療的ケアの内容：　　　　　　　　　　　　）</w:t>
      </w:r>
    </w:p>
    <w:p w14:paraId="00FEF5E6" w14:textId="5C456ABE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615117">
        <w:rPr>
          <w:rFonts w:hint="eastAsia"/>
          <w:sz w:val="28"/>
          <w:szCs w:val="28"/>
          <w:lang w:eastAsia="ja-JP"/>
        </w:rPr>
        <w:t xml:space="preserve">　　　　　　　　　　　　　　　</w:t>
      </w:r>
      <w:r w:rsidRPr="00460116">
        <w:rPr>
          <w:sz w:val="28"/>
          <w:szCs w:val="28"/>
          <w:lang w:eastAsia="ja-JP"/>
        </w:rPr>
        <w:t xml:space="preserve">　　</w:t>
      </w:r>
      <w:r w:rsidR="00E86669">
        <w:rPr>
          <w:rFonts w:hint="eastAsia"/>
          <w:sz w:val="28"/>
          <w:szCs w:val="28"/>
          <w:lang w:eastAsia="ja-JP"/>
        </w:rPr>
        <w:t xml:space="preserve">　　　　</w:t>
      </w:r>
      <w:r w:rsidRPr="00460116">
        <w:rPr>
          <w:sz w:val="28"/>
          <w:szCs w:val="28"/>
          <w:lang w:eastAsia="ja-JP"/>
        </w:rPr>
        <w:t>）</w:t>
      </w:r>
    </w:p>
    <w:p w14:paraId="502C3BC4" w14:textId="62E9B2C4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問3　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げんざい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現在</w:t>
            </w:r>
          </w:rubyBase>
        </w:ruby>
      </w:r>
      <w:r w:rsidRPr="00460116">
        <w:rPr>
          <w:b/>
          <w:sz w:val="32"/>
          <w:szCs w:val="32"/>
          <w:lang w:eastAsia="ja-JP"/>
        </w:rPr>
        <w:t>の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く　　　　かた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暮らし方</w:t>
            </w:r>
          </w:rubyBase>
        </w:ruby>
      </w:r>
      <w:r w:rsidRPr="00460116">
        <w:rPr>
          <w:b/>
          <w:sz w:val="32"/>
          <w:szCs w:val="32"/>
          <w:lang w:eastAsia="ja-JP"/>
        </w:rPr>
        <w:t>をお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こた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答</w:t>
            </w:r>
          </w:rubyBase>
        </w:ruby>
      </w:r>
      <w:r w:rsidRPr="00460116">
        <w:rPr>
          <w:b/>
          <w:sz w:val="32"/>
          <w:szCs w:val="32"/>
          <w:lang w:eastAsia="ja-JP"/>
        </w:rPr>
        <w:t>えください。</w:t>
      </w:r>
    </w:p>
    <w:p w14:paraId="5CBFEFA8" w14:textId="69F383AF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かぞく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家族</w:t>
            </w:r>
          </w:rubyBase>
        </w:ruby>
      </w:r>
      <w:r w:rsidRPr="00460116">
        <w:rPr>
          <w:sz w:val="28"/>
          <w:szCs w:val="28"/>
          <w:lang w:eastAsia="ja-JP"/>
        </w:rPr>
        <w:t>と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く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暮</w:t>
            </w:r>
          </w:rubyBase>
        </w:ruby>
      </w:r>
      <w:r w:rsidRPr="00460116">
        <w:rPr>
          <w:sz w:val="28"/>
          <w:szCs w:val="28"/>
          <w:lang w:eastAsia="ja-JP"/>
        </w:rPr>
        <w:t>らしている</w:t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 xml:space="preserve">ひとりぐ　　　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一人暮らし</w:t>
            </w:r>
          </w:rubyBase>
        </w:ruby>
      </w:r>
    </w:p>
    <w:p w14:paraId="77216DFD" w14:textId="776CD8B8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グループホーム</w:t>
      </w:r>
      <w:r w:rsidR="00E86669">
        <w:rPr>
          <w:rFonts w:hint="eastAsia"/>
          <w:sz w:val="28"/>
          <w:szCs w:val="28"/>
          <w:lang w:eastAsia="ja-JP"/>
        </w:rPr>
        <w:t xml:space="preserve">　　</w:t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65724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5724" w:rsidRPr="00665724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665724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="00665724">
        <w:rPr>
          <w:rFonts w:hint="eastAsia"/>
          <w:sz w:val="28"/>
          <w:szCs w:val="28"/>
          <w:lang w:eastAsia="ja-JP"/>
        </w:rPr>
        <w:t>がい</w:t>
      </w:r>
      <w:r w:rsidR="00665724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5724" w:rsidRPr="00665724">
              <w:rPr>
                <w:sz w:val="14"/>
                <w:szCs w:val="28"/>
                <w:lang w:eastAsia="ja-JP"/>
              </w:rPr>
              <w:t>しゃ</w:t>
            </w:r>
          </w:rt>
          <w:rubyBase>
            <w:r w:rsidR="00665724">
              <w:rPr>
                <w:sz w:val="28"/>
                <w:szCs w:val="28"/>
                <w:lang w:eastAsia="ja-JP"/>
              </w:rPr>
              <w:t>者</w:t>
            </w:r>
          </w:rubyBase>
        </w:ruby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しせつ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施設</w:t>
            </w:r>
          </w:rubyBase>
        </w:ruby>
      </w:r>
    </w:p>
    <w:p w14:paraId="11382CFF" w14:textId="09CACB77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びょういん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病院</w:t>
            </w:r>
          </w:rubyBase>
        </w:ruby>
      </w:r>
      <w:r w:rsidR="00665724">
        <w:rPr>
          <w:rFonts w:hint="eastAsia"/>
          <w:sz w:val="28"/>
          <w:szCs w:val="28"/>
          <w:lang w:eastAsia="ja-JP"/>
        </w:rPr>
        <w:t>（</w:t>
      </w:r>
      <w:r w:rsidR="00665724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5724" w:rsidRPr="00665724">
              <w:rPr>
                <w:sz w:val="14"/>
                <w:szCs w:val="28"/>
                <w:lang w:eastAsia="ja-JP"/>
              </w:rPr>
              <w:t>にゅういん</w:t>
            </w:r>
          </w:rt>
          <w:rubyBase>
            <w:r w:rsidR="00665724">
              <w:rPr>
                <w:sz w:val="28"/>
                <w:szCs w:val="28"/>
                <w:lang w:eastAsia="ja-JP"/>
              </w:rPr>
              <w:t>入院</w:t>
            </w:r>
          </w:rubyBase>
        </w:ruby>
      </w:r>
      <w:r w:rsidR="00665724">
        <w:rPr>
          <w:rFonts w:hint="eastAsia"/>
          <w:sz w:val="28"/>
          <w:szCs w:val="28"/>
          <w:lang w:eastAsia="ja-JP"/>
        </w:rPr>
        <w:t xml:space="preserve">）　　</w:t>
      </w:r>
      <w:r w:rsidR="00665724">
        <w:rPr>
          <w:sz w:val="28"/>
          <w:szCs w:val="28"/>
          <w:lang w:eastAsia="ja-JP"/>
        </w:rPr>
        <w:tab/>
      </w:r>
      <w:r w:rsidR="00665724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65724">
        <w:rPr>
          <w:rFonts w:hint="eastAsia"/>
          <w:sz w:val="28"/>
          <w:szCs w:val="28"/>
          <w:lang w:eastAsia="ja-JP"/>
        </w:rPr>
        <w:t>その</w:t>
      </w:r>
      <w:r w:rsidR="00665724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5724" w:rsidRPr="00665724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665724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="00665724">
        <w:rPr>
          <w:rFonts w:hint="eastAsia"/>
          <w:sz w:val="28"/>
          <w:szCs w:val="28"/>
          <w:lang w:eastAsia="ja-JP"/>
        </w:rPr>
        <w:t xml:space="preserve">（　　　　</w:t>
      </w:r>
      <w:r w:rsidR="00166561">
        <w:rPr>
          <w:rFonts w:hint="eastAsia"/>
          <w:sz w:val="28"/>
          <w:szCs w:val="28"/>
          <w:lang w:eastAsia="ja-JP"/>
        </w:rPr>
        <w:t xml:space="preserve">　　　</w:t>
      </w:r>
      <w:r w:rsidR="001B2AFA">
        <w:rPr>
          <w:rFonts w:hint="eastAsia"/>
          <w:sz w:val="28"/>
          <w:szCs w:val="28"/>
          <w:lang w:eastAsia="ja-JP"/>
        </w:rPr>
        <w:t xml:space="preserve">　　　</w:t>
      </w:r>
      <w:r w:rsidRPr="00460116">
        <w:rPr>
          <w:sz w:val="28"/>
          <w:szCs w:val="28"/>
          <w:lang w:eastAsia="ja-JP"/>
        </w:rPr>
        <w:t xml:space="preserve">　）</w:t>
      </w:r>
    </w:p>
    <w:p w14:paraId="3322F879" w14:textId="4F3B4B8E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602240">
        <w:rPr>
          <w:sz w:val="36"/>
          <w:szCs w:val="36"/>
          <w:bdr w:val="single" w:sz="4" w:space="0" w:color="auto"/>
          <w:lang w:eastAsia="ja-JP"/>
        </w:rPr>
        <w:lastRenderedPageBreak/>
        <w:t>2</w:t>
      </w:r>
      <w:r w:rsidRPr="00602240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602240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02240" w:rsidRPr="00602240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せいかつ</w:t>
            </w:r>
          </w:rt>
          <w:rubyBase>
            <w:r w:rsidR="00602240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生活</w:t>
            </w:r>
          </w:rubyBase>
        </w:ruby>
      </w:r>
      <w:r w:rsidRPr="00602240">
        <w:rPr>
          <w:sz w:val="36"/>
          <w:szCs w:val="36"/>
          <w:bdr w:val="single" w:sz="4" w:space="0" w:color="auto"/>
          <w:lang w:eastAsia="ja-JP"/>
        </w:rPr>
        <w:t>と</w:t>
      </w:r>
      <w:r w:rsidR="00602240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02240" w:rsidRPr="00602240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にっちゅう</w:t>
            </w:r>
          </w:rt>
          <w:rubyBase>
            <w:r w:rsidR="00602240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日中</w:t>
            </w:r>
          </w:rubyBase>
        </w:ruby>
      </w:r>
      <w:r w:rsidRPr="00602240">
        <w:rPr>
          <w:sz w:val="36"/>
          <w:szCs w:val="36"/>
          <w:bdr w:val="single" w:sz="4" w:space="0" w:color="auto"/>
          <w:lang w:eastAsia="ja-JP"/>
        </w:rPr>
        <w:t>の</w:t>
      </w:r>
      <w:r w:rsidR="00602240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02240" w:rsidRPr="00602240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す</w:t>
            </w:r>
          </w:rt>
          <w:rubyBase>
            <w:r w:rsidR="00602240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過</w:t>
            </w:r>
          </w:rubyBase>
        </w:ruby>
      </w:r>
      <w:r w:rsidRPr="00602240">
        <w:rPr>
          <w:sz w:val="36"/>
          <w:szCs w:val="36"/>
          <w:bdr w:val="single" w:sz="4" w:space="0" w:color="auto"/>
          <w:lang w:eastAsia="ja-JP"/>
        </w:rPr>
        <w:t>ごし</w:t>
      </w:r>
      <w:r w:rsidR="00602240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02240" w:rsidRPr="00602240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がた</w:t>
            </w:r>
          </w:rt>
          <w:rubyBase>
            <w:r w:rsidR="00602240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方</w:t>
            </w:r>
          </w:rubyBase>
        </w:ruby>
      </w:r>
    </w:p>
    <w:p w14:paraId="5FA2F885" w14:textId="53E24E9A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問4　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げんざい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現在</w:t>
            </w:r>
          </w:rubyBase>
        </w:ruby>
      </w:r>
      <w:r w:rsidRPr="00460116">
        <w:rPr>
          <w:b/>
          <w:sz w:val="32"/>
          <w:szCs w:val="32"/>
          <w:lang w:eastAsia="ja-JP"/>
        </w:rPr>
        <w:t>、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とく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特</w:t>
            </w:r>
          </w:rubyBase>
        </w:ruby>
      </w:r>
      <w:r w:rsidRPr="00460116">
        <w:rPr>
          <w:b/>
          <w:sz w:val="32"/>
          <w:szCs w:val="32"/>
          <w:lang w:eastAsia="ja-JP"/>
        </w:rPr>
        <w:t>に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 xml:space="preserve">こま　　　　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困って</w:t>
            </w:r>
          </w:rubyBase>
        </w:ruby>
      </w:r>
      <w:r w:rsidRPr="00460116">
        <w:rPr>
          <w:b/>
          <w:sz w:val="32"/>
          <w:szCs w:val="32"/>
          <w:lang w:eastAsia="ja-JP"/>
        </w:rPr>
        <w:t>いることは</w:t>
      </w:r>
      <w:r w:rsidR="00602240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02240" w:rsidRPr="00602240">
              <w:rPr>
                <w:b/>
                <w:sz w:val="16"/>
                <w:szCs w:val="32"/>
                <w:lang w:eastAsia="ja-JP"/>
              </w:rPr>
              <w:t>なん</w:t>
            </w:r>
          </w:rt>
          <w:rubyBase>
            <w:r w:rsidR="00602240">
              <w:rPr>
                <w:b/>
                <w:sz w:val="32"/>
                <w:szCs w:val="32"/>
                <w:lang w:eastAsia="ja-JP"/>
              </w:rPr>
              <w:t>何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ですか。（3つまで）</w:t>
      </w:r>
    </w:p>
    <w:p w14:paraId="4C75F4C7" w14:textId="239559C6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bookmarkStart w:id="4" w:name="_Hlk237871295"/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しごと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仕事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しゅうろう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就労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しゅうにゅう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収入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せいかつひ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生活費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がいしゅつ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外出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602240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02240" w:rsidRPr="00602240">
              <w:rPr>
                <w:sz w:val="14"/>
                <w:szCs w:val="28"/>
                <w:lang w:eastAsia="ja-JP"/>
              </w:rPr>
              <w:t>いどう</w:t>
            </w:r>
          </w:rt>
          <w:rubyBase>
            <w:r w:rsidR="00602240">
              <w:rPr>
                <w:sz w:val="28"/>
                <w:szCs w:val="28"/>
                <w:lang w:eastAsia="ja-JP"/>
              </w:rPr>
              <w:t>移動</w:t>
            </w:r>
          </w:rubyBase>
        </w:ruby>
      </w:r>
    </w:p>
    <w:p w14:paraId="33A1CD95" w14:textId="3037BF3A" w:rsidR="0030632D" w:rsidRPr="00460116" w:rsidRDefault="0030632D" w:rsidP="001B2AFA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しょくじ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食事</w:t>
            </w:r>
          </w:rubyBase>
        </w:ruby>
      </w:r>
      <w:r>
        <w:rPr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にゅうよく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入浴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トイレ</w:t>
      </w:r>
    </w:p>
    <w:p w14:paraId="5A507EF2" w14:textId="4E4AC070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0632D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かいもの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買い物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30632D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かじ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家事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0632D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つういん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通院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30632D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けんこう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健康</w:t>
            </w:r>
          </w:rubyBase>
        </w:ruby>
      </w:r>
      <w:r w:rsidR="00E86669">
        <w:rPr>
          <w:sz w:val="28"/>
          <w:szCs w:val="28"/>
          <w:lang w:eastAsia="ja-JP"/>
        </w:rPr>
        <w:tab/>
      </w:r>
      <w:r w:rsidR="00E86669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0632D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0632D" w:rsidRPr="0030632D">
              <w:rPr>
                <w:sz w:val="14"/>
                <w:szCs w:val="28"/>
                <w:lang w:eastAsia="ja-JP"/>
              </w:rPr>
              <w:t>す</w:t>
            </w:r>
          </w:rt>
          <w:rubyBase>
            <w:r w:rsidR="0030632D">
              <w:rPr>
                <w:sz w:val="28"/>
                <w:szCs w:val="28"/>
                <w:lang w:eastAsia="ja-JP"/>
              </w:rPr>
              <w:t>住</w:t>
            </w:r>
          </w:rubyBase>
        </w:ruby>
      </w:r>
      <w:r w:rsidRPr="00460116">
        <w:rPr>
          <w:sz w:val="28"/>
          <w:szCs w:val="28"/>
          <w:lang w:eastAsia="ja-JP"/>
        </w:rPr>
        <w:t>まい</w:t>
      </w:r>
    </w:p>
    <w:p w14:paraId="4503CC20" w14:textId="5DC1EC05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にっちゅう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日中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す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過</w:t>
            </w:r>
          </w:rubyBase>
        </w:ruby>
      </w:r>
      <w:r w:rsidRPr="00460116">
        <w:rPr>
          <w:sz w:val="28"/>
          <w:szCs w:val="28"/>
          <w:lang w:eastAsia="ja-JP"/>
        </w:rPr>
        <w:t>ごし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がた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方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ひと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人</w:t>
            </w:r>
          </w:rubyBase>
        </w:ruby>
      </w:r>
      <w:r w:rsidRPr="00460116">
        <w:rPr>
          <w:sz w:val="28"/>
          <w:szCs w:val="28"/>
          <w:lang w:eastAsia="ja-JP"/>
        </w:rPr>
        <w:t>との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こうりゅう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交流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こりつ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孤立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そうだんさき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相談先</w:t>
            </w:r>
          </w:rubyBase>
        </w:ruby>
      </w:r>
    </w:p>
    <w:p w14:paraId="6683A7DC" w14:textId="031C91FE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ふくし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福祉</w:t>
            </w:r>
          </w:rubyBase>
        </w:ruby>
      </w:r>
      <w:r w:rsidRPr="00460116">
        <w:rPr>
          <w:sz w:val="28"/>
          <w:szCs w:val="28"/>
          <w:lang w:eastAsia="ja-JP"/>
        </w:rPr>
        <w:t>サービス</w:t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しょうらい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将来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かぞく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家族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かいごしゃ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介護者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ふたん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負担</w:t>
            </w:r>
          </w:rubyBase>
        </w:ruby>
      </w:r>
    </w:p>
    <w:p w14:paraId="63CB90D7" w14:textId="19D96553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とく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特</w:t>
            </w:r>
          </w:rubyBase>
        </w:ruby>
      </w:r>
      <w:r w:rsidRPr="00460116">
        <w:rPr>
          <w:sz w:val="28"/>
          <w:szCs w:val="28"/>
          <w:lang w:eastAsia="ja-JP"/>
        </w:rPr>
        <w:t>にない</w:t>
      </w:r>
    </w:p>
    <w:p w14:paraId="138073DB" w14:textId="581AC558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984EEC">
        <w:rPr>
          <w:rFonts w:hint="eastAsia"/>
          <w:sz w:val="28"/>
          <w:szCs w:val="28"/>
          <w:lang w:eastAsia="ja-JP"/>
        </w:rPr>
        <w:t xml:space="preserve">　　　　　　　　　</w:t>
      </w:r>
      <w:r w:rsidR="003B6F7F">
        <w:rPr>
          <w:rFonts w:hint="eastAsia"/>
          <w:sz w:val="28"/>
          <w:szCs w:val="28"/>
          <w:lang w:eastAsia="ja-JP"/>
        </w:rPr>
        <w:t xml:space="preserve">　　　</w:t>
      </w:r>
      <w:r w:rsidR="00984EEC">
        <w:rPr>
          <w:rFonts w:hint="eastAsia"/>
          <w:sz w:val="28"/>
          <w:szCs w:val="28"/>
          <w:lang w:eastAsia="ja-JP"/>
        </w:rPr>
        <w:t xml:space="preserve">　　　　　　　　</w:t>
      </w:r>
      <w:r w:rsidRPr="00460116">
        <w:rPr>
          <w:sz w:val="28"/>
          <w:szCs w:val="28"/>
          <w:lang w:eastAsia="ja-JP"/>
        </w:rPr>
        <w:t xml:space="preserve">　）</w:t>
      </w:r>
    </w:p>
    <w:bookmarkEnd w:id="4"/>
    <w:p w14:paraId="41E953AD" w14:textId="37476B9B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問5　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げんざい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現在</w:t>
            </w:r>
          </w:rubyBase>
        </w:ruby>
      </w:r>
      <w:r w:rsidRPr="00460116">
        <w:rPr>
          <w:b/>
          <w:sz w:val="32"/>
          <w:szCs w:val="32"/>
          <w:lang w:eastAsia="ja-JP"/>
        </w:rPr>
        <w:t>の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せいかつ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生活</w:t>
            </w:r>
          </w:rubyBase>
        </w:ruby>
      </w:r>
      <w:r w:rsidRPr="00460116">
        <w:rPr>
          <w:b/>
          <w:sz w:val="32"/>
          <w:szCs w:val="32"/>
          <w:lang w:eastAsia="ja-JP"/>
        </w:rPr>
        <w:t>について、どの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ていど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程度</w:t>
            </w:r>
          </w:rubyBase>
        </w:ruby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まんぞく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満足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していますか。</w:t>
      </w:r>
    </w:p>
    <w:p w14:paraId="42380016" w14:textId="77777777" w:rsidR="00FC25D2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まんぞく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満足</w:t>
            </w:r>
          </w:rubyBase>
        </w:ruby>
      </w:r>
      <w:r w:rsidR="003B6F7F">
        <w:rPr>
          <w:rFonts w:hint="eastAsia"/>
          <w:sz w:val="28"/>
          <w:szCs w:val="28"/>
          <w:lang w:eastAsia="ja-JP"/>
        </w:rPr>
        <w:t xml:space="preserve">　</w:t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まあ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まんぞく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満足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</w:p>
    <w:p w14:paraId="676C57A6" w14:textId="77777777" w:rsidR="00FC25D2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やや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ふまん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不満</w:t>
            </w:r>
          </w:rubyBase>
        </w:ruby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ふまん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不満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</w:p>
    <w:p w14:paraId="060A9DCC" w14:textId="5E2909DD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わからない</w:t>
      </w:r>
    </w:p>
    <w:p w14:paraId="20350A83" w14:textId="2DE1175C" w:rsidR="003B6F7F" w:rsidRDefault="003B6F7F" w:rsidP="001B2AFA">
      <w:pPr>
        <w:ind w:firstLineChars="300" w:firstLine="840"/>
        <w:rPr>
          <w:sz w:val="28"/>
          <w:szCs w:val="28"/>
          <w:lang w:eastAsia="ja-JP"/>
        </w:rPr>
      </w:pPr>
    </w:p>
    <w:p w14:paraId="2F4A011C" w14:textId="45195D19" w:rsidR="003B6F7F" w:rsidRDefault="003B6F7F" w:rsidP="001B2AFA">
      <w:pPr>
        <w:ind w:firstLineChars="300" w:firstLine="840"/>
        <w:rPr>
          <w:sz w:val="28"/>
          <w:szCs w:val="28"/>
          <w:lang w:eastAsia="ja-JP"/>
        </w:rPr>
      </w:pPr>
    </w:p>
    <w:p w14:paraId="79155E52" w14:textId="77777777" w:rsidR="003B6F7F" w:rsidRPr="00460116" w:rsidRDefault="003B6F7F" w:rsidP="001B2AFA">
      <w:pPr>
        <w:ind w:firstLineChars="300" w:firstLine="840"/>
        <w:rPr>
          <w:sz w:val="28"/>
          <w:szCs w:val="28"/>
          <w:lang w:eastAsia="ja-JP"/>
        </w:rPr>
      </w:pPr>
    </w:p>
    <w:p w14:paraId="605454E1" w14:textId="080C319E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30632D">
        <w:rPr>
          <w:sz w:val="36"/>
          <w:szCs w:val="36"/>
          <w:bdr w:val="single" w:sz="4" w:space="0" w:color="auto"/>
          <w:lang w:eastAsia="ja-JP"/>
        </w:rPr>
        <w:lastRenderedPageBreak/>
        <w:t>3</w:t>
      </w:r>
      <w:r w:rsidR="00166561">
        <w:rPr>
          <w:sz w:val="36"/>
          <w:szCs w:val="36"/>
          <w:bdr w:val="single" w:sz="4" w:space="0" w:color="auto"/>
          <w:lang w:eastAsia="ja-JP"/>
        </w:rPr>
        <w:t xml:space="preserve">  </w:t>
      </w:r>
      <w:r w:rsidR="00166561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66561" w:rsidRPr="00166561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しょう</w:t>
            </w:r>
          </w:rt>
          <w:rubyBase>
            <w:r w:rsidR="00166561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障</w:t>
            </w:r>
          </w:rubyBase>
        </w:ruby>
      </w:r>
      <w:r w:rsidR="00166561">
        <w:rPr>
          <w:rFonts w:hint="eastAsia"/>
          <w:sz w:val="36"/>
          <w:szCs w:val="36"/>
          <w:bdr w:val="single" w:sz="4" w:space="0" w:color="auto"/>
          <w:lang w:eastAsia="ja-JP"/>
        </w:rPr>
        <w:t>がい</w:t>
      </w:r>
      <w:r w:rsidR="003B6F7F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B6F7F" w:rsidRPr="003B6F7F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ふくし</w:t>
            </w:r>
          </w:rt>
          <w:rubyBase>
            <w:r w:rsidR="003B6F7F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福祉</w:t>
            </w:r>
          </w:rubyBase>
        </w:ruby>
      </w:r>
      <w:r w:rsidR="003B6F7F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B6F7F" w:rsidRPr="003B6F7F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さーびす</w:t>
            </w:r>
          </w:rt>
          <w:rubyBase>
            <w:r w:rsidR="003B6F7F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サービス</w:t>
            </w:r>
          </w:rubyBase>
        </w:ruby>
      </w:r>
      <w:r w:rsidR="003B6F7F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B6F7F" w:rsidRPr="003B6F7F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とう</w:t>
            </w:r>
          </w:rt>
          <w:rubyBase>
            <w:r w:rsidR="003B6F7F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等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の</w:t>
      </w:r>
      <w:r w:rsidR="003B6F7F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B6F7F" w:rsidRPr="003B6F7F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りよう</w:t>
            </w:r>
          </w:rt>
          <w:rubyBase>
            <w:r w:rsidR="003B6F7F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利用</w:t>
            </w:r>
          </w:rubyBase>
        </w:ruby>
      </w:r>
    </w:p>
    <w:p w14:paraId="1E49174E" w14:textId="7399D005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問6　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げんざい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現在</w:t>
            </w:r>
          </w:rubyBase>
        </w:ruby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しているサービスをお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こた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答</w:t>
            </w:r>
          </w:rubyBase>
        </w:ruby>
      </w:r>
      <w:r w:rsidRPr="00460116">
        <w:rPr>
          <w:b/>
          <w:sz w:val="32"/>
          <w:szCs w:val="32"/>
          <w:lang w:eastAsia="ja-JP"/>
        </w:rPr>
        <w:t>えください。（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0B4D7C28" w14:textId="2E69F047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bookmarkStart w:id="5" w:name="_Hlk237871442"/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きょたく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居宅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かいご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介護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じゅうどほうもんかいご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重度訪問介護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どうこうえんご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同行援護</w:t>
            </w:r>
          </w:rubyBase>
        </w:ruby>
      </w:r>
    </w:p>
    <w:p w14:paraId="25861125" w14:textId="1F4969B0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こうどうえんご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行動援護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せいかつかいご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生活介護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じりつくんれん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自立訓練</w:t>
            </w:r>
          </w:rubyBase>
        </w:ruby>
      </w:r>
      <w:r w:rsidR="003B6F7F">
        <w:rPr>
          <w:rFonts w:hint="eastAsia"/>
          <w:sz w:val="28"/>
          <w:szCs w:val="28"/>
          <w:lang w:eastAsia="ja-JP"/>
        </w:rPr>
        <w:t>(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くんれん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訓練</w:t>
            </w:r>
          </w:rubyBase>
        </w:ruby>
      </w:r>
      <w:r w:rsidR="003B6F7F">
        <w:rPr>
          <w:rFonts w:hint="eastAsia"/>
          <w:sz w:val="28"/>
          <w:szCs w:val="28"/>
          <w:lang w:eastAsia="ja-JP"/>
        </w:rPr>
        <w:t>・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きのう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機能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くんれん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訓練</w:t>
            </w:r>
          </w:rubyBase>
        </w:ruby>
      </w:r>
      <w:r w:rsidR="003B6F7F">
        <w:rPr>
          <w:rFonts w:hint="eastAsia"/>
          <w:sz w:val="28"/>
          <w:szCs w:val="28"/>
          <w:lang w:eastAsia="ja-JP"/>
        </w:rPr>
        <w:t>)</w:t>
      </w:r>
    </w:p>
    <w:p w14:paraId="6E1F5FC8" w14:textId="5D7EA9FF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しゅうろういこうしえん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就労移行支援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しゅうろうけいぞくしえん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就労継続支援</w:t>
            </w:r>
          </w:rubyBase>
        </w:ruby>
      </w:r>
      <w:r w:rsidRPr="00460116">
        <w:rPr>
          <w:sz w:val="28"/>
          <w:szCs w:val="28"/>
          <w:lang w:eastAsia="ja-JP"/>
        </w:rPr>
        <w:t>A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がた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型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しゅうろうけいぞくしえん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就労継続支援</w:t>
            </w:r>
          </w:rubyBase>
        </w:ruby>
      </w:r>
      <w:r w:rsidRPr="00460116">
        <w:rPr>
          <w:sz w:val="28"/>
          <w:szCs w:val="28"/>
          <w:lang w:eastAsia="ja-JP"/>
        </w:rPr>
        <w:t>B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がた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型</w:t>
            </w:r>
          </w:rubyBase>
        </w:ruby>
      </w:r>
    </w:p>
    <w:p w14:paraId="10D9A720" w14:textId="77777777" w:rsidR="003B6F7F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しゅうろうていちゃくしえん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就労定着支援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しゅうろう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就労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せんたく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選択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="003B6F7F">
        <w:rPr>
          <w:sz w:val="28"/>
          <w:szCs w:val="28"/>
          <w:lang w:eastAsia="ja-JP"/>
        </w:rPr>
        <w:tab/>
      </w:r>
    </w:p>
    <w:p w14:paraId="6162C4F4" w14:textId="2697452D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きょうどう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共同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えんじょ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援助</w:t>
            </w:r>
          </w:rubyBase>
        </w:ruby>
      </w:r>
      <w:r w:rsidRPr="00460116">
        <w:rPr>
          <w:sz w:val="28"/>
          <w:szCs w:val="28"/>
          <w:lang w:eastAsia="ja-JP"/>
        </w:rPr>
        <w:t>（グループホーム）</w:t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しせつにゅうしょしえん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施設入所支援</w:t>
            </w:r>
          </w:rubyBase>
        </w:ruby>
      </w:r>
    </w:p>
    <w:p w14:paraId="0652A86A" w14:textId="77777777" w:rsidR="003B6F7F" w:rsidRPr="00460116" w:rsidRDefault="009A49FC" w:rsidP="003B6F7F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じりつせいかつえんじょ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自立生活援助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たんき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短期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にゅうしょ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入所</w:t>
            </w:r>
          </w:rubyBase>
        </w:ruby>
      </w:r>
      <w:r w:rsidR="003B6F7F">
        <w:rPr>
          <w:sz w:val="28"/>
          <w:szCs w:val="28"/>
          <w:lang w:eastAsia="ja-JP"/>
        </w:rPr>
        <w:tab/>
      </w:r>
      <w:r w:rsidR="003B6F7F">
        <w:rPr>
          <w:sz w:val="28"/>
          <w:szCs w:val="28"/>
          <w:lang w:eastAsia="ja-JP"/>
        </w:rPr>
        <w:tab/>
      </w:r>
      <w:r w:rsidR="003B6F7F"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="003B6F7F" w:rsidRPr="00460116">
        <w:rPr>
          <w:sz w:val="28"/>
          <w:szCs w:val="28"/>
          <w:lang w:eastAsia="ja-JP"/>
        </w:rPr>
        <w:t>していない</w:t>
      </w:r>
    </w:p>
    <w:p w14:paraId="5C983E51" w14:textId="3D7EE2FF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　　　</w:t>
      </w:r>
      <w:r w:rsidR="003B6F7F">
        <w:rPr>
          <w:rFonts w:hint="eastAsia"/>
          <w:sz w:val="28"/>
          <w:szCs w:val="28"/>
          <w:lang w:eastAsia="ja-JP"/>
        </w:rPr>
        <w:t xml:space="preserve">　　</w:t>
      </w:r>
      <w:r w:rsidR="001B2AFA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　　）</w:t>
      </w:r>
    </w:p>
    <w:bookmarkEnd w:id="5"/>
    <w:p w14:paraId="0799B041" w14:textId="19842CAC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 xml:space="preserve">問7　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ひつよう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必要</w:t>
            </w:r>
          </w:rubyBase>
        </w:ruby>
      </w:r>
      <w:r w:rsidR="003B6F7F" w:rsidRPr="00460116">
        <w:rPr>
          <w:b/>
          <w:sz w:val="32"/>
          <w:szCs w:val="32"/>
          <w:lang w:eastAsia="ja-JP"/>
        </w:rPr>
        <w:t>な</w:t>
      </w:r>
      <w:r w:rsidR="003B6F7F">
        <w:rPr>
          <w:b/>
          <w:sz w:val="32"/>
          <w:szCs w:val="32"/>
          <w:lang w:eastAsia="ja-JP"/>
        </w:rPr>
        <w:t>サービス</w:t>
      </w:r>
      <w:r w:rsidRPr="00460116">
        <w:rPr>
          <w:b/>
          <w:sz w:val="32"/>
          <w:szCs w:val="32"/>
          <w:lang w:eastAsia="ja-JP"/>
        </w:rPr>
        <w:t>を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きぼう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希望</w:t>
            </w:r>
          </w:rubyBase>
        </w:ruby>
      </w:r>
      <w:r w:rsidRPr="00460116">
        <w:rPr>
          <w:b/>
          <w:sz w:val="32"/>
          <w:szCs w:val="32"/>
          <w:lang w:eastAsia="ja-JP"/>
        </w:rPr>
        <w:t>どおり</w:t>
      </w:r>
      <w:r w:rsidR="003B6F7F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B6F7F" w:rsidRPr="003B6F7F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3B6F7F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できていますか。</w:t>
      </w:r>
    </w:p>
    <w:p w14:paraId="049B8C69" w14:textId="79FA57C5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bookmarkStart w:id="6" w:name="_Hlk237692187"/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じゅうぶん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十分</w:t>
            </w:r>
          </w:rubyBase>
        </w:ruby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Pr="00460116">
        <w:rPr>
          <w:sz w:val="28"/>
          <w:szCs w:val="28"/>
          <w:lang w:eastAsia="ja-JP"/>
        </w:rPr>
        <w:t>できている</w:t>
      </w:r>
      <w:bookmarkEnd w:id="6"/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おおむね</w:t>
      </w:r>
      <w:bookmarkStart w:id="7" w:name="_Hlk237692195"/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Pr="00460116">
        <w:rPr>
          <w:sz w:val="28"/>
          <w:szCs w:val="28"/>
          <w:lang w:eastAsia="ja-JP"/>
        </w:rPr>
        <w:t>できている</w:t>
      </w:r>
      <w:bookmarkEnd w:id="7"/>
    </w:p>
    <w:p w14:paraId="17F98735" w14:textId="6A7809B7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きぼう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希望</w:t>
            </w:r>
          </w:rubyBase>
        </w:ruby>
      </w:r>
      <w:r w:rsidRPr="00460116">
        <w:rPr>
          <w:sz w:val="28"/>
          <w:szCs w:val="28"/>
          <w:lang w:eastAsia="ja-JP"/>
        </w:rPr>
        <w:t>どおり</w:t>
      </w:r>
      <w:bookmarkStart w:id="8" w:name="_Hlk237692203"/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Pr="00460116">
        <w:rPr>
          <w:sz w:val="28"/>
          <w:szCs w:val="28"/>
          <w:lang w:eastAsia="ja-JP"/>
        </w:rPr>
        <w:t>できていない</w:t>
      </w:r>
      <w:bookmarkEnd w:id="8"/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ほとんど</w:t>
      </w:r>
      <w:r w:rsidR="003B6F7F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B6F7F" w:rsidRPr="003B6F7F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3B6F7F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Pr="00460116">
        <w:rPr>
          <w:sz w:val="28"/>
          <w:szCs w:val="28"/>
          <w:lang w:eastAsia="ja-JP"/>
        </w:rPr>
        <w:t>できていない</w:t>
      </w:r>
    </w:p>
    <w:p w14:paraId="5AC4CB01" w14:textId="77777777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わからない</w:t>
      </w:r>
    </w:p>
    <w:p w14:paraId="4AACBB88" w14:textId="6DB15FCC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bookmarkStart w:id="9" w:name="_Hlk237692279"/>
      <w:r w:rsidRPr="00460116">
        <w:rPr>
          <w:b/>
          <w:sz w:val="32"/>
          <w:szCs w:val="32"/>
          <w:lang w:eastAsia="ja-JP"/>
        </w:rPr>
        <w:t xml:space="preserve">問8　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したいのに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できなかったサービスがありますか。</w:t>
      </w:r>
    </w:p>
    <w:p w14:paraId="0415F17D" w14:textId="14ABD337" w:rsidR="007B12F1" w:rsidRDefault="000D7FCC" w:rsidP="000D7FCC">
      <w:pPr>
        <w:spacing w:after="0"/>
        <w:ind w:firstLineChars="300" w:firstLine="840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09B4D24" wp14:editId="061CFF61">
                <wp:simplePos x="0" y="0"/>
                <wp:positionH relativeFrom="column">
                  <wp:posOffset>3193138</wp:posOffset>
                </wp:positionH>
                <wp:positionV relativeFrom="paragraph">
                  <wp:posOffset>275813</wp:posOffset>
                </wp:positionV>
                <wp:extent cx="281890" cy="546572"/>
                <wp:effectExtent l="114300" t="38100" r="23495" b="63500"/>
                <wp:wrapNone/>
                <wp:docPr id="7" name="矢印: 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144">
                          <a:off x="0" y="0"/>
                          <a:ext cx="281890" cy="546572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B92A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7" o:spid="_x0000_s1026" type="#_x0000_t67" style="position:absolute;left:0;text-align:left;margin-left:251.45pt;margin-top:21.7pt;width:22.2pt;height:43.05pt;rotation:1365491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" adj="16030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821BE4" wp14:editId="552F7039">
                <wp:simplePos x="0" y="0"/>
                <wp:positionH relativeFrom="column">
                  <wp:posOffset>2326005</wp:posOffset>
                </wp:positionH>
                <wp:positionV relativeFrom="paragraph">
                  <wp:posOffset>243205</wp:posOffset>
                </wp:positionV>
                <wp:extent cx="283239" cy="549838"/>
                <wp:effectExtent l="133350" t="38100" r="116840" b="41275"/>
                <wp:wrapNone/>
                <wp:docPr id="9" name="矢印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9475">
                          <a:off x="0" y="0"/>
                          <a:ext cx="283239" cy="54983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0CFB" id="矢印: 下 9" o:spid="_x0000_s1026" type="#_x0000_t67" style="position:absolute;left:0;text-align:left;margin-left:183.15pt;margin-top:19.15pt;width:22.3pt;height:43.3pt;rotation:-2338024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" adj="16037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EDA7F7" wp14:editId="30C9F981">
                <wp:simplePos x="0" y="0"/>
                <wp:positionH relativeFrom="column">
                  <wp:posOffset>828675</wp:posOffset>
                </wp:positionH>
                <wp:positionV relativeFrom="paragraph">
                  <wp:posOffset>335280</wp:posOffset>
                </wp:positionV>
                <wp:extent cx="257175" cy="419100"/>
                <wp:effectExtent l="57150" t="19050" r="85725" b="95250"/>
                <wp:wrapNone/>
                <wp:docPr id="10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191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FC7B" id="矢印: 下 10" o:spid="_x0000_s1026" type="#_x0000_t67" style="position:absolute;left:0;text-align:left;margin-left:65.25pt;margin-top:26.4pt;width:20.25pt;height:3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" adj="14973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="007B12F1" w:rsidRPr="00460116">
        <w:rPr>
          <w:sz w:val="28"/>
          <w:szCs w:val="28"/>
          <w:lang w:eastAsia="ja-JP"/>
        </w:rPr>
        <w:t>□ ある</w:t>
      </w:r>
      <w:r w:rsidR="007B12F1">
        <w:rPr>
          <w:sz w:val="28"/>
          <w:szCs w:val="28"/>
          <w:lang w:eastAsia="ja-JP"/>
        </w:rPr>
        <w:tab/>
      </w:r>
      <w:r w:rsidR="007B12F1">
        <w:rPr>
          <w:sz w:val="28"/>
          <w:szCs w:val="28"/>
          <w:lang w:eastAsia="ja-JP"/>
        </w:rPr>
        <w:tab/>
      </w:r>
      <w:r w:rsidR="007B12F1" w:rsidRPr="00460116">
        <w:rPr>
          <w:sz w:val="28"/>
          <w:szCs w:val="28"/>
          <w:lang w:eastAsia="ja-JP"/>
        </w:rPr>
        <w:t>□ ない</w:t>
      </w:r>
      <w:r w:rsidR="007B12F1">
        <w:rPr>
          <w:sz w:val="28"/>
          <w:szCs w:val="28"/>
          <w:lang w:eastAsia="ja-JP"/>
        </w:rPr>
        <w:tab/>
      </w:r>
      <w:r w:rsidR="007B12F1">
        <w:rPr>
          <w:sz w:val="28"/>
          <w:szCs w:val="28"/>
          <w:lang w:eastAsia="ja-JP"/>
        </w:rPr>
        <w:tab/>
      </w:r>
      <w:r w:rsidR="007B12F1" w:rsidRPr="00460116">
        <w:rPr>
          <w:sz w:val="28"/>
          <w:szCs w:val="28"/>
          <w:lang w:eastAsia="ja-JP"/>
        </w:rPr>
        <w:t>□ わからない</w:t>
      </w:r>
    </w:p>
    <w:p w14:paraId="21DCD072" w14:textId="77777777" w:rsidR="000D7FCC" w:rsidRDefault="000D7FCC" w:rsidP="000D7FCC">
      <w:pPr>
        <w:spacing w:before="240" w:after="0" w:line="240" w:lineRule="auto"/>
        <w:ind w:firstLineChars="150" w:firstLine="420"/>
        <w:rPr>
          <w:sz w:val="28"/>
          <w:szCs w:val="28"/>
          <w:lang w:eastAsia="ja-JP"/>
        </w:rPr>
      </w:pPr>
    </w:p>
    <w:p w14:paraId="58B8B241" w14:textId="30F0D309" w:rsidR="007B12F1" w:rsidRDefault="007B12F1" w:rsidP="000D7FCC">
      <w:pPr>
        <w:spacing w:line="480" w:lineRule="auto"/>
        <w:ind w:firstLineChars="150" w:firstLine="420"/>
        <w:rPr>
          <w:sz w:val="28"/>
          <w:szCs w:val="28"/>
          <w:lang w:eastAsia="ja-JP"/>
        </w:rPr>
      </w:pPr>
      <w:r w:rsidRPr="000D7FCC">
        <w:rPr>
          <w:rFonts w:hint="eastAsia"/>
          <w:b/>
          <w:bCs/>
          <w:sz w:val="28"/>
          <w:szCs w:val="28"/>
          <w:u w:val="single"/>
          <w:lang w:eastAsia="ja-JP"/>
        </w:rPr>
        <w:t>（問９・問１０へ）</w:t>
      </w:r>
      <w:r>
        <w:rPr>
          <w:rFonts w:hint="eastAsia"/>
          <w:sz w:val="28"/>
          <w:szCs w:val="28"/>
          <w:lang w:eastAsia="ja-JP"/>
        </w:rPr>
        <w:t xml:space="preserve">　　　</w:t>
      </w:r>
      <w:r w:rsidRPr="000D7FCC">
        <w:rPr>
          <w:rFonts w:hint="eastAsia"/>
          <w:b/>
          <w:bCs/>
          <w:sz w:val="28"/>
          <w:szCs w:val="28"/>
          <w:u w:val="single"/>
          <w:lang w:eastAsia="ja-JP"/>
        </w:rPr>
        <w:t>（問１１へ）</w:t>
      </w:r>
    </w:p>
    <w:p w14:paraId="4251ABB9" w14:textId="09C3661A" w:rsidR="001C1BC5" w:rsidRPr="00E55CAF" w:rsidRDefault="001C1BC5" w:rsidP="001C1BC5">
      <w:pPr>
        <w:ind w:leftChars="160" w:left="1274" w:rightChars="138" w:right="276" w:hangingChars="298" w:hanging="954"/>
        <w:rPr>
          <w:b/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</w:t>
      </w:r>
      <w:r>
        <w:rPr>
          <w:rFonts w:hint="eastAsia"/>
          <w:b/>
          <w:sz w:val="32"/>
          <w:szCs w:val="32"/>
          <w:lang w:eastAsia="ja-JP"/>
        </w:rPr>
        <w:t>9</w:t>
      </w:r>
      <w:r w:rsidRPr="00372F09">
        <w:rPr>
          <w:b/>
          <w:sz w:val="32"/>
          <w:szCs w:val="32"/>
          <w:lang w:eastAsia="ja-JP"/>
        </w:rPr>
        <w:t xml:space="preserve">　</w:t>
      </w:r>
      <w:r w:rsidR="00A33071">
        <w:rPr>
          <w:rFonts w:hint="eastAsia"/>
          <w:b/>
          <w:sz w:val="32"/>
          <w:szCs w:val="32"/>
          <w:lang w:eastAsia="ja-JP"/>
        </w:rPr>
        <w:t>【</w:t>
      </w:r>
      <w:r w:rsidRPr="000D7FCC">
        <w:rPr>
          <w:b/>
          <w:sz w:val="32"/>
          <w:szCs w:val="32"/>
          <w:u w:val="single"/>
          <w:lang w:eastAsia="ja-JP"/>
        </w:rPr>
        <w:t>問8で「ある」と</w:t>
      </w:r>
      <w:r w:rsidR="00A33071" w:rsidRPr="000D7FCC">
        <w:rPr>
          <w:b/>
          <w:sz w:val="32"/>
          <w:szCs w:val="32"/>
          <w:u w:val="single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0D7FCC">
              <w:rPr>
                <w:b/>
                <w:sz w:val="16"/>
                <w:szCs w:val="32"/>
                <w:u w:val="single"/>
                <w:lang w:eastAsia="ja-JP"/>
              </w:rPr>
              <w:t>こた</w:t>
            </w:r>
          </w:rt>
          <w:rubyBase>
            <w:r w:rsidR="00A33071" w:rsidRPr="000D7FCC">
              <w:rPr>
                <w:b/>
                <w:sz w:val="32"/>
                <w:szCs w:val="32"/>
                <w:u w:val="single"/>
                <w:lang w:eastAsia="ja-JP"/>
              </w:rPr>
              <w:t>答</w:t>
            </w:r>
          </w:rubyBase>
        </w:ruby>
      </w:r>
      <w:r w:rsidRPr="000D7FCC">
        <w:rPr>
          <w:b/>
          <w:sz w:val="32"/>
          <w:szCs w:val="32"/>
          <w:u w:val="single"/>
          <w:lang w:eastAsia="ja-JP"/>
        </w:rPr>
        <w:t>えた</w:t>
      </w:r>
      <w:r w:rsidR="00A33071" w:rsidRPr="000D7FCC">
        <w:rPr>
          <w:b/>
          <w:sz w:val="32"/>
          <w:szCs w:val="32"/>
          <w:u w:val="single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0D7FCC">
              <w:rPr>
                <w:b/>
                <w:sz w:val="16"/>
                <w:szCs w:val="32"/>
                <w:u w:val="single"/>
                <w:lang w:eastAsia="ja-JP"/>
              </w:rPr>
              <w:t>かた</w:t>
            </w:r>
          </w:rt>
          <w:rubyBase>
            <w:r w:rsidR="00A33071" w:rsidRPr="000D7FCC">
              <w:rPr>
                <w:b/>
                <w:sz w:val="32"/>
                <w:szCs w:val="32"/>
                <w:u w:val="single"/>
                <w:lang w:eastAsia="ja-JP"/>
              </w:rPr>
              <w:t>方</w:t>
            </w:r>
          </w:rubyBase>
        </w:ruby>
      </w:r>
      <w:r w:rsidR="00A33071"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できなかった</w:t>
      </w:r>
      <w:r>
        <w:rPr>
          <w:rFonts w:hint="eastAsia"/>
          <w:b/>
          <w:sz w:val="32"/>
          <w:szCs w:val="32"/>
          <w:lang w:eastAsia="ja-JP"/>
        </w:rPr>
        <w:t>サービスは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なん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何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ですか。（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6C56A453" w14:textId="77777777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bookmarkStart w:id="10" w:name="_Hlk237871586"/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きょたく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居宅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かいご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介護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じゅうどほうもんかいご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重度訪問介護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どうこうえんご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同行援護</w:t>
            </w:r>
          </w:rubyBase>
        </w:ruby>
      </w:r>
    </w:p>
    <w:p w14:paraId="52EB0793" w14:textId="77777777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こうどうえんご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行動援護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せいかつかいご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生活介護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じりつくんれん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自立訓練</w:t>
            </w:r>
          </w:rubyBase>
        </w:ruby>
      </w:r>
      <w:r>
        <w:rPr>
          <w:rFonts w:hint="eastAsia"/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くんれん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訓練</w:t>
            </w:r>
          </w:rubyBase>
        </w:ruby>
      </w:r>
      <w:r>
        <w:rPr>
          <w:rFonts w:hint="eastAsia"/>
          <w:sz w:val="28"/>
          <w:szCs w:val="28"/>
          <w:lang w:eastAsia="ja-JP"/>
        </w:rPr>
        <w:t>・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きのう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機能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くんれん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訓練</w:t>
            </w:r>
          </w:rubyBase>
        </w:ruby>
      </w:r>
      <w:r>
        <w:rPr>
          <w:rFonts w:hint="eastAsia"/>
          <w:sz w:val="28"/>
          <w:szCs w:val="28"/>
          <w:lang w:eastAsia="ja-JP"/>
        </w:rPr>
        <w:t>)</w:t>
      </w:r>
    </w:p>
    <w:p w14:paraId="1D8E8352" w14:textId="77777777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しゅうろういこうしえん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就労移行支援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しゅうろうけいぞくしえん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就労継続支援</w:t>
            </w:r>
          </w:rubyBase>
        </w:ruby>
      </w:r>
      <w:r w:rsidRPr="00460116">
        <w:rPr>
          <w:sz w:val="28"/>
          <w:szCs w:val="28"/>
          <w:lang w:eastAsia="ja-JP"/>
        </w:rPr>
        <w:t>A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がた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型</w:t>
            </w:r>
          </w:rubyBase>
        </w:ruby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しゅうろうけいぞくしえん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就労継続支援</w:t>
            </w:r>
          </w:rubyBase>
        </w:ruby>
      </w:r>
      <w:r w:rsidRPr="00460116">
        <w:rPr>
          <w:sz w:val="28"/>
          <w:szCs w:val="28"/>
          <w:lang w:eastAsia="ja-JP"/>
        </w:rPr>
        <w:t>B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がた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型</w:t>
            </w:r>
          </w:rubyBase>
        </w:ruby>
      </w:r>
    </w:p>
    <w:p w14:paraId="7F50B05C" w14:textId="77777777" w:rsidR="00A33071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しゅうろうていちゃくしえん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就労定着支援</w:t>
            </w:r>
          </w:rubyBase>
        </w:ruby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しゅうろう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就労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せんたく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選択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>
        <w:rPr>
          <w:sz w:val="28"/>
          <w:szCs w:val="28"/>
          <w:lang w:eastAsia="ja-JP"/>
        </w:rPr>
        <w:tab/>
      </w:r>
    </w:p>
    <w:p w14:paraId="558AB5E0" w14:textId="77777777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きょうどう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共同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えんじょ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援助</w:t>
            </w:r>
          </w:rubyBase>
        </w:ruby>
      </w:r>
      <w:r w:rsidRPr="00460116">
        <w:rPr>
          <w:sz w:val="28"/>
          <w:szCs w:val="28"/>
          <w:lang w:eastAsia="ja-JP"/>
        </w:rPr>
        <w:t>（グループホーム）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しせつにゅうしょしえん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施設入所支援</w:t>
            </w:r>
          </w:rubyBase>
        </w:ruby>
      </w:r>
    </w:p>
    <w:p w14:paraId="45704757" w14:textId="73192E95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じりつせいかつえんじょ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自立生活援助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たんき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短期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にゅうしょ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入所</w:t>
            </w:r>
          </w:rubyBase>
        </w:ruby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</w:p>
    <w:p w14:paraId="7F6D9CD5" w14:textId="77777777" w:rsidR="00A33071" w:rsidRPr="00460116" w:rsidRDefault="00A33071" w:rsidP="00A3307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3B6F7F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bookmarkEnd w:id="10"/>
    <w:p w14:paraId="34011B12" w14:textId="53D99E44" w:rsidR="00C91306" w:rsidRPr="00460116" w:rsidRDefault="009A49FC" w:rsidP="00354B76">
      <w:pPr>
        <w:ind w:leftChars="160" w:left="1418" w:hangingChars="343" w:hanging="1098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 w:rsidR="001C1BC5">
        <w:rPr>
          <w:rFonts w:hint="eastAsia"/>
          <w:b/>
          <w:sz w:val="32"/>
          <w:szCs w:val="32"/>
          <w:lang w:eastAsia="ja-JP"/>
        </w:rPr>
        <w:t>10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A33071">
        <w:rPr>
          <w:rFonts w:hint="eastAsia"/>
          <w:b/>
          <w:sz w:val="32"/>
          <w:szCs w:val="32"/>
          <w:lang w:eastAsia="ja-JP"/>
        </w:rPr>
        <w:t>【</w:t>
      </w:r>
      <w:r w:rsidRPr="000D7FCC">
        <w:rPr>
          <w:b/>
          <w:sz w:val="32"/>
          <w:szCs w:val="32"/>
          <w:u w:val="single"/>
          <w:lang w:eastAsia="ja-JP"/>
        </w:rPr>
        <w:t>問8で「ある」と</w:t>
      </w:r>
      <w:r w:rsidR="00A33071" w:rsidRPr="000D7FCC">
        <w:rPr>
          <w:b/>
          <w:sz w:val="32"/>
          <w:szCs w:val="32"/>
          <w:u w:val="single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0D7FCC">
              <w:rPr>
                <w:b/>
                <w:sz w:val="16"/>
                <w:szCs w:val="32"/>
                <w:u w:val="single"/>
                <w:lang w:eastAsia="ja-JP"/>
              </w:rPr>
              <w:t>こた</w:t>
            </w:r>
          </w:rt>
          <w:rubyBase>
            <w:r w:rsidR="00A33071" w:rsidRPr="000D7FCC">
              <w:rPr>
                <w:b/>
                <w:sz w:val="32"/>
                <w:szCs w:val="32"/>
                <w:u w:val="single"/>
                <w:lang w:eastAsia="ja-JP"/>
              </w:rPr>
              <w:t>答</w:t>
            </w:r>
          </w:rubyBase>
        </w:ruby>
      </w:r>
      <w:r w:rsidRPr="000D7FCC">
        <w:rPr>
          <w:b/>
          <w:sz w:val="32"/>
          <w:szCs w:val="32"/>
          <w:u w:val="single"/>
          <w:lang w:eastAsia="ja-JP"/>
        </w:rPr>
        <w:t>えた</w:t>
      </w:r>
      <w:r w:rsidR="00A33071" w:rsidRPr="000D7FCC">
        <w:rPr>
          <w:b/>
          <w:sz w:val="32"/>
          <w:szCs w:val="32"/>
          <w:u w:val="single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0D7FCC">
              <w:rPr>
                <w:b/>
                <w:sz w:val="16"/>
                <w:szCs w:val="32"/>
                <w:u w:val="single"/>
                <w:lang w:eastAsia="ja-JP"/>
              </w:rPr>
              <w:t>かた</w:t>
            </w:r>
          </w:rt>
          <w:rubyBase>
            <w:r w:rsidR="00A33071" w:rsidRPr="000D7FCC">
              <w:rPr>
                <w:b/>
                <w:sz w:val="32"/>
                <w:szCs w:val="32"/>
                <w:u w:val="single"/>
                <w:lang w:eastAsia="ja-JP"/>
              </w:rPr>
              <w:t>方</w:t>
            </w:r>
          </w:rubyBase>
        </w:ruby>
      </w:r>
      <w:r w:rsidR="00A33071"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りよう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利用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できなかった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りゆう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理由</w:t>
            </w:r>
          </w:rubyBase>
        </w:ruby>
      </w:r>
      <w:r w:rsidRPr="00460116">
        <w:rPr>
          <w:b/>
          <w:sz w:val="32"/>
          <w:szCs w:val="32"/>
          <w:lang w:eastAsia="ja-JP"/>
        </w:rPr>
        <w:t>は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なん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何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ですか。（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09172CC2" w14:textId="792E6F9C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bookmarkStart w:id="11" w:name="_Hlk237871660"/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ていいん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定員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あ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空</w:t>
            </w:r>
          </w:rubyBase>
        </w:ruby>
      </w:r>
      <w:r w:rsidRPr="00460116">
        <w:rPr>
          <w:sz w:val="28"/>
          <w:szCs w:val="28"/>
          <w:lang w:eastAsia="ja-JP"/>
        </w:rPr>
        <w:t>きがない</w:t>
      </w:r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="00A33071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きぼう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希望</w:t>
            </w:r>
          </w:rubyBase>
        </w:ruby>
      </w:r>
      <w:r w:rsidRPr="00460116">
        <w:rPr>
          <w:sz w:val="28"/>
          <w:szCs w:val="28"/>
          <w:lang w:eastAsia="ja-JP"/>
        </w:rPr>
        <w:t>する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ようび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曜日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じかん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時間</w:t>
            </w:r>
          </w:rubyBase>
        </w:ruby>
      </w:r>
      <w:r w:rsidRPr="00460116">
        <w:rPr>
          <w:sz w:val="28"/>
          <w:szCs w:val="28"/>
          <w:lang w:eastAsia="ja-JP"/>
        </w:rPr>
        <w:t>に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Pr="00460116">
        <w:rPr>
          <w:sz w:val="28"/>
          <w:szCs w:val="28"/>
          <w:lang w:eastAsia="ja-JP"/>
        </w:rPr>
        <w:t>できない</w:t>
      </w:r>
    </w:p>
    <w:p w14:paraId="414EE809" w14:textId="3E0B7BF5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ちかく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近く</w:t>
            </w:r>
          </w:rubyBase>
        </w:ruby>
      </w:r>
      <w:r w:rsidRPr="00460116">
        <w:rPr>
          <w:sz w:val="28"/>
          <w:szCs w:val="28"/>
          <w:lang w:eastAsia="ja-JP"/>
        </w:rPr>
        <w:t>に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じぎょうしょ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事業所</w:t>
            </w:r>
          </w:rubyBase>
        </w:ruby>
      </w:r>
      <w:r w:rsidRPr="00460116">
        <w:rPr>
          <w:sz w:val="28"/>
          <w:szCs w:val="28"/>
          <w:lang w:eastAsia="ja-JP"/>
        </w:rPr>
        <w:t>がない</w:t>
      </w:r>
      <w:r w:rsidR="00A33071">
        <w:rPr>
          <w:sz w:val="28"/>
          <w:szCs w:val="28"/>
          <w:lang w:eastAsia="ja-JP"/>
        </w:rPr>
        <w:tab/>
      </w:r>
      <w:r w:rsidR="00A33071">
        <w:rPr>
          <w:sz w:val="28"/>
          <w:szCs w:val="28"/>
          <w:lang w:eastAsia="ja-JP"/>
        </w:rPr>
        <w:tab/>
      </w:r>
      <w:r w:rsidR="00A33071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そうげい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送迎</w:t>
            </w:r>
          </w:rubyBase>
        </w:ruby>
      </w:r>
      <w:r w:rsidRPr="00460116">
        <w:rPr>
          <w:sz w:val="28"/>
          <w:szCs w:val="28"/>
          <w:lang w:eastAsia="ja-JP"/>
        </w:rPr>
        <w:t>がない</w:t>
      </w:r>
    </w:p>
    <w:p w14:paraId="290809DE" w14:textId="4749FCB5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しょくいん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職員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ぶそく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不足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など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等</w:t>
            </w:r>
          </w:rubyBase>
        </w:ruby>
      </w:r>
      <w:r w:rsidRPr="00460116">
        <w:rPr>
          <w:sz w:val="28"/>
          <w:szCs w:val="28"/>
          <w:lang w:eastAsia="ja-JP"/>
        </w:rPr>
        <w:t>で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うけい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受入</w:t>
            </w:r>
          </w:rubyBase>
        </w:ruby>
      </w:r>
      <w:r w:rsidRPr="00460116">
        <w:rPr>
          <w:sz w:val="28"/>
          <w:szCs w:val="28"/>
          <w:lang w:eastAsia="ja-JP"/>
        </w:rPr>
        <w:t>れできない</w:t>
      </w:r>
      <w:r w:rsidR="00A33071">
        <w:rPr>
          <w:sz w:val="28"/>
          <w:szCs w:val="28"/>
          <w:lang w:eastAsia="ja-JP"/>
        </w:rPr>
        <w:tab/>
      </w:r>
      <w:r w:rsidR="00A33071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Pr="00460116">
        <w:rPr>
          <w:sz w:val="28"/>
          <w:szCs w:val="28"/>
          <w:lang w:eastAsia="ja-JP"/>
        </w:rPr>
        <w:t>がい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とくせい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特性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など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等</w:t>
            </w:r>
          </w:rubyBase>
        </w:ruby>
      </w:r>
      <w:r w:rsidRPr="00460116">
        <w:rPr>
          <w:sz w:val="28"/>
          <w:szCs w:val="28"/>
          <w:lang w:eastAsia="ja-JP"/>
        </w:rPr>
        <w:t>に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たいおう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対応</w:t>
            </w:r>
          </w:rubyBase>
        </w:ruby>
      </w:r>
      <w:r w:rsidRPr="00460116">
        <w:rPr>
          <w:sz w:val="28"/>
          <w:szCs w:val="28"/>
          <w:lang w:eastAsia="ja-JP"/>
        </w:rPr>
        <w:t>できない</w:t>
      </w:r>
    </w:p>
    <w:p w14:paraId="2B29BF0E" w14:textId="3369F87E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いりょうてき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医療的</w:t>
            </w:r>
          </w:rubyBase>
        </w:ruby>
      </w:r>
      <w:r w:rsidRPr="00460116">
        <w:rPr>
          <w:sz w:val="28"/>
          <w:szCs w:val="28"/>
          <w:lang w:eastAsia="ja-JP"/>
        </w:rPr>
        <w:t>ケアに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たいおう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対応</w:t>
            </w:r>
          </w:rubyBase>
        </w:ruby>
      </w:r>
      <w:r w:rsidRPr="00460116">
        <w:rPr>
          <w:sz w:val="28"/>
          <w:szCs w:val="28"/>
          <w:lang w:eastAsia="ja-JP"/>
        </w:rPr>
        <w:t>できない</w:t>
      </w:r>
      <w:r w:rsidR="00A33071">
        <w:rPr>
          <w:sz w:val="28"/>
          <w:szCs w:val="28"/>
          <w:lang w:eastAsia="ja-JP"/>
        </w:rPr>
        <w:tab/>
      </w:r>
      <w:r w:rsidR="00A33071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ひよう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費用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ふたん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負担</w:t>
            </w:r>
          </w:rubyBase>
        </w:ruby>
      </w:r>
    </w:p>
    <w:p w14:paraId="7B9354DF" w14:textId="1C1A68C6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じょうほう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情報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てつづ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手続</w:t>
            </w:r>
          </w:rubyBase>
        </w:ruby>
      </w:r>
      <w:r w:rsidRPr="00460116">
        <w:rPr>
          <w:sz w:val="28"/>
          <w:szCs w:val="28"/>
          <w:lang w:eastAsia="ja-JP"/>
        </w:rPr>
        <w:t>きがわからない</w:t>
      </w:r>
    </w:p>
    <w:p w14:paraId="5E2BF894" w14:textId="15B6DAC4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</w:t>
      </w:r>
      <w:r w:rsidR="00A33071">
        <w:rPr>
          <w:rFonts w:hint="eastAsia"/>
          <w:sz w:val="28"/>
          <w:szCs w:val="28"/>
          <w:lang w:eastAsia="ja-JP"/>
        </w:rPr>
        <w:t xml:space="preserve">　</w:t>
      </w:r>
      <w:r w:rsidR="001B2AFA">
        <w:rPr>
          <w:rFonts w:hint="eastAsia"/>
          <w:sz w:val="28"/>
          <w:szCs w:val="28"/>
          <w:lang w:eastAsia="ja-JP"/>
        </w:rPr>
        <w:t xml:space="preserve">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57EC327C" w14:textId="607FBD0C" w:rsidR="00C91306" w:rsidRPr="00460116" w:rsidRDefault="009A49FC">
      <w:pPr>
        <w:pStyle w:val="1"/>
        <w:rPr>
          <w:sz w:val="36"/>
          <w:szCs w:val="36"/>
          <w:lang w:eastAsia="ja-JP"/>
        </w:rPr>
      </w:pPr>
      <w:bookmarkStart w:id="12" w:name="_Hlk237872176"/>
      <w:bookmarkEnd w:id="9"/>
      <w:bookmarkEnd w:id="11"/>
      <w:r w:rsidRPr="0030632D">
        <w:rPr>
          <w:sz w:val="36"/>
          <w:szCs w:val="36"/>
          <w:bdr w:val="single" w:sz="4" w:space="0" w:color="auto"/>
          <w:lang w:eastAsia="ja-JP"/>
        </w:rPr>
        <w:lastRenderedPageBreak/>
        <w:t>4</w:t>
      </w:r>
      <w:r w:rsidRPr="0030632D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CF5BA8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5BA8" w:rsidRPr="00CF5BA8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そうだん</w:t>
            </w:r>
          </w:rt>
          <w:rubyBase>
            <w:r w:rsidR="00CF5BA8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相談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・</w:t>
      </w:r>
      <w:r w:rsidR="00CF5BA8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5BA8" w:rsidRPr="00CF5BA8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じょうほう</w:t>
            </w:r>
          </w:rt>
          <w:rubyBase>
            <w:r w:rsidR="00CF5BA8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情報</w:t>
            </w:r>
          </w:rubyBase>
        </w:ruby>
      </w:r>
    </w:p>
    <w:p w14:paraId="1B59AE65" w14:textId="53405D84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1C1BC5">
        <w:rPr>
          <w:rFonts w:hint="eastAsia"/>
          <w:b/>
          <w:sz w:val="32"/>
          <w:szCs w:val="32"/>
          <w:lang w:eastAsia="ja-JP"/>
        </w:rPr>
        <w:t>1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こま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困</w:t>
            </w:r>
          </w:rubyBase>
        </w:ruby>
      </w:r>
      <w:r w:rsidRPr="00460116">
        <w:rPr>
          <w:b/>
          <w:sz w:val="32"/>
          <w:szCs w:val="32"/>
          <w:lang w:eastAsia="ja-JP"/>
        </w:rPr>
        <w:t>ったとき、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おも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主</w:t>
            </w:r>
          </w:rubyBase>
        </w:ruby>
      </w:r>
      <w:r w:rsidRPr="00460116">
        <w:rPr>
          <w:b/>
          <w:sz w:val="32"/>
          <w:szCs w:val="32"/>
          <w:lang w:eastAsia="ja-JP"/>
        </w:rPr>
        <w:t>に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だれ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誰</w:t>
            </w:r>
          </w:rubyBase>
        </w:ruby>
      </w:r>
      <w:r w:rsidRPr="00460116">
        <w:rPr>
          <w:b/>
          <w:sz w:val="32"/>
          <w:szCs w:val="32"/>
          <w:lang w:eastAsia="ja-JP"/>
        </w:rPr>
        <w:t>に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そうだん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相談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しますか。（</w:t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A33071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33071" w:rsidRPr="00A33071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A33071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38057A3A" w14:textId="2C5FBE8C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FC25D2">
        <w:rPr>
          <w:sz w:val="28"/>
          <w:szCs w:val="28"/>
          <w:lang w:eastAsia="ja-JP"/>
        </w:rPr>
        <w:t>□</w:t>
      </w:r>
      <w:r w:rsidRPr="00460116">
        <w:rPr>
          <w:sz w:val="28"/>
          <w:szCs w:val="28"/>
          <w:lang w:eastAsia="ja-JP"/>
        </w:rPr>
        <w:t xml:space="preserve">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かぞく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家族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しんぞく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親族</w:t>
            </w:r>
          </w:rubyBase>
        </w:ruby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せんもんいん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専門員</w:t>
            </w:r>
          </w:rubyBase>
        </w:ruby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サービス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じぎょうしょ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事業所</w:t>
            </w:r>
          </w:rubyBase>
        </w:ruby>
      </w:r>
    </w:p>
    <w:p w14:paraId="28CA859C" w14:textId="50765E07" w:rsidR="001B2AFA" w:rsidRDefault="001B2AFA" w:rsidP="001B2AFA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おおづまち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大津町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やくば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役場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（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障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がい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しゃ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者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きかん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基幹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>
        <w:rPr>
          <w:rFonts w:hint="eastAsia"/>
          <w:sz w:val="28"/>
          <w:szCs w:val="28"/>
          <w:lang w:eastAsia="ja-JP"/>
        </w:rPr>
        <w:t>センター）</w:t>
      </w:r>
    </w:p>
    <w:p w14:paraId="3384354E" w14:textId="0270C6A6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おおづまち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大津町</w:t>
            </w:r>
          </w:rubyBase>
        </w:ruby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やくば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役場</w:t>
            </w:r>
          </w:rubyBase>
        </w:ruby>
      </w:r>
      <w:r w:rsidR="001B2AFA">
        <w:rPr>
          <w:rFonts w:hint="eastAsia"/>
          <w:sz w:val="28"/>
          <w:szCs w:val="28"/>
          <w:lang w:eastAsia="ja-JP"/>
        </w:rPr>
        <w:t>（</w:t>
      </w:r>
      <w:r w:rsidR="00A33071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3071" w:rsidRPr="00A33071">
              <w:rPr>
                <w:sz w:val="14"/>
                <w:szCs w:val="28"/>
                <w:lang w:eastAsia="ja-JP"/>
              </w:rPr>
              <w:t>ふくしか</w:t>
            </w:r>
          </w:rt>
          <w:rubyBase>
            <w:r w:rsidR="00A33071">
              <w:rPr>
                <w:sz w:val="28"/>
                <w:szCs w:val="28"/>
                <w:lang w:eastAsia="ja-JP"/>
              </w:rPr>
              <w:t>福祉課</w:t>
            </w:r>
          </w:rubyBase>
        </w:ruby>
      </w:r>
      <w:r w:rsidR="001B2AFA">
        <w:rPr>
          <w:rFonts w:hint="eastAsia"/>
          <w:sz w:val="28"/>
          <w:szCs w:val="28"/>
          <w:lang w:eastAsia="ja-JP"/>
        </w:rPr>
        <w:t>など）</w:t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いりょうきかん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医療機関</w:t>
            </w:r>
          </w:rubyBase>
        </w:ruby>
      </w:r>
    </w:p>
    <w:p w14:paraId="2E74133D" w14:textId="373DAE42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しゃかいふくしきょうぎかい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社会福祉協議会</w:t>
            </w:r>
          </w:rubyBase>
        </w:ruby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ゆうじん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友人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ちじん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知人</w:t>
            </w:r>
          </w:rubyBase>
        </w:ruby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Pr="00460116">
        <w:rPr>
          <w:sz w:val="28"/>
          <w:szCs w:val="28"/>
          <w:lang w:eastAsia="ja-JP"/>
        </w:rPr>
        <w:t>がい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しゃ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者</w:t>
            </w:r>
          </w:rubyBase>
        </w:ruby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だんたい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団体</w:t>
            </w:r>
          </w:rubyBase>
        </w:ruby>
      </w:r>
    </w:p>
    <w:p w14:paraId="0D21AB99" w14:textId="6F416B25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インターネット・SNS</w:t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Pr="00460116">
        <w:rPr>
          <w:sz w:val="28"/>
          <w:szCs w:val="28"/>
          <w:lang w:eastAsia="ja-JP"/>
        </w:rPr>
        <w:t>しない</w:t>
      </w:r>
    </w:p>
    <w:p w14:paraId="5FC0CF6B" w14:textId="39718F3C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02E2169D" w14:textId="048CD695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1C1BC5">
        <w:rPr>
          <w:rFonts w:hint="eastAsia"/>
          <w:b/>
          <w:sz w:val="32"/>
          <w:szCs w:val="32"/>
          <w:lang w:eastAsia="ja-JP"/>
        </w:rPr>
        <w:t>2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そうだん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相談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しやすさについて</w:t>
      </w:r>
      <w:r w:rsidR="0024587E">
        <w:rPr>
          <w:rFonts w:hint="eastAsia"/>
          <w:b/>
          <w:sz w:val="32"/>
          <w:szCs w:val="32"/>
          <w:lang w:eastAsia="ja-JP"/>
        </w:rPr>
        <w:t>、</w:t>
      </w:r>
      <w:r w:rsidRPr="00460116">
        <w:rPr>
          <w:b/>
          <w:sz w:val="32"/>
          <w:szCs w:val="32"/>
          <w:lang w:eastAsia="ja-JP"/>
        </w:rPr>
        <w:t>どう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かん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感</w:t>
            </w:r>
          </w:rubyBase>
        </w:ruby>
      </w:r>
      <w:r w:rsidRPr="00460116">
        <w:rPr>
          <w:b/>
          <w:sz w:val="32"/>
          <w:szCs w:val="32"/>
          <w:lang w:eastAsia="ja-JP"/>
        </w:rPr>
        <w:t>じますか。</w:t>
      </w:r>
    </w:p>
    <w:p w14:paraId="6F75ED76" w14:textId="6518D7F9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Pr="00460116">
        <w:rPr>
          <w:sz w:val="28"/>
          <w:szCs w:val="28"/>
          <w:lang w:eastAsia="ja-JP"/>
        </w:rPr>
        <w:t>しやすい</w:t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まあ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Pr="00460116">
        <w:rPr>
          <w:sz w:val="28"/>
          <w:szCs w:val="28"/>
          <w:lang w:eastAsia="ja-JP"/>
        </w:rPr>
        <w:t>しやすい</w:t>
      </w:r>
    </w:p>
    <w:p w14:paraId="6660D315" w14:textId="19878269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やや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Pr="00460116">
        <w:rPr>
          <w:sz w:val="28"/>
          <w:szCs w:val="28"/>
          <w:lang w:eastAsia="ja-JP"/>
        </w:rPr>
        <w:t>しにくい</w:t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Pr="00460116">
        <w:rPr>
          <w:sz w:val="28"/>
          <w:szCs w:val="28"/>
          <w:lang w:eastAsia="ja-JP"/>
        </w:rPr>
        <w:t>しにくい</w:t>
      </w:r>
    </w:p>
    <w:p w14:paraId="2B8EB5AE" w14:textId="5BB38B82" w:rsidR="00C91306" w:rsidRPr="00460116" w:rsidRDefault="009A49FC" w:rsidP="001B2AFA">
      <w:pPr>
        <w:ind w:leftChars="160" w:left="992" w:hangingChars="210" w:hanging="672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1C1BC5">
        <w:rPr>
          <w:rFonts w:hint="eastAsia"/>
          <w:b/>
          <w:sz w:val="32"/>
          <w:szCs w:val="32"/>
          <w:lang w:eastAsia="ja-JP"/>
        </w:rPr>
        <w:t>3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しょう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障</w:t>
            </w:r>
          </w:rubyBase>
        </w:ruby>
      </w:r>
      <w:r w:rsidRPr="00460116">
        <w:rPr>
          <w:b/>
          <w:sz w:val="32"/>
          <w:szCs w:val="32"/>
          <w:lang w:eastAsia="ja-JP"/>
        </w:rPr>
        <w:t>がい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ふくし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福祉</w:t>
            </w:r>
          </w:rubyBase>
        </w:ruby>
      </w:r>
      <w:r w:rsidRPr="00460116">
        <w:rPr>
          <w:b/>
          <w:sz w:val="32"/>
          <w:szCs w:val="32"/>
          <w:lang w:eastAsia="ja-JP"/>
        </w:rPr>
        <w:t>の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じょうほう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情報</w:t>
            </w:r>
          </w:rubyBase>
        </w:ruby>
      </w:r>
      <w:r w:rsidRPr="00460116">
        <w:rPr>
          <w:b/>
          <w:sz w:val="32"/>
          <w:szCs w:val="32"/>
          <w:lang w:eastAsia="ja-JP"/>
        </w:rPr>
        <w:t>について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こま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困</w:t>
            </w:r>
          </w:rubyBase>
        </w:ruby>
      </w:r>
      <w:r w:rsidRPr="00460116">
        <w:rPr>
          <w:b/>
          <w:sz w:val="32"/>
          <w:szCs w:val="32"/>
          <w:lang w:eastAsia="ja-JP"/>
        </w:rPr>
        <w:t>っていることはありますか。（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5719D0E5" w14:textId="688D4132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ひつよう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必要</w:t>
            </w:r>
          </w:rubyBase>
        </w:ruby>
      </w:r>
      <w:r w:rsidRPr="00460116">
        <w:rPr>
          <w:sz w:val="28"/>
          <w:szCs w:val="28"/>
          <w:lang w:eastAsia="ja-JP"/>
        </w:rPr>
        <w:t>な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じょうほう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情報</w:t>
            </w:r>
          </w:rubyBase>
        </w:ruby>
      </w:r>
      <w:r w:rsidRPr="00460116">
        <w:rPr>
          <w:sz w:val="28"/>
          <w:szCs w:val="28"/>
          <w:lang w:eastAsia="ja-JP"/>
        </w:rPr>
        <w:t>がどこにあるかわからない</w:t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せいど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制度</w:t>
            </w:r>
          </w:rubyBase>
        </w:ruby>
      </w:r>
      <w:r w:rsidRPr="00460116">
        <w:rPr>
          <w:sz w:val="28"/>
          <w:szCs w:val="28"/>
          <w:lang w:eastAsia="ja-JP"/>
        </w:rPr>
        <w:t>・サービスが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ふくざつ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複雑</w:t>
            </w:r>
          </w:rubyBase>
        </w:ruby>
      </w:r>
    </w:p>
    <w:p w14:paraId="214F4693" w14:textId="4C430594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そうだんさき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相談先</w:t>
            </w:r>
          </w:rubyBase>
        </w:ruby>
      </w:r>
      <w:r w:rsidRPr="00460116">
        <w:rPr>
          <w:sz w:val="28"/>
          <w:szCs w:val="28"/>
          <w:lang w:eastAsia="ja-JP"/>
        </w:rPr>
        <w:t>がわからない</w:t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じょうほう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情報</w:t>
            </w:r>
          </w:rubyBase>
        </w:ruby>
      </w:r>
      <w:r w:rsidRPr="00460116">
        <w:rPr>
          <w:sz w:val="28"/>
          <w:szCs w:val="28"/>
          <w:lang w:eastAsia="ja-JP"/>
        </w:rPr>
        <w:t>が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 xml:space="preserve">ふる　　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古い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 xml:space="preserve">すく　　　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少ない</w:t>
            </w:r>
          </w:rubyBase>
        </w:ruby>
      </w:r>
    </w:p>
    <w:p w14:paraId="09CF2953" w14:textId="242EAA7C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じぶん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自分</w:t>
            </w:r>
          </w:rubyBase>
        </w:ruby>
      </w:r>
      <w:r w:rsidRPr="00460116">
        <w:rPr>
          <w:sz w:val="28"/>
          <w:szCs w:val="28"/>
          <w:lang w:eastAsia="ja-JP"/>
        </w:rPr>
        <w:t>に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ひつよう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必要</w:t>
            </w:r>
          </w:rubyBase>
        </w:ruby>
      </w:r>
      <w:r w:rsidRPr="00460116">
        <w:rPr>
          <w:sz w:val="28"/>
          <w:szCs w:val="28"/>
          <w:lang w:eastAsia="ja-JP"/>
        </w:rPr>
        <w:t>な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じょうほう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情報</w:t>
            </w:r>
          </w:rubyBase>
        </w:ruby>
      </w:r>
      <w:r w:rsidRPr="00460116">
        <w:rPr>
          <w:sz w:val="28"/>
          <w:szCs w:val="28"/>
          <w:lang w:eastAsia="ja-JP"/>
        </w:rPr>
        <w:t>を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えらび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選び</w:t>
            </w:r>
          </w:rubyBase>
        </w:ruby>
      </w:r>
      <w:r w:rsidRPr="00460116">
        <w:rPr>
          <w:sz w:val="28"/>
          <w:szCs w:val="28"/>
          <w:lang w:eastAsia="ja-JP"/>
        </w:rPr>
        <w:t>にくい</w:t>
      </w:r>
      <w:r w:rsidR="00FC25D2">
        <w:rPr>
          <w:sz w:val="28"/>
          <w:szCs w:val="28"/>
          <w:lang w:eastAsia="ja-JP"/>
        </w:rPr>
        <w:tab/>
      </w:r>
      <w:r w:rsidR="00FC25D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とく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特</w:t>
            </w:r>
          </w:rubyBase>
        </w:ruby>
      </w:r>
      <w:r w:rsidRPr="00460116">
        <w:rPr>
          <w:sz w:val="28"/>
          <w:szCs w:val="28"/>
          <w:lang w:eastAsia="ja-JP"/>
        </w:rPr>
        <w:t>にない</w:t>
      </w:r>
    </w:p>
    <w:p w14:paraId="6B70FCA3" w14:textId="3D6834E3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FC25D2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25D2" w:rsidRPr="00FC25D2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FC25D2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bookmarkEnd w:id="12"/>
    <w:p w14:paraId="6898EEDA" w14:textId="1BF0B092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30632D">
        <w:rPr>
          <w:sz w:val="36"/>
          <w:szCs w:val="36"/>
          <w:bdr w:val="single" w:sz="4" w:space="0" w:color="auto"/>
          <w:lang w:eastAsia="ja-JP"/>
        </w:rPr>
        <w:lastRenderedPageBreak/>
        <w:t>5</w:t>
      </w:r>
      <w:r w:rsidRPr="0030632D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FC25D2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C25D2" w:rsidRPr="00FC25D2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ちいき</w:t>
            </w:r>
          </w:rt>
          <w:rubyBase>
            <w:r w:rsidR="00FC25D2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地域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で</w:t>
      </w:r>
      <w:r w:rsidR="00FC25D2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C25D2" w:rsidRPr="00FC25D2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くらす</w:t>
            </w:r>
          </w:rt>
          <w:rubyBase>
            <w:r w:rsidR="00FC25D2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暮らす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ために</w:t>
      </w:r>
      <w:r w:rsidR="00FC25D2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C25D2" w:rsidRPr="00FC25D2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ひつよう</w:t>
            </w:r>
          </w:rt>
          <w:rubyBase>
            <w:r w:rsidR="00FC25D2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必要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な</w:t>
      </w:r>
      <w:r w:rsidR="00FC25D2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C25D2" w:rsidRPr="00FC25D2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しえん</w:t>
            </w:r>
          </w:rt>
          <w:rubyBase>
            <w:r w:rsidR="00FC25D2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支援</w:t>
            </w:r>
          </w:rubyBase>
        </w:ruby>
      </w:r>
    </w:p>
    <w:p w14:paraId="4E1001ED" w14:textId="3D60615D" w:rsidR="00C91306" w:rsidRPr="00460116" w:rsidRDefault="009A49FC" w:rsidP="00540796">
      <w:pPr>
        <w:ind w:leftChars="100" w:left="1243" w:hangingChars="326" w:hanging="1043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1C1BC5">
        <w:rPr>
          <w:rFonts w:hint="eastAsia"/>
          <w:b/>
          <w:sz w:val="32"/>
          <w:szCs w:val="32"/>
          <w:lang w:eastAsia="ja-JP"/>
        </w:rPr>
        <w:t>4</w:t>
      </w:r>
      <w:r w:rsidRPr="00460116">
        <w:rPr>
          <w:b/>
          <w:sz w:val="32"/>
          <w:szCs w:val="32"/>
          <w:lang w:eastAsia="ja-JP"/>
        </w:rPr>
        <w:t xml:space="preserve">　</w:t>
      </w:r>
      <w:bookmarkStart w:id="13" w:name="_Hlk237872084"/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 xml:space="preserve">す　な　　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住み慣れた</w:t>
            </w:r>
          </w:rubyBase>
        </w:ruby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>ちいき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地域</w:t>
            </w:r>
          </w:rubyBase>
        </w:ruby>
      </w:r>
      <w:r w:rsidRPr="00460116">
        <w:rPr>
          <w:b/>
          <w:sz w:val="32"/>
          <w:szCs w:val="32"/>
          <w:lang w:eastAsia="ja-JP"/>
        </w:rPr>
        <w:t>で</w:t>
      </w:r>
      <w:r w:rsidR="00FC25D2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25D2" w:rsidRPr="00FC25D2">
              <w:rPr>
                <w:b/>
                <w:sz w:val="16"/>
                <w:szCs w:val="32"/>
                <w:lang w:eastAsia="ja-JP"/>
              </w:rPr>
              <w:t xml:space="preserve">く　　つづ　　</w:t>
            </w:r>
          </w:rt>
          <w:rubyBase>
            <w:r w:rsidR="00FC25D2">
              <w:rPr>
                <w:b/>
                <w:sz w:val="32"/>
                <w:szCs w:val="32"/>
                <w:lang w:eastAsia="ja-JP"/>
              </w:rPr>
              <w:t>暮らし続ける</w:t>
            </w:r>
          </w:rubyBase>
        </w:ruby>
      </w:r>
      <w:r w:rsidRPr="00460116">
        <w:rPr>
          <w:b/>
          <w:sz w:val="32"/>
          <w:szCs w:val="32"/>
          <w:lang w:eastAsia="ja-JP"/>
        </w:rPr>
        <w:t>ために</w:t>
      </w:r>
      <w:r w:rsidR="00540796">
        <w:rPr>
          <w:rFonts w:hint="eastAsia"/>
          <w:b/>
          <w:sz w:val="32"/>
          <w:szCs w:val="32"/>
          <w:lang w:eastAsia="ja-JP"/>
        </w:rPr>
        <w:t>、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30C2B">
              <w:rPr>
                <w:b/>
                <w:sz w:val="16"/>
                <w:szCs w:val="32"/>
                <w:lang w:eastAsia="ja-JP"/>
              </w:rPr>
              <w:t>こんご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今後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、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30C2B">
              <w:rPr>
                <w:b/>
                <w:sz w:val="16"/>
                <w:szCs w:val="32"/>
                <w:lang w:eastAsia="ja-JP"/>
              </w:rPr>
              <w:t>とく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特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に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30C2B">
              <w:rPr>
                <w:b/>
                <w:sz w:val="16"/>
                <w:szCs w:val="32"/>
                <w:lang w:eastAsia="ja-JP"/>
              </w:rPr>
              <w:t>じゅうじつ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充実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してほしい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30C2B">
              <w:rPr>
                <w:b/>
                <w:sz w:val="16"/>
                <w:szCs w:val="32"/>
                <w:lang w:eastAsia="ja-JP"/>
              </w:rPr>
              <w:t>おおづまち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大津町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の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しえん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支援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は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30C2B">
              <w:rPr>
                <w:b/>
                <w:sz w:val="16"/>
                <w:szCs w:val="32"/>
                <w:lang w:eastAsia="ja-JP"/>
              </w:rPr>
              <w:t>なん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何</w:t>
            </w:r>
          </w:rubyBase>
        </w:ruby>
      </w:r>
      <w:r w:rsidR="00540796" w:rsidRPr="00460116">
        <w:rPr>
          <w:b/>
          <w:sz w:val="32"/>
          <w:szCs w:val="32"/>
          <w:lang w:eastAsia="ja-JP"/>
        </w:rPr>
        <w:t>ですか。</w:t>
      </w:r>
      <w:r w:rsidRPr="00460116">
        <w:rPr>
          <w:b/>
          <w:sz w:val="32"/>
          <w:szCs w:val="32"/>
          <w:lang w:eastAsia="ja-JP"/>
        </w:rPr>
        <w:t>（</w:t>
      </w:r>
      <w:r w:rsidR="00E82DAE">
        <w:rPr>
          <w:rFonts w:hint="eastAsia"/>
          <w:b/>
          <w:sz w:val="32"/>
          <w:szCs w:val="32"/>
          <w:lang w:eastAsia="ja-JP"/>
        </w:rPr>
        <w:t>３</w:t>
      </w:r>
      <w:r w:rsidRPr="00460116">
        <w:rPr>
          <w:b/>
          <w:sz w:val="32"/>
          <w:szCs w:val="32"/>
          <w:lang w:eastAsia="ja-JP"/>
        </w:rPr>
        <w:t>つまで）</w:t>
      </w:r>
    </w:p>
    <w:p w14:paraId="5726CE0B" w14:textId="6181BC81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そうだん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相談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="00530C2B">
        <w:rPr>
          <w:sz w:val="28"/>
          <w:szCs w:val="28"/>
          <w:lang w:eastAsia="ja-JP"/>
        </w:rPr>
        <w:tab/>
      </w:r>
      <w:r w:rsidR="00530C2B">
        <w:rPr>
          <w:sz w:val="28"/>
          <w:szCs w:val="28"/>
          <w:lang w:eastAsia="ja-JP"/>
        </w:rPr>
        <w:tab/>
      </w:r>
      <w:r w:rsidR="00530C2B"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にっちゅう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日中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かつどう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活動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="00530C2B">
        <w:rPr>
          <w:sz w:val="28"/>
          <w:szCs w:val="28"/>
          <w:lang w:eastAsia="ja-JP"/>
        </w:rPr>
        <w:tab/>
      </w:r>
      <w:r w:rsidR="00530C2B"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しゅうろう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就労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支援</w:t>
            </w:r>
          </w:rubyBase>
        </w:ruby>
      </w:r>
    </w:p>
    <w:p w14:paraId="06BB59E3" w14:textId="7504A49F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ほうもん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訪問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けい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系</w:t>
            </w:r>
          </w:rubyBase>
        </w:ruby>
      </w:r>
      <w:r w:rsidRPr="00460116">
        <w:rPr>
          <w:sz w:val="28"/>
          <w:szCs w:val="28"/>
          <w:lang w:eastAsia="ja-JP"/>
        </w:rPr>
        <w:t>サービス</w:t>
      </w:r>
      <w:r w:rsidR="00530C2B">
        <w:rPr>
          <w:rFonts w:hint="eastAsia"/>
          <w:sz w:val="28"/>
          <w:szCs w:val="28"/>
          <w:lang w:eastAsia="ja-JP"/>
        </w:rPr>
        <w:t>（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きょたく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居宅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かいご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介護</w:t>
            </w:r>
          </w:rubyBase>
        </w:ruby>
      </w:r>
      <w:r w:rsidR="00530C2B">
        <w:rPr>
          <w:rFonts w:hint="eastAsia"/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じゅうど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重度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ほうもん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訪問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かいご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介護</w:t>
            </w:r>
          </w:rubyBase>
        </w:ruby>
      </w:r>
      <w:r w:rsidR="00530C2B">
        <w:rPr>
          <w:rFonts w:hint="eastAsia"/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どうこう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同行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えんご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援護</w:t>
            </w:r>
          </w:rubyBase>
        </w:ruby>
      </w:r>
      <w:r w:rsidR="00530C2B">
        <w:rPr>
          <w:rFonts w:hint="eastAsia"/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こうどう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行動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えんご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援護</w:t>
            </w:r>
          </w:rubyBase>
        </w:ruby>
      </w:r>
      <w:r w:rsidR="00530C2B">
        <w:rPr>
          <w:rFonts w:hint="eastAsia"/>
          <w:sz w:val="28"/>
          <w:szCs w:val="28"/>
          <w:lang w:eastAsia="ja-JP"/>
        </w:rPr>
        <w:t>など）</w:t>
      </w:r>
    </w:p>
    <w:p w14:paraId="1A7BEA56" w14:textId="5A5482D3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グループホーム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など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等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す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住</w:t>
            </w:r>
          </w:rubyBase>
        </w:ruby>
      </w:r>
      <w:r w:rsidRPr="00460116">
        <w:rPr>
          <w:sz w:val="28"/>
          <w:szCs w:val="28"/>
          <w:lang w:eastAsia="ja-JP"/>
        </w:rPr>
        <w:t>まい</w:t>
      </w:r>
      <w:r w:rsidR="00530C2B">
        <w:rPr>
          <w:sz w:val="28"/>
          <w:szCs w:val="28"/>
          <w:lang w:eastAsia="ja-JP"/>
        </w:rPr>
        <w:tab/>
      </w:r>
      <w:r w:rsidR="00530C2B">
        <w:rPr>
          <w:rFonts w:hint="eastAsia"/>
          <w:sz w:val="28"/>
          <w:szCs w:val="28"/>
          <w:lang w:eastAsia="ja-JP"/>
        </w:rPr>
        <w:t xml:space="preserve">　</w:t>
      </w: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たんき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短期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にゅうしょ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入所</w:t>
            </w:r>
          </w:rubyBase>
        </w:ruby>
      </w:r>
    </w:p>
    <w:p w14:paraId="3D19BBCF" w14:textId="0A1075C8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がいしゅつ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外出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いどう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移動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="00530C2B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いりょう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医療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ほうもん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訪問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かんご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看護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よか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余暇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かつどう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活動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しゃかい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社会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さんか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参加</w:t>
            </w:r>
          </w:rubyBase>
        </w:ruby>
      </w:r>
    </w:p>
    <w:p w14:paraId="27D867F2" w14:textId="6F27B200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きんせん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金銭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かんり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管理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せいねん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成年</w:t>
            </w:r>
          </w:rubyBase>
        </w:ruby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こうけん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後見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ちいき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地域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 xml:space="preserve">みまも　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見守り</w:t>
            </w:r>
          </w:rubyBase>
        </w:ruby>
      </w:r>
      <w:r w:rsidR="00530C2B">
        <w:rPr>
          <w:sz w:val="28"/>
          <w:szCs w:val="28"/>
          <w:lang w:eastAsia="ja-JP"/>
        </w:rPr>
        <w:tab/>
      </w:r>
      <w:r w:rsidR="00530C2B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かぞく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家族</w:t>
            </w:r>
          </w:rubyBase>
        </w:ruby>
      </w:r>
      <w:r w:rsidRPr="00460116">
        <w:rPr>
          <w:sz w:val="28"/>
          <w:szCs w:val="28"/>
          <w:lang w:eastAsia="ja-JP"/>
        </w:rPr>
        <w:t>への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支援</w:t>
            </w:r>
          </w:rubyBase>
        </w:ruby>
      </w:r>
    </w:p>
    <w:p w14:paraId="60E4AC13" w14:textId="2ACCD7D3" w:rsidR="00540796" w:rsidRPr="00460116" w:rsidRDefault="00540796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障</w:t>
            </w:r>
          </w:rubyBase>
        </w:ruby>
      </w:r>
      <w:r w:rsidRPr="00460116">
        <w:rPr>
          <w:sz w:val="28"/>
          <w:szCs w:val="28"/>
          <w:lang w:eastAsia="ja-JP"/>
        </w:rPr>
        <w:t>がいへの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りかい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理解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そくしん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促進</w:t>
            </w:r>
          </w:rubyBase>
        </w:ruby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じょうほうていきょう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情報提供</w:t>
            </w:r>
          </w:rubyBase>
        </w:ruby>
      </w:r>
    </w:p>
    <w:p w14:paraId="3418647D" w14:textId="6923AA56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 w:rsidR="00530C2B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0C2B" w:rsidRPr="00530C2B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530C2B">
              <w:rPr>
                <w:sz w:val="28"/>
                <w:szCs w:val="28"/>
                <w:lang w:eastAsia="ja-JP"/>
              </w:rPr>
              <w:t>他</w:t>
            </w:r>
          </w:rubyBase>
        </w:ruby>
      </w:r>
      <w:r w:rsidRPr="00460116">
        <w:rPr>
          <w:sz w:val="28"/>
          <w:szCs w:val="28"/>
          <w:lang w:eastAsia="ja-JP"/>
        </w:rPr>
        <w:t xml:space="preserve">（　　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bookmarkEnd w:id="13"/>
    <w:p w14:paraId="6FF92BB1" w14:textId="2BBB9AA1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30632D">
        <w:rPr>
          <w:sz w:val="36"/>
          <w:szCs w:val="36"/>
          <w:bdr w:val="single" w:sz="4" w:space="0" w:color="auto"/>
          <w:lang w:eastAsia="ja-JP"/>
        </w:rPr>
        <w:t>6</w:t>
      </w:r>
      <w:r w:rsidRPr="0030632D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CF5BA8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5BA8" w:rsidRPr="00CF5BA8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さいがい</w:t>
            </w:r>
          </w:rt>
          <w:rubyBase>
            <w:r w:rsidR="00CF5BA8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災害</w:t>
            </w:r>
          </w:rubyBase>
        </w:ruby>
      </w:r>
      <w:r w:rsidRPr="0030632D">
        <w:rPr>
          <w:sz w:val="36"/>
          <w:szCs w:val="36"/>
          <w:bdr w:val="single" w:sz="4" w:space="0" w:color="auto"/>
          <w:lang w:eastAsia="ja-JP"/>
        </w:rPr>
        <w:t>・</w:t>
      </w:r>
      <w:r w:rsidR="00CF5BA8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5BA8" w:rsidRPr="00CF5BA8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けんり</w:t>
            </w:r>
          </w:rt>
          <w:rubyBase>
            <w:r w:rsidR="00CF5BA8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権利</w:t>
            </w:r>
          </w:rubyBase>
        </w:ruby>
      </w:r>
      <w:r w:rsidR="00CF5BA8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5BA8" w:rsidRPr="00CF5BA8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ようご</w:t>
            </w:r>
          </w:rt>
          <w:rubyBase>
            <w:r w:rsidR="00CF5BA8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擁護</w:t>
            </w:r>
          </w:rubyBase>
        </w:ruby>
      </w:r>
    </w:p>
    <w:p w14:paraId="450E2641" w14:textId="45981867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540796">
        <w:rPr>
          <w:rFonts w:hint="eastAsia"/>
          <w:b/>
          <w:sz w:val="32"/>
          <w:szCs w:val="32"/>
          <w:lang w:eastAsia="ja-JP"/>
        </w:rPr>
        <w:t>5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さいがい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災害</w:t>
            </w:r>
          </w:rubyBase>
        </w:ruby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じ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時</w:t>
            </w:r>
          </w:rubyBase>
        </w:ruby>
      </w:r>
      <w:r w:rsidRPr="00460116">
        <w:rPr>
          <w:b/>
          <w:sz w:val="32"/>
          <w:szCs w:val="32"/>
          <w:lang w:eastAsia="ja-JP"/>
        </w:rPr>
        <w:t>、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ひとり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一人</w:t>
            </w:r>
          </w:rubyBase>
        </w:ruby>
      </w:r>
      <w:r w:rsidRPr="00460116">
        <w:rPr>
          <w:b/>
          <w:sz w:val="32"/>
          <w:szCs w:val="32"/>
          <w:lang w:eastAsia="ja-JP"/>
        </w:rPr>
        <w:t>で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ひなん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避難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できますか。</w:t>
      </w:r>
    </w:p>
    <w:p w14:paraId="4EA23EF0" w14:textId="09104B20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ひとり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一人</w:t>
            </w:r>
          </w:rubyBase>
        </w:ruby>
      </w:r>
      <w:r w:rsidRPr="00460116">
        <w:rPr>
          <w:sz w:val="28"/>
          <w:szCs w:val="28"/>
          <w:lang w:eastAsia="ja-JP"/>
        </w:rPr>
        <w:t>で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ひなん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避難</w:t>
            </w:r>
          </w:rubyBase>
        </w:ruby>
      </w:r>
      <w:r w:rsidRPr="00460116">
        <w:rPr>
          <w:sz w:val="28"/>
          <w:szCs w:val="28"/>
          <w:lang w:eastAsia="ja-JP"/>
        </w:rPr>
        <w:t>できる</w:t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しえん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支援</w:t>
            </w:r>
          </w:rubyBase>
        </w:ruby>
      </w:r>
      <w:r w:rsidRPr="00460116">
        <w:rPr>
          <w:sz w:val="28"/>
          <w:szCs w:val="28"/>
          <w:lang w:eastAsia="ja-JP"/>
        </w:rPr>
        <w:t>があれば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ひなん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避難</w:t>
            </w:r>
          </w:rubyBase>
        </w:ruby>
      </w:r>
      <w:r w:rsidRPr="00460116">
        <w:rPr>
          <w:sz w:val="28"/>
          <w:szCs w:val="28"/>
          <w:lang w:eastAsia="ja-JP"/>
        </w:rPr>
        <w:t>できる</w:t>
      </w:r>
    </w:p>
    <w:p w14:paraId="002C8DE9" w14:textId="7F7DFD54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ひなん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避難</w:t>
            </w:r>
          </w:rubyBase>
        </w:ruby>
      </w:r>
      <w:r w:rsidRPr="00460116">
        <w:rPr>
          <w:sz w:val="28"/>
          <w:szCs w:val="28"/>
          <w:lang w:eastAsia="ja-JP"/>
        </w:rPr>
        <w:t>が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むずか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難</w:t>
            </w:r>
          </w:rubyBase>
        </w:ruby>
      </w:r>
      <w:r w:rsidRPr="00460116">
        <w:rPr>
          <w:sz w:val="28"/>
          <w:szCs w:val="28"/>
          <w:lang w:eastAsia="ja-JP"/>
        </w:rPr>
        <w:t>しい</w:t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わからない</w:t>
      </w:r>
    </w:p>
    <w:p w14:paraId="6BC7B20A" w14:textId="77777777" w:rsidR="00C175EA" w:rsidRDefault="00C175EA" w:rsidP="001B2AFA">
      <w:pPr>
        <w:ind w:firstLineChars="100" w:firstLine="320"/>
        <w:rPr>
          <w:b/>
          <w:sz w:val="32"/>
          <w:szCs w:val="32"/>
          <w:lang w:eastAsia="ja-JP"/>
        </w:rPr>
      </w:pPr>
    </w:p>
    <w:p w14:paraId="6DA6005B" w14:textId="77777777" w:rsidR="00C175EA" w:rsidRDefault="00C175EA" w:rsidP="001B2AFA">
      <w:pPr>
        <w:ind w:firstLineChars="100" w:firstLine="320"/>
        <w:rPr>
          <w:b/>
          <w:sz w:val="32"/>
          <w:szCs w:val="32"/>
          <w:lang w:eastAsia="ja-JP"/>
        </w:rPr>
      </w:pPr>
    </w:p>
    <w:p w14:paraId="0ADC4F3B" w14:textId="77777777" w:rsidR="00C175EA" w:rsidRDefault="00C175EA" w:rsidP="001B2AFA">
      <w:pPr>
        <w:ind w:firstLineChars="100" w:firstLine="320"/>
        <w:rPr>
          <w:b/>
          <w:sz w:val="32"/>
          <w:szCs w:val="32"/>
          <w:lang w:eastAsia="ja-JP"/>
        </w:rPr>
      </w:pPr>
    </w:p>
    <w:p w14:paraId="484CDDDD" w14:textId="14689301" w:rsidR="00C91306" w:rsidRPr="00460116" w:rsidRDefault="009A49FC" w:rsidP="001B2AFA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lastRenderedPageBreak/>
        <w:t>問1</w:t>
      </w:r>
      <w:r w:rsidR="00540796">
        <w:rPr>
          <w:rFonts w:hint="eastAsia"/>
          <w:b/>
          <w:sz w:val="32"/>
          <w:szCs w:val="32"/>
          <w:lang w:eastAsia="ja-JP"/>
        </w:rPr>
        <w:t>6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さいがい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災害</w:t>
            </w:r>
          </w:rubyBase>
        </w:ruby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じ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時</w:t>
            </w:r>
          </w:rubyBase>
        </w:ruby>
      </w:r>
      <w:r w:rsidRPr="00460116">
        <w:rPr>
          <w:b/>
          <w:sz w:val="32"/>
          <w:szCs w:val="32"/>
          <w:lang w:eastAsia="ja-JP"/>
        </w:rPr>
        <w:t>に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ふあん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不安</w:t>
            </w:r>
          </w:rubyBase>
        </w:ruby>
      </w:r>
      <w:r w:rsidRPr="00460116">
        <w:rPr>
          <w:b/>
          <w:sz w:val="32"/>
          <w:szCs w:val="32"/>
          <w:lang w:eastAsia="ja-JP"/>
        </w:rPr>
        <w:t>なことは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なん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何</w:t>
            </w:r>
          </w:rubyBase>
        </w:ruby>
      </w:r>
      <w:r w:rsidRPr="00460116">
        <w:rPr>
          <w:b/>
          <w:sz w:val="32"/>
          <w:szCs w:val="32"/>
          <w:lang w:eastAsia="ja-JP"/>
        </w:rPr>
        <w:t>ですか。（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460116">
        <w:rPr>
          <w:b/>
          <w:sz w:val="32"/>
          <w:szCs w:val="32"/>
          <w:lang w:eastAsia="ja-JP"/>
        </w:rPr>
        <w:t>）</w:t>
      </w:r>
    </w:p>
    <w:p w14:paraId="47E8464C" w14:textId="7EC39F30" w:rsidR="00C91306" w:rsidRPr="00460116" w:rsidRDefault="00E82DAE" w:rsidP="001B2AFA">
      <w:pPr>
        <w:ind w:firstLineChars="300" w:firstLine="840"/>
        <w:rPr>
          <w:sz w:val="28"/>
          <w:szCs w:val="28"/>
          <w:lang w:eastAsia="ja-JP"/>
        </w:rPr>
      </w:pPr>
      <w:bookmarkStart w:id="14" w:name="_Hlk237692644"/>
      <w:r w:rsidRPr="00372F09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ひなん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避難</w:t>
            </w:r>
          </w:rubyBase>
        </w:ruby>
      </w:r>
      <w:r w:rsidRPr="00372F09">
        <w:rPr>
          <w:sz w:val="28"/>
          <w:szCs w:val="28"/>
          <w:lang w:eastAsia="ja-JP"/>
        </w:rPr>
        <w:t>が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むずかしい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難しい</w:t>
            </w:r>
          </w:rubyBase>
        </w:ruby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ひなんじょ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避難所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での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="009A49FC"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じょうほう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情報</w:t>
            </w:r>
          </w:rubyBase>
        </w:ruby>
      </w:r>
      <w:r w:rsidR="009A49FC" w:rsidRPr="00460116">
        <w:rPr>
          <w:sz w:val="28"/>
          <w:szCs w:val="28"/>
          <w:lang w:eastAsia="ja-JP"/>
        </w:rPr>
        <w:t>が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とど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届</w:t>
            </w:r>
          </w:rubyBase>
        </w:ruby>
      </w:r>
      <w:r w:rsidR="009A49FC" w:rsidRPr="00460116">
        <w:rPr>
          <w:sz w:val="28"/>
          <w:szCs w:val="28"/>
          <w:lang w:eastAsia="ja-JP"/>
        </w:rPr>
        <w:t>かない</w:t>
      </w:r>
    </w:p>
    <w:p w14:paraId="3DBB8D37" w14:textId="3B030AD7" w:rsidR="00C9130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かいじょしゃ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介助者</w:t>
            </w:r>
          </w:rubyBase>
        </w:ruby>
      </w:r>
      <w:r w:rsidRPr="00460116">
        <w:rPr>
          <w:sz w:val="28"/>
          <w:szCs w:val="28"/>
          <w:lang w:eastAsia="ja-JP"/>
        </w:rPr>
        <w:t>がいない</w:t>
      </w:r>
      <w:r w:rsidR="0054079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いりょう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医療</w:t>
            </w:r>
          </w:rubyBase>
        </w:ruby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きき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機器</w:t>
            </w:r>
          </w:rubyBase>
        </w:ruby>
      </w:r>
      <w:r w:rsidRPr="00460116">
        <w:rPr>
          <w:sz w:val="28"/>
          <w:szCs w:val="28"/>
          <w:lang w:eastAsia="ja-JP"/>
        </w:rPr>
        <w:t>・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いりょうてき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医療的</w:t>
            </w:r>
          </w:rubyBase>
        </w:ruby>
      </w:r>
      <w:r w:rsidRPr="00460116">
        <w:rPr>
          <w:sz w:val="28"/>
          <w:szCs w:val="28"/>
          <w:lang w:eastAsia="ja-JP"/>
        </w:rPr>
        <w:t>ケア</w:t>
      </w:r>
      <w:r w:rsidR="00540796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くすり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薬</w:t>
            </w:r>
          </w:rubyBase>
        </w:ruby>
      </w:r>
      <w:r w:rsidRPr="00460116">
        <w:rPr>
          <w:sz w:val="28"/>
          <w:szCs w:val="28"/>
          <w:lang w:eastAsia="ja-JP"/>
        </w:rPr>
        <w:t>の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かくほ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確保</w:t>
            </w:r>
          </w:rubyBase>
        </w:ruby>
      </w:r>
    </w:p>
    <w:p w14:paraId="5F254F05" w14:textId="60D7999C" w:rsidR="00C91306" w:rsidRDefault="00E82DAE" w:rsidP="001B2AFA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ふくし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福祉</w:t>
            </w:r>
          </w:rubyBase>
        </w:ruby>
      </w:r>
      <w:r w:rsidR="00540796" w:rsidRPr="00372F09">
        <w:rPr>
          <w:sz w:val="28"/>
          <w:szCs w:val="28"/>
          <w:lang w:eastAsia="ja-JP"/>
        </w:rPr>
        <w:t>サービス</w:t>
      </w:r>
      <w:r w:rsidR="00540796">
        <w:rPr>
          <w:rFonts w:hint="eastAsia"/>
          <w:sz w:val="28"/>
          <w:szCs w:val="28"/>
          <w:lang w:eastAsia="ja-JP"/>
        </w:rPr>
        <w:t>が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 w:rsidR="00540796">
        <w:rPr>
          <w:rFonts w:hint="eastAsia"/>
          <w:sz w:val="28"/>
          <w:szCs w:val="28"/>
          <w:lang w:eastAsia="ja-JP"/>
        </w:rPr>
        <w:t>できなくなる</w:t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="00540796">
        <w:rPr>
          <w:sz w:val="28"/>
          <w:szCs w:val="28"/>
          <w:lang w:eastAsia="ja-JP"/>
        </w:rPr>
        <w:tab/>
      </w:r>
      <w:r w:rsidR="009A49FC" w:rsidRPr="00460116">
        <w:rPr>
          <w:sz w:val="28"/>
          <w:szCs w:val="28"/>
          <w:lang w:eastAsia="ja-JP"/>
        </w:rPr>
        <w:t xml:space="preserve">□ 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いどう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移動</w:t>
            </w:r>
          </w:rubyBase>
        </w:ruby>
      </w:r>
      <w:r w:rsidR="009A49FC" w:rsidRPr="00460116">
        <w:rPr>
          <w:sz w:val="28"/>
          <w:szCs w:val="28"/>
          <w:lang w:eastAsia="ja-JP"/>
        </w:rPr>
        <w:t>・</w:t>
      </w:r>
      <w:r w:rsidR="00540796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40796" w:rsidRPr="00540796">
              <w:rPr>
                <w:sz w:val="14"/>
                <w:szCs w:val="28"/>
                <w:lang w:eastAsia="ja-JP"/>
              </w:rPr>
              <w:t>そうげい</w:t>
            </w:r>
          </w:rt>
          <w:rubyBase>
            <w:r w:rsidR="00540796">
              <w:rPr>
                <w:sz w:val="28"/>
                <w:szCs w:val="28"/>
                <w:lang w:eastAsia="ja-JP"/>
              </w:rPr>
              <w:t>送迎</w:t>
            </w:r>
          </w:rubyBase>
        </w:ruby>
      </w:r>
    </w:p>
    <w:p w14:paraId="4A2CD56E" w14:textId="7BB85E9A" w:rsidR="00901B90" w:rsidRPr="00460116" w:rsidRDefault="00901B90" w:rsidP="001B2AFA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01B90" w:rsidRPr="00901B90">
              <w:rPr>
                <w:sz w:val="14"/>
                <w:szCs w:val="28"/>
                <w:lang w:eastAsia="ja-JP"/>
              </w:rPr>
              <w:t>しょう</w:t>
            </w:r>
          </w:rt>
          <w:rubyBase>
            <w:r w:rsidR="00901B90">
              <w:rPr>
                <w:sz w:val="28"/>
                <w:szCs w:val="28"/>
                <w:lang w:eastAsia="ja-JP"/>
              </w:rPr>
              <w:t>障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がいへの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01B90" w:rsidRPr="00901B90">
              <w:rPr>
                <w:sz w:val="14"/>
                <w:szCs w:val="28"/>
                <w:lang w:eastAsia="ja-JP"/>
              </w:rPr>
              <w:t>りかい</w:t>
            </w:r>
          </w:rt>
          <w:rubyBase>
            <w:r w:rsidR="00901B90">
              <w:rPr>
                <w:sz w:val="28"/>
                <w:szCs w:val="28"/>
                <w:lang w:eastAsia="ja-JP"/>
              </w:rPr>
              <w:t>理解</w:t>
            </w:r>
          </w:rubyBase>
        </w:ruby>
      </w:r>
    </w:p>
    <w:p w14:paraId="35555D11" w14:textId="4170A88B" w:rsidR="00C91306" w:rsidRPr="00460116" w:rsidRDefault="009A49FC" w:rsidP="001B2AFA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その他（</w:t>
      </w:r>
      <w:r w:rsidR="001B2AFA">
        <w:rPr>
          <w:rFonts w:hint="eastAsia"/>
          <w:sz w:val="28"/>
          <w:szCs w:val="28"/>
          <w:lang w:eastAsia="ja-JP"/>
        </w:rPr>
        <w:t xml:space="preserve">　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　　）</w:t>
      </w:r>
    </w:p>
    <w:bookmarkEnd w:id="14"/>
    <w:p w14:paraId="5528D73A" w14:textId="7AA2AACE" w:rsidR="007B12F1" w:rsidRPr="00460116" w:rsidRDefault="007B12F1" w:rsidP="007B12F1">
      <w:pPr>
        <w:ind w:leftChars="160" w:left="1418" w:hangingChars="343" w:hanging="1098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17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しょう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障</w:t>
            </w:r>
          </w:rubyBase>
        </w:ruby>
      </w:r>
      <w:r w:rsidRPr="00460116">
        <w:rPr>
          <w:b/>
          <w:sz w:val="32"/>
          <w:szCs w:val="32"/>
          <w:lang w:eastAsia="ja-JP"/>
        </w:rPr>
        <w:t>がいを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りゆう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理由</w:t>
            </w:r>
          </w:rubyBase>
        </w:ruby>
      </w:r>
      <w:r w:rsidRPr="00460116">
        <w:rPr>
          <w:b/>
          <w:sz w:val="32"/>
          <w:szCs w:val="32"/>
          <w:lang w:eastAsia="ja-JP"/>
        </w:rPr>
        <w:t>とする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さべつ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差別</w:t>
            </w:r>
          </w:rubyBase>
        </w:ruby>
      </w:r>
      <w:r w:rsidRPr="00460116">
        <w:rPr>
          <w:b/>
          <w:sz w:val="32"/>
          <w:szCs w:val="32"/>
          <w:lang w:eastAsia="ja-JP"/>
        </w:rPr>
        <w:t>や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ふりえき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不利益</w:t>
            </w:r>
          </w:rubyBase>
        </w:ruby>
      </w:r>
      <w:r w:rsidRPr="00460116">
        <w:rPr>
          <w:b/>
          <w:sz w:val="32"/>
          <w:szCs w:val="32"/>
          <w:lang w:eastAsia="ja-JP"/>
        </w:rPr>
        <w:t>な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あつか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扱</w:t>
            </w:r>
          </w:rubyBase>
        </w:ruby>
      </w:r>
      <w:r w:rsidRPr="00460116">
        <w:rPr>
          <w:b/>
          <w:sz w:val="32"/>
          <w:szCs w:val="32"/>
          <w:lang w:eastAsia="ja-JP"/>
        </w:rPr>
        <w:t>いを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う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受</w:t>
            </w:r>
          </w:rubyBase>
        </w:ruby>
      </w:r>
      <w:r w:rsidRPr="00460116">
        <w:rPr>
          <w:b/>
          <w:sz w:val="32"/>
          <w:szCs w:val="32"/>
          <w:lang w:eastAsia="ja-JP"/>
        </w:rPr>
        <w:t>けたと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かん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感</w:t>
            </w:r>
          </w:rubyBase>
        </w:ruby>
      </w:r>
      <w:r w:rsidRPr="00460116">
        <w:rPr>
          <w:b/>
          <w:sz w:val="32"/>
          <w:szCs w:val="32"/>
          <w:lang w:eastAsia="ja-JP"/>
        </w:rPr>
        <w:t>じたことがありますか。</w:t>
      </w:r>
    </w:p>
    <w:p w14:paraId="1AD5BABE" w14:textId="2E881CD2" w:rsidR="007B12F1" w:rsidRDefault="000D7FCC" w:rsidP="007B12F1">
      <w:pPr>
        <w:ind w:firstLineChars="300" w:firstLine="840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93EE4DC" wp14:editId="3E2E37DF">
                <wp:simplePos x="0" y="0"/>
                <wp:positionH relativeFrom="column">
                  <wp:posOffset>2280705</wp:posOffset>
                </wp:positionH>
                <wp:positionV relativeFrom="paragraph">
                  <wp:posOffset>238567</wp:posOffset>
                </wp:positionV>
                <wp:extent cx="291478" cy="647700"/>
                <wp:effectExtent l="171450" t="19050" r="127635" b="19050"/>
                <wp:wrapNone/>
                <wp:docPr id="12" name="矢印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9475">
                          <a:off x="0" y="0"/>
                          <a:ext cx="291478" cy="6477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2C0B3" id="矢印: 下 12" o:spid="_x0000_s1026" type="#_x0000_t67" style="position:absolute;left:0;text-align:left;margin-left:179.6pt;margin-top:18.8pt;width:22.95pt;height:51pt;rotation:-2338024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" adj="16740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BEB573A" wp14:editId="19EDB558">
                <wp:simplePos x="0" y="0"/>
                <wp:positionH relativeFrom="column">
                  <wp:posOffset>3258876</wp:posOffset>
                </wp:positionH>
                <wp:positionV relativeFrom="paragraph">
                  <wp:posOffset>294416</wp:posOffset>
                </wp:positionV>
                <wp:extent cx="277598" cy="577850"/>
                <wp:effectExtent l="114300" t="38100" r="27305" b="69850"/>
                <wp:wrapNone/>
                <wp:docPr id="11" name="矢印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144">
                          <a:off x="0" y="0"/>
                          <a:ext cx="277598" cy="5778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70BE" id="矢印: 下 11" o:spid="_x0000_s1026" type="#_x0000_t67" style="position:absolute;left:0;text-align:left;margin-left:256.6pt;margin-top:23.2pt;width:21.85pt;height:45.5pt;rotation:1365491fd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" adj="16412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="007B12F1"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65BB9D" wp14:editId="5A0E6776">
                <wp:simplePos x="0" y="0"/>
                <wp:positionH relativeFrom="column">
                  <wp:posOffset>866775</wp:posOffset>
                </wp:positionH>
                <wp:positionV relativeFrom="paragraph">
                  <wp:posOffset>330200</wp:posOffset>
                </wp:positionV>
                <wp:extent cx="276225" cy="578310"/>
                <wp:effectExtent l="57150" t="19050" r="28575" b="88900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57831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D04D" id="矢印: 下 13" o:spid="_x0000_s1026" type="#_x0000_t67" style="position:absolute;left:0;text-align:left;margin-left:68.25pt;margin-top:26pt;width:21.75pt;height:45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" adj="16441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="007B12F1" w:rsidRPr="00460116">
        <w:rPr>
          <w:sz w:val="28"/>
          <w:szCs w:val="28"/>
          <w:lang w:eastAsia="ja-JP"/>
        </w:rPr>
        <w:t>□ ある</w:t>
      </w:r>
      <w:r w:rsidR="007B12F1">
        <w:rPr>
          <w:sz w:val="28"/>
          <w:szCs w:val="28"/>
          <w:lang w:eastAsia="ja-JP"/>
        </w:rPr>
        <w:tab/>
      </w:r>
      <w:r w:rsidR="007B12F1">
        <w:rPr>
          <w:sz w:val="28"/>
          <w:szCs w:val="28"/>
          <w:lang w:eastAsia="ja-JP"/>
        </w:rPr>
        <w:tab/>
      </w:r>
      <w:r w:rsidR="007B12F1" w:rsidRPr="00460116">
        <w:rPr>
          <w:sz w:val="28"/>
          <w:szCs w:val="28"/>
          <w:lang w:eastAsia="ja-JP"/>
        </w:rPr>
        <w:t>□ ない</w:t>
      </w:r>
      <w:r w:rsidR="007B12F1">
        <w:rPr>
          <w:sz w:val="28"/>
          <w:szCs w:val="28"/>
          <w:lang w:eastAsia="ja-JP"/>
        </w:rPr>
        <w:tab/>
      </w:r>
      <w:r w:rsidR="007B12F1">
        <w:rPr>
          <w:sz w:val="28"/>
          <w:szCs w:val="28"/>
          <w:lang w:eastAsia="ja-JP"/>
        </w:rPr>
        <w:tab/>
      </w:r>
      <w:r w:rsidR="007B12F1" w:rsidRPr="00460116">
        <w:rPr>
          <w:sz w:val="28"/>
          <w:szCs w:val="28"/>
          <w:lang w:eastAsia="ja-JP"/>
        </w:rPr>
        <w:t>□ わからない</w:t>
      </w:r>
    </w:p>
    <w:p w14:paraId="416B0376" w14:textId="77777777" w:rsidR="000D7FCC" w:rsidRDefault="000D7FCC" w:rsidP="000D7FCC">
      <w:pPr>
        <w:ind w:firstLineChars="250" w:firstLine="700"/>
        <w:rPr>
          <w:sz w:val="28"/>
          <w:szCs w:val="28"/>
          <w:lang w:eastAsia="ja-JP"/>
        </w:rPr>
      </w:pPr>
    </w:p>
    <w:p w14:paraId="395ED36C" w14:textId="360D9071" w:rsidR="007B12F1" w:rsidRDefault="007B12F1" w:rsidP="000D7FCC">
      <w:pPr>
        <w:ind w:firstLineChars="250" w:firstLine="700"/>
        <w:rPr>
          <w:sz w:val="28"/>
          <w:szCs w:val="28"/>
          <w:lang w:eastAsia="ja-JP"/>
        </w:rPr>
      </w:pPr>
      <w:r w:rsidRPr="000D7FCC">
        <w:rPr>
          <w:rFonts w:hint="eastAsia"/>
          <w:b/>
          <w:bCs/>
          <w:sz w:val="28"/>
          <w:szCs w:val="28"/>
          <w:u w:val="single"/>
          <w:lang w:eastAsia="ja-JP"/>
        </w:rPr>
        <w:t>（問１８へ）</w:t>
      </w:r>
      <w:r>
        <w:rPr>
          <w:rFonts w:hint="eastAsia"/>
          <w:sz w:val="28"/>
          <w:szCs w:val="28"/>
          <w:lang w:eastAsia="ja-JP"/>
        </w:rPr>
        <w:t xml:space="preserve">　　　　　</w:t>
      </w:r>
      <w:r w:rsidRPr="000D7FCC">
        <w:rPr>
          <w:rFonts w:hint="eastAsia"/>
          <w:b/>
          <w:bCs/>
          <w:sz w:val="28"/>
          <w:szCs w:val="28"/>
          <w:u w:val="single"/>
          <w:lang w:eastAsia="ja-JP"/>
        </w:rPr>
        <w:t>（問１９へ）</w:t>
      </w:r>
    </w:p>
    <w:p w14:paraId="3ACB6180" w14:textId="602D36CE" w:rsidR="007B12F1" w:rsidRPr="00460116" w:rsidRDefault="007B12F1" w:rsidP="007B12F1">
      <w:pPr>
        <w:ind w:leftChars="160" w:left="1418" w:hangingChars="343" w:hanging="1098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18</w:t>
      </w:r>
      <w:r w:rsidRPr="00460116">
        <w:rPr>
          <w:b/>
          <w:sz w:val="32"/>
          <w:szCs w:val="32"/>
          <w:lang w:eastAsia="ja-JP"/>
        </w:rPr>
        <w:t xml:space="preserve">　</w:t>
      </w:r>
      <w:r>
        <w:rPr>
          <w:rFonts w:hint="eastAsia"/>
          <w:b/>
          <w:sz w:val="32"/>
          <w:szCs w:val="32"/>
          <w:lang w:eastAsia="ja-JP"/>
        </w:rPr>
        <w:t>【</w:t>
      </w:r>
      <w:r w:rsidRPr="000D7FCC">
        <w:rPr>
          <w:b/>
          <w:sz w:val="32"/>
          <w:szCs w:val="32"/>
          <w:u w:val="single"/>
          <w:lang w:eastAsia="ja-JP"/>
        </w:rPr>
        <w:t>問</w:t>
      </w:r>
      <w:r w:rsidRPr="000D7FCC">
        <w:rPr>
          <w:rFonts w:hint="eastAsia"/>
          <w:b/>
          <w:sz w:val="32"/>
          <w:szCs w:val="32"/>
          <w:u w:val="single"/>
          <w:lang w:eastAsia="ja-JP"/>
        </w:rPr>
        <w:t>17</w:t>
      </w:r>
      <w:r w:rsidRPr="000D7FCC">
        <w:rPr>
          <w:b/>
          <w:sz w:val="32"/>
          <w:szCs w:val="32"/>
          <w:u w:val="single"/>
          <w:lang w:eastAsia="ja-JP"/>
        </w:rPr>
        <w:t>で「ある」と</w:t>
      </w:r>
      <w:r w:rsidRPr="000D7FCC">
        <w:rPr>
          <w:b/>
          <w:sz w:val="32"/>
          <w:szCs w:val="32"/>
          <w:u w:val="single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0D7FCC">
              <w:rPr>
                <w:b/>
                <w:sz w:val="16"/>
                <w:szCs w:val="32"/>
                <w:u w:val="single"/>
                <w:lang w:eastAsia="ja-JP"/>
              </w:rPr>
              <w:t>こた</w:t>
            </w:r>
          </w:rt>
          <w:rubyBase>
            <w:r w:rsidR="007B12F1" w:rsidRPr="000D7FCC">
              <w:rPr>
                <w:b/>
                <w:sz w:val="32"/>
                <w:szCs w:val="32"/>
                <w:u w:val="single"/>
                <w:lang w:eastAsia="ja-JP"/>
              </w:rPr>
              <w:t>答</w:t>
            </w:r>
          </w:rubyBase>
        </w:ruby>
      </w:r>
      <w:r w:rsidRPr="000D7FCC">
        <w:rPr>
          <w:b/>
          <w:sz w:val="32"/>
          <w:szCs w:val="32"/>
          <w:u w:val="single"/>
          <w:lang w:eastAsia="ja-JP"/>
        </w:rPr>
        <w:t>えた方</w:t>
      </w:r>
      <w:r>
        <w:rPr>
          <w:rFonts w:hint="eastAsia"/>
          <w:b/>
          <w:sz w:val="32"/>
          <w:szCs w:val="32"/>
          <w:lang w:eastAsia="ja-JP"/>
        </w:rPr>
        <w:t>】：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さべつ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差別</w:t>
            </w:r>
          </w:rubyBase>
        </w:ruby>
      </w:r>
      <w:r w:rsidRPr="00460116">
        <w:rPr>
          <w:b/>
          <w:sz w:val="32"/>
          <w:szCs w:val="32"/>
          <w:lang w:eastAsia="ja-JP"/>
        </w:rPr>
        <w:t>や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ふりえき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不利益</w:t>
            </w:r>
          </w:rubyBase>
        </w:ruby>
      </w:r>
      <w:r w:rsidRPr="00460116">
        <w:rPr>
          <w:b/>
          <w:sz w:val="32"/>
          <w:szCs w:val="32"/>
          <w:lang w:eastAsia="ja-JP"/>
        </w:rPr>
        <w:t>な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あつか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扱</w:t>
            </w:r>
          </w:rubyBase>
        </w:ruby>
      </w:r>
      <w:r w:rsidRPr="00460116">
        <w:rPr>
          <w:b/>
          <w:sz w:val="32"/>
          <w:szCs w:val="32"/>
          <w:lang w:eastAsia="ja-JP"/>
        </w:rPr>
        <w:t>いを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う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受</w:t>
            </w:r>
          </w:rubyBase>
        </w:ruby>
      </w:r>
      <w:r w:rsidRPr="00460116">
        <w:rPr>
          <w:b/>
          <w:sz w:val="32"/>
          <w:szCs w:val="32"/>
          <w:lang w:eastAsia="ja-JP"/>
        </w:rPr>
        <w:t>けたと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かん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感</w:t>
            </w:r>
          </w:rubyBase>
        </w:ruby>
      </w:r>
      <w:r w:rsidRPr="00460116">
        <w:rPr>
          <w:b/>
          <w:sz w:val="32"/>
          <w:szCs w:val="32"/>
          <w:lang w:eastAsia="ja-JP"/>
        </w:rPr>
        <w:t>じた</w:t>
      </w:r>
      <w:r>
        <w:rPr>
          <w:rFonts w:hint="eastAsia"/>
          <w:b/>
          <w:sz w:val="32"/>
          <w:szCs w:val="32"/>
          <w:lang w:eastAsia="ja-JP"/>
        </w:rPr>
        <w:t>のはどのような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とき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時</w:t>
            </w:r>
          </w:rubyBase>
        </w:ruby>
      </w:r>
      <w:r>
        <w:rPr>
          <w:rFonts w:hint="eastAsia"/>
          <w:b/>
          <w:sz w:val="32"/>
          <w:szCs w:val="32"/>
          <w:lang w:eastAsia="ja-JP"/>
        </w:rPr>
        <w:t>ですか</w:t>
      </w:r>
      <w:r w:rsidRPr="00460116">
        <w:rPr>
          <w:b/>
          <w:sz w:val="32"/>
          <w:szCs w:val="32"/>
          <w:lang w:eastAsia="ja-JP"/>
        </w:rPr>
        <w:t>。</w:t>
      </w:r>
      <w:r w:rsidRPr="00372F09">
        <w:rPr>
          <w:b/>
          <w:sz w:val="32"/>
          <w:szCs w:val="32"/>
          <w:lang w:eastAsia="ja-JP"/>
        </w:rPr>
        <w:t>（</w:t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ふくすう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複数</w:t>
            </w:r>
          </w:rubyBase>
        </w:ruby>
      </w:r>
      <w:r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B12F1" w:rsidRPr="007B12F1">
              <w:rPr>
                <w:b/>
                <w:sz w:val="16"/>
                <w:szCs w:val="32"/>
                <w:lang w:eastAsia="ja-JP"/>
              </w:rPr>
              <w:t>かいとうか</w:t>
            </w:r>
          </w:rt>
          <w:rubyBase>
            <w:r w:rsidR="007B12F1">
              <w:rPr>
                <w:b/>
                <w:sz w:val="32"/>
                <w:szCs w:val="32"/>
                <w:lang w:eastAsia="ja-JP"/>
              </w:rPr>
              <w:t>回答可</w:t>
            </w:r>
          </w:rubyBase>
        </w:ruby>
      </w:r>
      <w:r w:rsidRPr="00372F09">
        <w:rPr>
          <w:b/>
          <w:sz w:val="32"/>
          <w:szCs w:val="32"/>
          <w:lang w:eastAsia="ja-JP"/>
        </w:rPr>
        <w:t>）</w:t>
      </w:r>
    </w:p>
    <w:p w14:paraId="276851B4" w14:textId="416F9393" w:rsidR="007B12F1" w:rsidRDefault="007B12F1" w:rsidP="007B12F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しゅうろう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就労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しごと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仕事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）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きょういく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教育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がっこう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学校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など）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にんげん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人間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かんけい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関係</w:t>
            </w:r>
          </w:rubyBase>
        </w:ruby>
      </w:r>
    </w:p>
    <w:p w14:paraId="681336F0" w14:textId="61841CF7" w:rsidR="007B12F1" w:rsidRDefault="007B12F1" w:rsidP="007B12F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しゃかい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社会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せいかつ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生活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なか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中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（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ちいき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地域</w:t>
            </w:r>
          </w:rubyBase>
        </w:ruby>
      </w:r>
      <w:r>
        <w:rPr>
          <w:rFonts w:hint="eastAsia"/>
          <w:sz w:val="28"/>
          <w:szCs w:val="28"/>
          <w:lang w:eastAsia="ja-JP"/>
        </w:rPr>
        <w:t>や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しゅみ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趣味</w:t>
            </w:r>
          </w:rubyBase>
        </w:ruby>
      </w:r>
      <w:r>
        <w:rPr>
          <w:rFonts w:hint="eastAsia"/>
          <w:sz w:val="28"/>
          <w:szCs w:val="28"/>
          <w:lang w:eastAsia="ja-JP"/>
        </w:rPr>
        <w:t>など）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こうきょう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公共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しせつ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施設</w:t>
            </w:r>
          </w:rubyBase>
        </w:ruby>
      </w:r>
      <w:r>
        <w:rPr>
          <w:rFonts w:hint="eastAsia"/>
          <w:sz w:val="28"/>
          <w:szCs w:val="28"/>
          <w:lang w:eastAsia="ja-JP"/>
        </w:rPr>
        <w:t>や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 xml:space="preserve">　　みせ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お店</w:t>
            </w:r>
          </w:rubyBase>
        </w:ruby>
      </w:r>
    </w:p>
    <w:p w14:paraId="442F7924" w14:textId="21C457C5" w:rsidR="007B12F1" w:rsidRDefault="007B12F1" w:rsidP="007B12F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こうつう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交通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きかん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機関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りよう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利用</w:t>
            </w:r>
          </w:rubyBase>
        </w:ruby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じ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時</w:t>
            </w:r>
          </w:rubyBase>
        </w:ruby>
      </w:r>
    </w:p>
    <w:p w14:paraId="6C473FC1" w14:textId="12D9000E" w:rsidR="007B12F1" w:rsidRDefault="007B12F1" w:rsidP="007B12F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その</w:t>
      </w:r>
      <w:r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B12F1" w:rsidRPr="007B12F1">
              <w:rPr>
                <w:sz w:val="14"/>
                <w:szCs w:val="28"/>
                <w:lang w:eastAsia="ja-JP"/>
              </w:rPr>
              <w:t>た</w:t>
            </w:r>
          </w:rt>
          <w:rubyBase>
            <w:r w:rsidR="007B12F1">
              <w:rPr>
                <w:sz w:val="28"/>
                <w:szCs w:val="28"/>
                <w:lang w:eastAsia="ja-JP"/>
              </w:rPr>
              <w:t>他</w:t>
            </w:r>
          </w:rubyBase>
        </w:ruby>
      </w:r>
      <w:r>
        <w:rPr>
          <w:rFonts w:hint="eastAsia"/>
          <w:sz w:val="28"/>
          <w:szCs w:val="28"/>
          <w:lang w:eastAsia="ja-JP"/>
        </w:rPr>
        <w:t>（　　　　　　　　　　　　　　　　　　　　　　　）</w:t>
      </w:r>
    </w:p>
    <w:p w14:paraId="134D68EC" w14:textId="49BE552E" w:rsidR="00C91306" w:rsidRPr="00460116" w:rsidRDefault="009A49FC">
      <w:pPr>
        <w:pStyle w:val="1"/>
        <w:rPr>
          <w:sz w:val="36"/>
          <w:szCs w:val="36"/>
          <w:lang w:eastAsia="ja-JP"/>
        </w:rPr>
      </w:pPr>
      <w:r w:rsidRPr="0030632D">
        <w:rPr>
          <w:sz w:val="36"/>
          <w:szCs w:val="36"/>
          <w:bdr w:val="single" w:sz="4" w:space="0" w:color="auto"/>
          <w:lang w:eastAsia="ja-JP"/>
        </w:rPr>
        <w:lastRenderedPageBreak/>
        <w:t>7</w:t>
      </w:r>
      <w:r w:rsidRPr="0030632D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="000D7FCC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D7FCC" w:rsidRPr="000D7FCC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じゆう</w:t>
            </w:r>
          </w:rt>
          <w:rubyBase>
            <w:r w:rsidR="000D7FCC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自由</w:t>
            </w:r>
          </w:rubyBase>
        </w:ruby>
      </w:r>
      <w:r w:rsidR="000D7FCC">
        <w:rPr>
          <w:sz w:val="36"/>
          <w:szCs w:val="36"/>
          <w:bdr w:val="single" w:sz="4" w:space="0" w:color="auto"/>
          <w:lang w:eastAsia="ja-JP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D7FCC" w:rsidRPr="000D7FCC">
              <w:rPr>
                <w:rFonts w:ascii="ＭＳ ゴシック" w:eastAsia="ＭＳ ゴシック" w:hAnsi="ＭＳ ゴシック" w:hint="eastAsia"/>
                <w:sz w:val="18"/>
                <w:szCs w:val="36"/>
                <w:bdr w:val="single" w:sz="4" w:space="0" w:color="auto"/>
                <w:lang w:eastAsia="ja-JP"/>
              </w:rPr>
              <w:t>いけん</w:t>
            </w:r>
          </w:rt>
          <w:rubyBase>
            <w:r w:rsidR="000D7FCC">
              <w:rPr>
                <w:rFonts w:hint="eastAsia"/>
                <w:sz w:val="36"/>
                <w:szCs w:val="36"/>
                <w:bdr w:val="single" w:sz="4" w:space="0" w:color="auto"/>
                <w:lang w:eastAsia="ja-JP"/>
              </w:rPr>
              <w:t>意見</w:t>
            </w:r>
          </w:rubyBase>
        </w:ruby>
      </w:r>
    </w:p>
    <w:p w14:paraId="1BBED05F" w14:textId="78BC6175" w:rsidR="00C91306" w:rsidRPr="00460116" w:rsidRDefault="009A49FC" w:rsidP="00C175EA">
      <w:pPr>
        <w:ind w:leftChars="100" w:left="1275" w:hangingChars="336" w:hanging="1075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問1</w:t>
      </w:r>
      <w:r w:rsidR="007B12F1">
        <w:rPr>
          <w:rFonts w:hint="eastAsia"/>
          <w:b/>
          <w:sz w:val="32"/>
          <w:szCs w:val="32"/>
          <w:lang w:eastAsia="ja-JP"/>
        </w:rPr>
        <w:t>9</w:t>
      </w:r>
      <w:r w:rsidRPr="00460116">
        <w:rPr>
          <w:b/>
          <w:sz w:val="32"/>
          <w:szCs w:val="32"/>
          <w:lang w:eastAsia="ja-JP"/>
        </w:rPr>
        <w:t xml:space="preserve">　</w:t>
      </w:r>
      <w:bookmarkStart w:id="15" w:name="_Hlk237872834"/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おおづまち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大津町</w:t>
            </w:r>
          </w:rubyBase>
        </w:ruby>
      </w:r>
      <w:r w:rsidRPr="00460116">
        <w:rPr>
          <w:b/>
          <w:sz w:val="32"/>
          <w:szCs w:val="32"/>
          <w:lang w:eastAsia="ja-JP"/>
        </w:rPr>
        <w:t>で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あんしん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安心</w:t>
            </w:r>
          </w:rubyBase>
        </w:ruby>
      </w:r>
      <w:r w:rsidRPr="00460116">
        <w:rPr>
          <w:b/>
          <w:sz w:val="32"/>
          <w:szCs w:val="32"/>
          <w:lang w:eastAsia="ja-JP"/>
        </w:rPr>
        <w:t>して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く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暮</w:t>
            </w:r>
          </w:rubyBase>
        </w:ruby>
      </w:r>
      <w:r w:rsidRPr="00460116">
        <w:rPr>
          <w:b/>
          <w:sz w:val="32"/>
          <w:szCs w:val="32"/>
          <w:lang w:eastAsia="ja-JP"/>
        </w:rPr>
        <w:t>らし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つづ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続</w:t>
            </w:r>
          </w:rubyBase>
        </w:ruby>
      </w:r>
      <w:r w:rsidRPr="00460116">
        <w:rPr>
          <w:b/>
          <w:sz w:val="32"/>
          <w:szCs w:val="32"/>
          <w:lang w:eastAsia="ja-JP"/>
        </w:rPr>
        <w:t>けるために、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まち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町</w:t>
            </w:r>
          </w:rubyBase>
        </w:ruby>
      </w:r>
      <w:r w:rsidRPr="00460116">
        <w:rPr>
          <w:b/>
          <w:sz w:val="32"/>
          <w:szCs w:val="32"/>
          <w:lang w:eastAsia="ja-JP"/>
        </w:rPr>
        <w:t>に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と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取</w:t>
            </w:r>
          </w:rubyBase>
        </w:ruby>
      </w:r>
      <w:r w:rsidRPr="00460116">
        <w:rPr>
          <w:b/>
          <w:sz w:val="32"/>
          <w:szCs w:val="32"/>
          <w:lang w:eastAsia="ja-JP"/>
        </w:rPr>
        <w:t>り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く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組</w:t>
            </w:r>
          </w:rubyBase>
        </w:ruby>
      </w:r>
      <w:r w:rsidRPr="00460116">
        <w:rPr>
          <w:b/>
          <w:sz w:val="32"/>
          <w:szCs w:val="32"/>
          <w:lang w:eastAsia="ja-JP"/>
        </w:rPr>
        <w:t>んでほしいこと</w:t>
      </w:r>
      <w:r w:rsidR="00C624EB">
        <w:rPr>
          <w:rFonts w:hint="eastAsia"/>
          <w:b/>
          <w:sz w:val="32"/>
          <w:szCs w:val="32"/>
          <w:lang w:eastAsia="ja-JP"/>
        </w:rPr>
        <w:t>など、</w:t>
      </w:r>
      <w:r w:rsidR="00C624EB" w:rsidRPr="00C624EB">
        <w:rPr>
          <w:rFonts w:hint="eastAsia"/>
          <w:b/>
          <w:sz w:val="32"/>
          <w:szCs w:val="32"/>
          <w:lang w:eastAsia="ja-JP"/>
        </w:rPr>
        <w:t>ご</w:t>
      </w:r>
      <w:r w:rsidR="00C624EB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624EB" w:rsidRPr="00C624EB">
              <w:rPr>
                <w:b/>
                <w:sz w:val="16"/>
                <w:szCs w:val="32"/>
                <w:lang w:eastAsia="ja-JP"/>
              </w:rPr>
              <w:t>いけん</w:t>
            </w:r>
          </w:rt>
          <w:rubyBase>
            <w:r w:rsidR="00C624EB">
              <w:rPr>
                <w:b/>
                <w:sz w:val="32"/>
                <w:szCs w:val="32"/>
                <w:lang w:eastAsia="ja-JP"/>
              </w:rPr>
              <w:t>意見</w:t>
            </w:r>
          </w:rubyBase>
        </w:ruby>
      </w:r>
      <w:r w:rsidR="00C624EB" w:rsidRPr="00C624EB">
        <w:rPr>
          <w:rFonts w:hint="eastAsia"/>
          <w:b/>
          <w:sz w:val="32"/>
          <w:szCs w:val="32"/>
          <w:lang w:eastAsia="ja-JP"/>
        </w:rPr>
        <w:t>・ご</w:t>
      </w:r>
      <w:r w:rsidR="00C624EB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624EB" w:rsidRPr="00C624EB">
              <w:rPr>
                <w:b/>
                <w:sz w:val="16"/>
                <w:szCs w:val="32"/>
                <w:lang w:eastAsia="ja-JP"/>
              </w:rPr>
              <w:t>ていあん</w:t>
            </w:r>
          </w:rt>
          <w:rubyBase>
            <w:r w:rsidR="00C624EB">
              <w:rPr>
                <w:b/>
                <w:sz w:val="32"/>
                <w:szCs w:val="32"/>
                <w:lang w:eastAsia="ja-JP"/>
              </w:rPr>
              <w:t>提案</w:t>
            </w:r>
          </w:rubyBase>
        </w:ruby>
      </w:r>
      <w:r w:rsidR="00C624EB" w:rsidRPr="00C624EB">
        <w:rPr>
          <w:rFonts w:hint="eastAsia"/>
          <w:b/>
          <w:sz w:val="32"/>
          <w:szCs w:val="32"/>
          <w:lang w:eastAsia="ja-JP"/>
        </w:rPr>
        <w:t>を</w:t>
      </w:r>
      <w:r w:rsidRPr="00460116">
        <w:rPr>
          <w:b/>
          <w:sz w:val="32"/>
          <w:szCs w:val="32"/>
          <w:lang w:eastAsia="ja-JP"/>
        </w:rPr>
        <w:t>ご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じゆう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自由</w:t>
            </w:r>
          </w:rubyBase>
        </w:ruby>
      </w:r>
      <w:r w:rsidRPr="00460116">
        <w:rPr>
          <w:b/>
          <w:sz w:val="32"/>
          <w:szCs w:val="32"/>
          <w:lang w:eastAsia="ja-JP"/>
        </w:rPr>
        <w:t>にお</w:t>
      </w:r>
      <w:r w:rsidR="00540796">
        <w:rPr>
          <w:b/>
          <w:sz w:val="32"/>
          <w:szCs w:val="32"/>
          <w:lang w:eastAsia="ja-JP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40796" w:rsidRPr="00540796">
              <w:rPr>
                <w:b/>
                <w:sz w:val="16"/>
                <w:szCs w:val="32"/>
                <w:lang w:eastAsia="ja-JP"/>
              </w:rPr>
              <w:t>か</w:t>
            </w:r>
          </w:rt>
          <w:rubyBase>
            <w:r w:rsidR="00540796">
              <w:rPr>
                <w:b/>
                <w:sz w:val="32"/>
                <w:szCs w:val="32"/>
                <w:lang w:eastAsia="ja-JP"/>
              </w:rPr>
              <w:t>書</w:t>
            </w:r>
          </w:rubyBase>
        </w:ruby>
      </w:r>
      <w:r w:rsidRPr="00460116">
        <w:rPr>
          <w:b/>
          <w:sz w:val="32"/>
          <w:szCs w:val="32"/>
          <w:lang w:eastAsia="ja-JP"/>
        </w:rPr>
        <w:t>きください。</w:t>
      </w:r>
    </w:p>
    <w:bookmarkEnd w:id="15"/>
    <w:p w14:paraId="035828F8" w14:textId="6DCEEAD7" w:rsidR="00E82DAE" w:rsidRDefault="00540796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470D047" wp14:editId="2762ADB2">
                <wp:simplePos x="0" y="0"/>
                <wp:positionH relativeFrom="column">
                  <wp:posOffset>-9525</wp:posOffset>
                </wp:positionH>
                <wp:positionV relativeFrom="paragraph">
                  <wp:posOffset>60960</wp:posOffset>
                </wp:positionV>
                <wp:extent cx="6572250" cy="4572000"/>
                <wp:effectExtent l="57150" t="19050" r="76200" b="952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457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6C68D" w14:textId="77777777" w:rsidR="00540796" w:rsidRDefault="00540796" w:rsidP="00540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0D047" id="正方形/長方形 8" o:spid="_x0000_s1029" style="position:absolute;margin-left:-.75pt;margin-top:4.8pt;width:517.5pt;height:5in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" filled="f" strokecolor="black [3213]">
                <v:shadow on="t" color="black" opacity="22937f" origin=",.5" offset="0,.63889mm"/>
                <v:textbox>
                  <w:txbxContent>
                    <w:p w14:paraId="0A86C68D" w14:textId="77777777" w:rsidR="00540796" w:rsidRDefault="00540796" w:rsidP="00540796"/>
                  </w:txbxContent>
                </v:textbox>
              </v:rect>
            </w:pict>
          </mc:Fallback>
        </mc:AlternateContent>
      </w:r>
    </w:p>
    <w:p w14:paraId="631ABE40" w14:textId="14018494" w:rsidR="00540796" w:rsidRDefault="00540796">
      <w:pPr>
        <w:rPr>
          <w:lang w:eastAsia="ja-JP"/>
        </w:rPr>
      </w:pPr>
    </w:p>
    <w:p w14:paraId="1947E7C0" w14:textId="76927D40" w:rsidR="00540796" w:rsidRDefault="00540796">
      <w:pPr>
        <w:rPr>
          <w:lang w:eastAsia="ja-JP"/>
        </w:rPr>
      </w:pPr>
    </w:p>
    <w:p w14:paraId="6CDBEB8B" w14:textId="4BE837E5" w:rsidR="00540796" w:rsidRDefault="00540796">
      <w:pPr>
        <w:rPr>
          <w:lang w:eastAsia="ja-JP"/>
        </w:rPr>
      </w:pPr>
    </w:p>
    <w:p w14:paraId="26B52489" w14:textId="0E47552B" w:rsidR="00540796" w:rsidRDefault="00540796">
      <w:pPr>
        <w:rPr>
          <w:lang w:eastAsia="ja-JP"/>
        </w:rPr>
      </w:pPr>
    </w:p>
    <w:p w14:paraId="619B0B57" w14:textId="77777777" w:rsidR="00540796" w:rsidRDefault="00540796">
      <w:pPr>
        <w:rPr>
          <w:lang w:eastAsia="ja-JP"/>
        </w:rPr>
      </w:pPr>
    </w:p>
    <w:p w14:paraId="6EDEF9F4" w14:textId="77777777" w:rsidR="00E82DAE" w:rsidRDefault="00E82DAE">
      <w:pPr>
        <w:rPr>
          <w:lang w:eastAsia="ja-JP"/>
        </w:rPr>
      </w:pPr>
    </w:p>
    <w:p w14:paraId="59B8F6BE" w14:textId="77777777" w:rsidR="00016621" w:rsidRDefault="009A49FC" w:rsidP="00540796">
      <w:pPr>
        <w:jc w:val="right"/>
        <w:rPr>
          <w:sz w:val="28"/>
          <w:szCs w:val="28"/>
          <w:lang w:eastAsia="ja-JP"/>
        </w:rPr>
      </w:pPr>
      <w:r>
        <w:rPr>
          <w:lang w:eastAsia="ja-JP"/>
        </w:rPr>
        <w:br/>
      </w:r>
    </w:p>
    <w:p w14:paraId="2758E742" w14:textId="77777777" w:rsidR="00016621" w:rsidRDefault="00016621" w:rsidP="00540796">
      <w:pPr>
        <w:jc w:val="right"/>
        <w:rPr>
          <w:sz w:val="28"/>
          <w:szCs w:val="28"/>
          <w:lang w:eastAsia="ja-JP"/>
        </w:rPr>
      </w:pPr>
    </w:p>
    <w:p w14:paraId="2FCA2EA5" w14:textId="77777777" w:rsidR="00016621" w:rsidRDefault="00016621" w:rsidP="00540796">
      <w:pPr>
        <w:jc w:val="right"/>
        <w:rPr>
          <w:sz w:val="28"/>
          <w:szCs w:val="28"/>
          <w:lang w:eastAsia="ja-JP"/>
        </w:rPr>
      </w:pPr>
    </w:p>
    <w:p w14:paraId="27E9E8BC" w14:textId="77777777" w:rsidR="00016621" w:rsidRDefault="00016621" w:rsidP="00540796">
      <w:pPr>
        <w:jc w:val="right"/>
        <w:rPr>
          <w:sz w:val="28"/>
          <w:szCs w:val="28"/>
          <w:lang w:eastAsia="ja-JP"/>
        </w:rPr>
      </w:pPr>
    </w:p>
    <w:p w14:paraId="024C8D8E" w14:textId="7A6C4D99" w:rsidR="00C91306" w:rsidRPr="00460116" w:rsidRDefault="009A49FC" w:rsidP="00540796">
      <w:pPr>
        <w:jc w:val="right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ご</w:t>
      </w:r>
      <w:r w:rsidR="000D7FCC">
        <w:rPr>
          <w:sz w:val="28"/>
          <w:szCs w:val="28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D7FCC" w:rsidRPr="000D7FCC">
              <w:rPr>
                <w:sz w:val="14"/>
                <w:szCs w:val="28"/>
                <w:lang w:eastAsia="ja-JP"/>
              </w:rPr>
              <w:t>きょうりょく</w:t>
            </w:r>
          </w:rt>
          <w:rubyBase>
            <w:r w:rsidR="000D7FCC">
              <w:rPr>
                <w:sz w:val="28"/>
                <w:szCs w:val="28"/>
                <w:lang w:eastAsia="ja-JP"/>
              </w:rPr>
              <w:t>協力</w:t>
            </w:r>
          </w:rubyBase>
        </w:ruby>
      </w:r>
      <w:r w:rsidRPr="00460116">
        <w:rPr>
          <w:sz w:val="28"/>
          <w:szCs w:val="28"/>
          <w:lang w:eastAsia="ja-JP"/>
        </w:rPr>
        <w:t>ありがとうございました。</w:t>
      </w:r>
    </w:p>
    <w:sectPr w:rsidR="00C91306" w:rsidRPr="00460116" w:rsidSect="00CF5BA8">
      <w:footerReference w:type="default" r:id="rId10"/>
      <w:pgSz w:w="12240" w:h="15840"/>
      <w:pgMar w:top="709" w:right="900" w:bottom="851" w:left="1020" w:header="227" w:footer="146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9BD2" w14:textId="77777777" w:rsidR="006C7AEF" w:rsidRDefault="006C7AEF" w:rsidP="006C7AEF">
      <w:pPr>
        <w:spacing w:after="0" w:line="240" w:lineRule="auto"/>
      </w:pPr>
      <w:r>
        <w:separator/>
      </w:r>
    </w:p>
  </w:endnote>
  <w:endnote w:type="continuationSeparator" w:id="0">
    <w:p w14:paraId="2DCA866D" w14:textId="77777777" w:rsidR="006C7AEF" w:rsidRDefault="006C7AEF" w:rsidP="006C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04346"/>
      <w:docPartObj>
        <w:docPartGallery w:val="Page Numbers (Bottom of Page)"/>
        <w:docPartUnique/>
      </w:docPartObj>
    </w:sdtPr>
    <w:sdtEndPr/>
    <w:sdtContent>
      <w:p w14:paraId="4B4FA230" w14:textId="3327BD3A" w:rsidR="006C7AEF" w:rsidRDefault="006C7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11EBF441" w14:textId="77777777" w:rsidR="006C7AEF" w:rsidRDefault="006C7A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610B" w14:textId="77777777" w:rsidR="006C7AEF" w:rsidRDefault="006C7AEF" w:rsidP="006C7AEF">
      <w:pPr>
        <w:spacing w:after="0" w:line="240" w:lineRule="auto"/>
      </w:pPr>
      <w:r>
        <w:separator/>
      </w:r>
    </w:p>
  </w:footnote>
  <w:footnote w:type="continuationSeparator" w:id="0">
    <w:p w14:paraId="7216367D" w14:textId="77777777" w:rsidR="006C7AEF" w:rsidRDefault="006C7AEF" w:rsidP="006C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621"/>
    <w:rsid w:val="00034616"/>
    <w:rsid w:val="0004467A"/>
    <w:rsid w:val="0006063C"/>
    <w:rsid w:val="000D7FCC"/>
    <w:rsid w:val="000F151B"/>
    <w:rsid w:val="0015074B"/>
    <w:rsid w:val="00166561"/>
    <w:rsid w:val="001B2AFA"/>
    <w:rsid w:val="001C1BC5"/>
    <w:rsid w:val="0024587E"/>
    <w:rsid w:val="00284D15"/>
    <w:rsid w:val="002942F3"/>
    <w:rsid w:val="0029639D"/>
    <w:rsid w:val="002E38F3"/>
    <w:rsid w:val="0030632D"/>
    <w:rsid w:val="00326F90"/>
    <w:rsid w:val="00354B76"/>
    <w:rsid w:val="003671E3"/>
    <w:rsid w:val="003B6F7F"/>
    <w:rsid w:val="00460116"/>
    <w:rsid w:val="004A00B4"/>
    <w:rsid w:val="00530C2B"/>
    <w:rsid w:val="00540796"/>
    <w:rsid w:val="00602240"/>
    <w:rsid w:val="00615117"/>
    <w:rsid w:val="00665724"/>
    <w:rsid w:val="006C7AEF"/>
    <w:rsid w:val="006F16B4"/>
    <w:rsid w:val="007B12F1"/>
    <w:rsid w:val="00901B90"/>
    <w:rsid w:val="009060D5"/>
    <w:rsid w:val="00984EEC"/>
    <w:rsid w:val="009A49FC"/>
    <w:rsid w:val="009D323E"/>
    <w:rsid w:val="00A33071"/>
    <w:rsid w:val="00AA1D8D"/>
    <w:rsid w:val="00B47730"/>
    <w:rsid w:val="00C175EA"/>
    <w:rsid w:val="00C624EB"/>
    <w:rsid w:val="00C91306"/>
    <w:rsid w:val="00CB0664"/>
    <w:rsid w:val="00CF5BA8"/>
    <w:rsid w:val="00D001BF"/>
    <w:rsid w:val="00DD5C26"/>
    <w:rsid w:val="00DF54E7"/>
    <w:rsid w:val="00E82DAE"/>
    <w:rsid w:val="00E86669"/>
    <w:rsid w:val="00FC25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4EEB1BC"/>
  <w14:defaultImageDpi w14:val="300"/>
  <w15:docId w15:val="{A8CD18A0-4954-44D7-B019-3B6FE114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4412</Words>
  <Characters>25155</Characters>
  <Application>Microsoft Office Word</Application>
  <DocSecurity>0</DocSecurity>
  <Lines>209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安武 祐成</cp:lastModifiedBy>
  <cp:revision>12</cp:revision>
  <dcterms:created xsi:type="dcterms:W3CDTF">2026-08-17T07:17:00Z</dcterms:created>
  <dcterms:modified xsi:type="dcterms:W3CDTF">2026-09-03T00:16:00Z</dcterms:modified>
  <cp:category/>
</cp:coreProperties>
</file>