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after="60"/>
        <w:rPr>
          <w:rFonts w:asciiTheme="majorEastAsia" w:eastAsiaTheme="majorEastAsia" w:hAnsiTheme="majorEastAsia"/>
          <w:lang w:eastAsia="ja-JP"/>
        </w:rPr>
      </w:pPr>
      <w:r>
        <w:rPr>
          <w:rFonts w:asciiTheme="majorEastAsia" w:eastAsiaTheme="majorEastAsia" w:hAnsiTheme="majorEastAsia" w:cs="Noto Sans CJK JP"/>
          <w:b/>
          <w:lang w:eastAsia="ja-JP"/>
        </w:rPr>
        <w:t>様式第３号</w:t>
      </w:r>
    </w:p>
    <w:p>
      <w:pPr>
        <w:spacing w:before="20" w:after="40"/>
        <w:jc w:val="center"/>
        <w:rPr>
          <w:rFonts w:asciiTheme="majorEastAsia" w:eastAsiaTheme="majorEastAsia" w:hAnsiTheme="majorEastAsia"/>
          <w:lang w:eastAsia="ja-JP"/>
        </w:rPr>
      </w:pPr>
      <w:r>
        <w:rPr>
          <w:rFonts w:asciiTheme="majorEastAsia" w:eastAsiaTheme="majorEastAsia" w:hAnsiTheme="majorEastAsia" w:cs="Noto Sans CJK JP"/>
          <w:b/>
          <w:sz w:val="34"/>
          <w:lang w:eastAsia="ja-JP"/>
        </w:rPr>
        <w:t>修 理 見 積 書</w:t>
      </w:r>
    </w:p>
    <w:p>
      <w:pPr>
        <w:spacing w:after="40"/>
        <w:jc w:val="center"/>
        <w:rPr>
          <w:rFonts w:asciiTheme="majorEastAsia" w:eastAsiaTheme="majorEastAsia" w:hAnsiTheme="majorEastAsia"/>
          <w:lang w:eastAsia="ja-JP"/>
        </w:rPr>
      </w:pPr>
      <w:r>
        <w:rPr>
          <w:rFonts w:asciiTheme="majorEastAsia" w:eastAsiaTheme="majorEastAsia" w:hAnsiTheme="majorEastAsia" w:cs="Noto Sans CJK JP"/>
          <w:b/>
          <w:sz w:val="23"/>
          <w:lang w:eastAsia="ja-JP"/>
        </w:rPr>
        <w:t>（　全壊　・　大規模半壊　・　中規模半壊　・　半壊　・　準半壊　）</w:t>
      </w:r>
    </w:p>
    <w:p>
      <w:pPr>
        <w:spacing w:after="220"/>
        <w:jc w:val="center"/>
        <w:rPr>
          <w:rFonts w:asciiTheme="majorEastAsia" w:eastAsiaTheme="majorEastAsia" w:hAnsiTheme="majorEastAsia"/>
          <w:sz w:val="18"/>
          <w:szCs w:val="18"/>
          <w:lang w:eastAsia="ja-JP"/>
        </w:rPr>
      </w:pPr>
      <w:r>
        <w:rPr>
          <w:rFonts w:asciiTheme="majorEastAsia" w:eastAsiaTheme="majorEastAsia" w:hAnsiTheme="majorEastAsia" w:cs="Noto Sans CJK JP"/>
          <w:sz w:val="18"/>
          <w:szCs w:val="18"/>
          <w:lang w:eastAsia="ja-JP"/>
        </w:rPr>
        <w:t>※ 町が発行する「り災証明書」等に基づき、該当する被害の程度に</w:t>
      </w:r>
      <w:r>
        <w:rPr>
          <w:rFonts w:asciiTheme="majorEastAsia" w:eastAsiaTheme="majorEastAsia" w:hAnsiTheme="majorEastAsia" w:cs="ＭＳ 明朝" w:hint="eastAsia"/>
          <w:sz w:val="18"/>
          <w:szCs w:val="18"/>
          <w:lang w:eastAsia="ja-JP"/>
        </w:rPr>
        <w:t>〇</w:t>
      </w:r>
      <w:r>
        <w:rPr>
          <w:rFonts w:asciiTheme="majorEastAsia" w:eastAsiaTheme="majorEastAsia" w:hAnsiTheme="majorEastAsia" w:cs="Noto Sans CJK JP"/>
          <w:sz w:val="18"/>
          <w:szCs w:val="18"/>
          <w:lang w:eastAsia="ja-JP"/>
        </w:rPr>
        <w:t>をつけてください。</w:t>
      </w:r>
    </w:p>
    <w:p>
      <w:pPr>
        <w:spacing w:before="80" w:after="40"/>
        <w:rPr>
          <w:rFonts w:asciiTheme="majorEastAsia" w:eastAsiaTheme="majorEastAsia" w:hAnsiTheme="majorEastAsia" w:cs="Noto Sans CJK JP"/>
          <w:b/>
          <w:sz w:val="22"/>
          <w:lang w:eastAsia="ja-JP"/>
        </w:rPr>
      </w:pPr>
    </w:p>
    <w:p>
      <w:pPr>
        <w:spacing w:before="80" w:after="40"/>
        <w:rPr>
          <w:rFonts w:asciiTheme="majorEastAsia" w:eastAsiaTheme="majorEastAsia" w:hAnsiTheme="majorEastAsia" w:cs="Noto Sans CJK JP"/>
          <w:b/>
          <w:sz w:val="22"/>
          <w:lang w:eastAsia="ja-JP"/>
        </w:rPr>
      </w:pPr>
    </w:p>
    <w:p>
      <w:pPr>
        <w:spacing w:before="80" w:after="40"/>
        <w:ind w:firstLineChars="150" w:firstLine="422"/>
        <w:rPr>
          <w:rFonts w:asciiTheme="majorEastAsia" w:eastAsiaTheme="majorEastAsia" w:hAnsiTheme="majorEastAsia" w:cs="Noto Sans CJK JP"/>
          <w:b/>
          <w:sz w:val="28"/>
          <w:szCs w:val="28"/>
          <w:u w:val="single"/>
          <w:lang w:eastAsia="ja-JP"/>
        </w:rPr>
      </w:pPr>
      <w:r>
        <w:rPr>
          <w:rFonts w:asciiTheme="majorEastAsia" w:eastAsiaTheme="majorEastAsia" w:hAnsiTheme="majorEastAsia" w:cs="ＭＳ 明朝" w:hint="eastAsia"/>
          <w:b/>
          <w:sz w:val="28"/>
          <w:szCs w:val="28"/>
          <w:u w:val="single"/>
          <w:lang w:eastAsia="ja-JP"/>
        </w:rPr>
        <w:t xml:space="preserve">　見積金額（総工事費）</w:t>
      </w:r>
      <w:r>
        <w:rPr>
          <w:rFonts w:asciiTheme="majorEastAsia" w:eastAsiaTheme="majorEastAsia" w:hAnsiTheme="majorEastAsia" w:cs="Noto Sans CJK JP"/>
          <w:b/>
          <w:sz w:val="28"/>
          <w:szCs w:val="28"/>
          <w:u w:val="single"/>
          <w:lang w:eastAsia="ja-JP"/>
        </w:rPr>
        <w:tab/>
      </w:r>
      <w:r>
        <w:rPr>
          <w:rFonts w:asciiTheme="majorEastAsia" w:eastAsiaTheme="majorEastAsia" w:hAnsiTheme="majorEastAsia" w:cs="Noto Sans CJK JP"/>
          <w:b/>
          <w:sz w:val="28"/>
          <w:szCs w:val="28"/>
          <w:u w:val="single"/>
          <w:lang w:eastAsia="ja-JP"/>
        </w:rPr>
        <w:tab/>
        <w:t xml:space="preserve">     </w:t>
      </w:r>
      <w:r>
        <w:rPr>
          <w:rFonts w:asciiTheme="majorEastAsia" w:eastAsiaTheme="majorEastAsia" w:hAnsiTheme="majorEastAsia" w:cs="ＭＳ 明朝" w:hint="eastAsia"/>
          <w:b/>
          <w:sz w:val="28"/>
          <w:szCs w:val="28"/>
          <w:u w:val="single"/>
          <w:lang w:eastAsia="ja-JP"/>
        </w:rPr>
        <w:t xml:space="preserve">　　　　円</w:t>
      </w:r>
      <w:r>
        <w:rPr>
          <w:rFonts w:asciiTheme="majorEastAsia" w:eastAsiaTheme="majorEastAsia" w:hAnsiTheme="majorEastAsia" w:cs="Noto Sans CJK JP"/>
          <w:b/>
          <w:sz w:val="28"/>
          <w:szCs w:val="28"/>
          <w:u w:val="single"/>
          <w:lang w:eastAsia="ja-JP"/>
        </w:rPr>
        <w:tab/>
      </w:r>
      <w:r>
        <w:rPr>
          <w:rFonts w:asciiTheme="majorEastAsia" w:eastAsiaTheme="majorEastAsia" w:hAnsiTheme="majorEastAsia" w:cs="ＭＳ 明朝" w:hint="eastAsia"/>
          <w:b/>
          <w:sz w:val="28"/>
          <w:szCs w:val="28"/>
          <w:u w:val="single"/>
          <w:lang w:eastAsia="ja-JP"/>
        </w:rPr>
        <w:t>（消費税込）</w:t>
      </w:r>
      <w:r>
        <w:rPr>
          <w:rFonts w:asciiTheme="majorEastAsia" w:eastAsiaTheme="majorEastAsia" w:hAnsiTheme="majorEastAsia" w:cs="ＭＳ 明朝" w:hint="eastAsia"/>
          <w:b/>
          <w:sz w:val="28"/>
          <w:szCs w:val="28"/>
          <w:lang w:eastAsia="ja-JP"/>
        </w:rPr>
        <w:t xml:space="preserve">　</w:t>
      </w:r>
    </w:p>
    <w:p>
      <w:pPr>
        <w:spacing w:before="80" w:after="40"/>
        <w:rPr>
          <w:rFonts w:asciiTheme="majorEastAsia" w:eastAsiaTheme="majorEastAsia" w:hAnsiTheme="majorEastAsia" w:cs="Noto Sans CJK JP"/>
          <w:b/>
          <w:sz w:val="22"/>
          <w:lang w:eastAsia="ja-JP"/>
        </w:rPr>
      </w:pPr>
    </w:p>
    <w:p>
      <w:pPr>
        <w:spacing w:before="80" w:after="40"/>
        <w:rPr>
          <w:rFonts w:asciiTheme="majorEastAsia" w:eastAsiaTheme="majorEastAsia" w:hAnsiTheme="majorEastAsia" w:cs="Noto Sans CJK JP"/>
          <w:b/>
          <w:sz w:val="22"/>
          <w:lang w:eastAsia="ja-JP"/>
        </w:rPr>
      </w:pPr>
      <w:r>
        <w:rPr>
          <w:rFonts w:asciiTheme="majorEastAsia" w:eastAsiaTheme="majorEastAsia" w:hAnsiTheme="majorEastAsia" w:cs="Noto Sans CJK JP" w:hint="eastAsia"/>
          <w:b/>
          <w:sz w:val="22"/>
          <w:lang w:eastAsia="ja-JP"/>
        </w:rPr>
        <w:t>☑　「住宅の応急修理」申込関係</w:t>
      </w:r>
    </w:p>
    <w:p>
      <w:pPr>
        <w:spacing w:before="80" w:after="40"/>
        <w:ind w:firstLineChars="200" w:firstLine="442"/>
        <w:rPr>
          <w:rFonts w:asciiTheme="majorEastAsia" w:eastAsiaTheme="majorEastAsia" w:hAnsiTheme="majorEastAsia" w:cs="Noto Sans CJK JP"/>
          <w:b/>
          <w:sz w:val="22"/>
          <w:u w:val="single"/>
          <w:lang w:eastAsia="ja-JP"/>
        </w:rPr>
      </w:pPr>
      <w:r>
        <w:rPr>
          <w:rFonts w:asciiTheme="majorEastAsia" w:eastAsiaTheme="majorEastAsia" w:hAnsiTheme="majorEastAsia" w:cs="Noto Sans CJK JP" w:hint="eastAsia"/>
          <w:b/>
          <w:sz w:val="22"/>
          <w:u w:val="single"/>
          <w:lang w:eastAsia="ja-JP"/>
        </w:rPr>
        <w:t>見積金額（応急修理分）（※１）</w:t>
      </w:r>
      <w:r>
        <w:rPr>
          <w:rFonts w:asciiTheme="majorEastAsia" w:eastAsiaTheme="majorEastAsia" w:hAnsiTheme="majorEastAsia" w:cs="Noto Sans CJK JP"/>
          <w:b/>
          <w:sz w:val="22"/>
          <w:u w:val="single"/>
          <w:lang w:eastAsia="ja-JP"/>
        </w:rPr>
        <w:tab/>
      </w:r>
      <w:r>
        <w:rPr>
          <w:rFonts w:asciiTheme="majorEastAsia" w:eastAsiaTheme="majorEastAsia" w:hAnsiTheme="majorEastAsia" w:cs="Noto Sans CJK JP" w:hint="eastAsia"/>
          <w:b/>
          <w:sz w:val="22"/>
          <w:u w:val="single"/>
          <w:lang w:eastAsia="ja-JP"/>
        </w:rPr>
        <w:t xml:space="preserve">　　　　　 　 　円</w:t>
      </w:r>
      <w:r>
        <w:rPr>
          <w:rFonts w:asciiTheme="majorEastAsia" w:eastAsiaTheme="majorEastAsia" w:hAnsiTheme="majorEastAsia" w:cs="Noto Sans CJK JP"/>
          <w:b/>
          <w:sz w:val="22"/>
          <w:u w:val="single"/>
          <w:lang w:eastAsia="ja-JP"/>
        </w:rPr>
        <w:tab/>
      </w:r>
      <w:r>
        <w:rPr>
          <w:rFonts w:asciiTheme="majorEastAsia" w:eastAsiaTheme="majorEastAsia" w:hAnsiTheme="majorEastAsia" w:cs="Noto Sans CJK JP" w:hint="eastAsia"/>
          <w:b/>
          <w:sz w:val="22"/>
          <w:u w:val="single"/>
          <w:lang w:eastAsia="ja-JP"/>
        </w:rPr>
        <w:t>（消費税込）</w:t>
      </w:r>
    </w:p>
    <w:p>
      <w:pPr>
        <w:spacing w:before="80" w:after="40"/>
        <w:ind w:firstLineChars="200" w:firstLine="442"/>
        <w:rPr>
          <w:rFonts w:asciiTheme="majorEastAsia" w:eastAsiaTheme="majorEastAsia" w:hAnsiTheme="majorEastAsia" w:cs="Noto Sans CJK JP"/>
          <w:b/>
          <w:sz w:val="22"/>
          <w:u w:val="single"/>
          <w:lang w:eastAsia="ja-JP"/>
        </w:rPr>
      </w:pPr>
      <w:r>
        <w:rPr>
          <w:rFonts w:asciiTheme="majorEastAsia" w:eastAsiaTheme="majorEastAsia" w:hAnsiTheme="majorEastAsia" w:cs="Noto Sans CJK JP" w:hint="eastAsia"/>
          <w:b/>
          <w:sz w:val="22"/>
          <w:u w:val="single"/>
          <w:lang w:eastAsia="ja-JP"/>
        </w:rPr>
        <w:t>見積金額（被災者負担分）</w:t>
      </w:r>
      <w:r>
        <w:rPr>
          <w:rFonts w:asciiTheme="majorEastAsia" w:eastAsiaTheme="majorEastAsia" w:hAnsiTheme="majorEastAsia" w:cs="Noto Sans CJK JP"/>
          <w:b/>
          <w:sz w:val="22"/>
          <w:u w:val="single"/>
          <w:lang w:eastAsia="ja-JP"/>
        </w:rPr>
        <w:tab/>
      </w:r>
      <w:r>
        <w:rPr>
          <w:rFonts w:asciiTheme="majorEastAsia" w:eastAsiaTheme="majorEastAsia" w:hAnsiTheme="majorEastAsia" w:cs="Noto Sans CJK JP"/>
          <w:b/>
          <w:sz w:val="22"/>
          <w:u w:val="single"/>
          <w:lang w:eastAsia="ja-JP"/>
        </w:rPr>
        <w:tab/>
      </w:r>
      <w:r>
        <w:rPr>
          <w:rFonts w:asciiTheme="majorEastAsia" w:eastAsiaTheme="majorEastAsia" w:hAnsiTheme="majorEastAsia" w:cs="Noto Sans CJK JP" w:hint="eastAsia"/>
          <w:b/>
          <w:sz w:val="22"/>
          <w:u w:val="single"/>
          <w:lang w:eastAsia="ja-JP"/>
        </w:rPr>
        <w:t xml:space="preserve">　　　　　  　　円</w:t>
      </w:r>
      <w:r>
        <w:rPr>
          <w:rFonts w:asciiTheme="majorEastAsia" w:eastAsiaTheme="majorEastAsia" w:hAnsiTheme="majorEastAsia" w:cs="Noto Sans CJK JP"/>
          <w:b/>
          <w:sz w:val="22"/>
          <w:u w:val="single"/>
          <w:lang w:eastAsia="ja-JP"/>
        </w:rPr>
        <w:tab/>
      </w:r>
      <w:r>
        <w:rPr>
          <w:rFonts w:asciiTheme="majorEastAsia" w:eastAsiaTheme="majorEastAsia" w:hAnsiTheme="majorEastAsia" w:cs="Noto Sans CJK JP" w:hint="eastAsia"/>
          <w:b/>
          <w:sz w:val="22"/>
          <w:u w:val="single"/>
          <w:lang w:eastAsia="ja-JP"/>
        </w:rPr>
        <w:t>（消費税込）</w:t>
      </w:r>
    </w:p>
    <w:p>
      <w:pPr>
        <w:spacing w:before="80" w:after="40"/>
        <w:rPr>
          <w:rFonts w:asciiTheme="majorEastAsia" w:eastAsiaTheme="majorEastAsia" w:hAnsiTheme="majorEastAsia" w:cs="Noto Sans CJK JP"/>
          <w:b/>
          <w:sz w:val="22"/>
          <w:lang w:eastAsia="ja-JP"/>
        </w:rPr>
      </w:pPr>
    </w:p>
    <w:p>
      <w:pPr>
        <w:spacing w:before="100"/>
        <w:rPr>
          <w:rFonts w:asciiTheme="majorEastAsia" w:eastAsiaTheme="majorEastAsia" w:hAnsiTheme="major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830"/>
      </w:tblGrid>
      <w:tr>
        <w:trPr>
          <w:trHeight w:val="793"/>
          <w:jc w:val="center"/>
        </w:trPr>
        <w:tc>
          <w:tcPr>
            <w:tcW w:w="88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>
            <w:pPr>
              <w:spacing w:line="288" w:lineRule="auto"/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>
              <w:rPr>
                <w:rFonts w:asciiTheme="majorEastAsia" w:eastAsiaTheme="majorEastAsia" w:hAnsiTheme="majorEastAsia" w:cs="Noto Sans CJK JP"/>
                <w:b/>
                <w:lang w:eastAsia="ja-JP"/>
              </w:rPr>
              <w:t>工事内訳は別紙のとおり</w:t>
            </w:r>
            <w:r>
              <w:rPr>
                <w:rFonts w:asciiTheme="majorEastAsia" w:eastAsiaTheme="majorEastAsia" w:hAnsiTheme="majorEastAsia" w:cs="Noto Sans CJK JP"/>
                <w:b/>
                <w:lang w:eastAsia="ja-JP"/>
              </w:rPr>
              <w:br/>
              <w:t>（工事内訳は、普段使用している見積書を添付してください。）</w:t>
            </w:r>
          </w:p>
        </w:tc>
      </w:tr>
    </w:tbl>
    <w:p>
      <w:pPr>
        <w:spacing w:before="140" w:after="20"/>
        <w:rPr>
          <w:rFonts w:asciiTheme="majorEastAsia" w:eastAsiaTheme="majorEastAsia" w:hAnsiTheme="majorEastAsia"/>
          <w:sz w:val="20"/>
          <w:szCs w:val="20"/>
          <w:lang w:eastAsia="ja-JP"/>
        </w:rPr>
      </w:pPr>
      <w:r>
        <w:rPr>
          <w:rFonts w:asciiTheme="majorEastAsia" w:eastAsiaTheme="majorEastAsia" w:hAnsiTheme="majorEastAsia" w:cs="Noto Sans CJK JP"/>
          <w:sz w:val="20"/>
          <w:szCs w:val="20"/>
          <w:lang w:eastAsia="ja-JP"/>
        </w:rPr>
        <w:t xml:space="preserve">※1  </w:t>
      </w:r>
      <w:r>
        <w:rPr>
          <w:rFonts w:asciiTheme="majorEastAsia" w:eastAsiaTheme="majorEastAsia" w:hAnsiTheme="majorEastAsia" w:cs="ＭＳ 明朝" w:hint="eastAsia"/>
          <w:sz w:val="20"/>
          <w:szCs w:val="20"/>
          <w:lang w:eastAsia="ja-JP"/>
        </w:rPr>
        <w:t xml:space="preserve">　</w:t>
      </w:r>
      <w:r>
        <w:rPr>
          <w:rFonts w:asciiTheme="majorEastAsia" w:eastAsiaTheme="majorEastAsia" w:hAnsiTheme="majorEastAsia" w:cs="Noto Sans CJK JP"/>
          <w:sz w:val="20"/>
          <w:szCs w:val="20"/>
          <w:lang w:eastAsia="ja-JP"/>
        </w:rPr>
        <w:t>1世帯あたりの限度額を超える場合は、限度額を記載すること。</w:t>
      </w:r>
    </w:p>
    <w:p>
      <w:pPr>
        <w:rPr>
          <w:rFonts w:asciiTheme="majorEastAsia" w:eastAsiaTheme="majorEastAsia" w:hAnsiTheme="majorEastAsia"/>
          <w:sz w:val="20"/>
          <w:szCs w:val="20"/>
          <w:lang w:eastAsia="ja-JP"/>
        </w:rPr>
      </w:pPr>
      <w:r>
        <w:rPr>
          <w:rFonts w:asciiTheme="majorEastAsia" w:eastAsiaTheme="majorEastAsia" w:hAnsiTheme="majorEastAsia" w:cs="Noto Sans CJK JP"/>
          <w:sz w:val="20"/>
          <w:szCs w:val="20"/>
          <w:lang w:eastAsia="ja-JP"/>
        </w:rPr>
        <w:t xml:space="preserve">　</w:t>
      </w:r>
      <w:r>
        <w:rPr>
          <w:rFonts w:asciiTheme="majorEastAsia" w:eastAsiaTheme="majorEastAsia" w:hAnsiTheme="majorEastAsia" w:cs="ＭＳ 明朝" w:hint="eastAsia"/>
          <w:sz w:val="20"/>
          <w:szCs w:val="20"/>
          <w:lang w:eastAsia="ja-JP"/>
        </w:rPr>
        <w:t xml:space="preserve">　　</w:t>
      </w:r>
      <w:r>
        <w:rPr>
          <w:rFonts w:asciiTheme="majorEastAsia" w:eastAsiaTheme="majorEastAsia" w:hAnsiTheme="majorEastAsia" w:cs="Noto Sans CJK JP"/>
          <w:sz w:val="20"/>
          <w:szCs w:val="20"/>
          <w:lang w:eastAsia="ja-JP"/>
        </w:rPr>
        <w:t xml:space="preserve">　＜限度額＞全壊、大規模半壊、半壊の場合：</w:t>
      </w:r>
      <w:r>
        <w:rPr>
          <w:rFonts w:asciiTheme="majorEastAsia" w:eastAsiaTheme="majorEastAsia" w:hAnsiTheme="majorEastAsia" w:cs="ＭＳ 明朝" w:hint="eastAsia"/>
          <w:sz w:val="20"/>
          <w:szCs w:val="20"/>
          <w:lang w:eastAsia="ja-JP"/>
        </w:rPr>
        <w:t xml:space="preserve">　</w:t>
      </w:r>
      <w:r>
        <w:rPr>
          <w:rFonts w:asciiTheme="majorEastAsia" w:eastAsiaTheme="majorEastAsia" w:hAnsiTheme="majorEastAsia" w:cs="Noto Sans CJK JP"/>
          <w:sz w:val="20"/>
          <w:szCs w:val="20"/>
          <w:lang w:eastAsia="ja-JP"/>
        </w:rPr>
        <w:t xml:space="preserve">　757,000円の範囲内</w:t>
      </w:r>
    </w:p>
    <w:p>
      <w:pPr>
        <w:spacing w:after="40"/>
        <w:rPr>
          <w:rFonts w:asciiTheme="majorEastAsia" w:eastAsiaTheme="majorEastAsia" w:hAnsiTheme="majorEastAsia"/>
          <w:sz w:val="20"/>
          <w:szCs w:val="20"/>
          <w:lang w:eastAsia="ja-JP"/>
        </w:rPr>
      </w:pPr>
      <w:r>
        <w:rPr>
          <w:rFonts w:asciiTheme="majorEastAsia" w:eastAsiaTheme="majorEastAsia" w:hAnsiTheme="majorEastAsia" w:cs="Noto Sans CJK JP"/>
          <w:sz w:val="20"/>
          <w:szCs w:val="20"/>
          <w:lang w:eastAsia="ja-JP"/>
        </w:rPr>
        <w:t xml:space="preserve">　　　　　</w:t>
      </w:r>
      <w:r>
        <w:rPr>
          <w:rFonts w:asciiTheme="majorEastAsia" w:eastAsiaTheme="majorEastAsia" w:hAnsiTheme="majorEastAsia" w:cs="ＭＳ 明朝" w:hint="eastAsia"/>
          <w:sz w:val="20"/>
          <w:szCs w:val="20"/>
          <w:lang w:eastAsia="ja-JP"/>
        </w:rPr>
        <w:t xml:space="preserve">　　　　　　</w:t>
      </w:r>
      <w:r>
        <w:rPr>
          <w:rFonts w:asciiTheme="majorEastAsia" w:eastAsiaTheme="majorEastAsia" w:hAnsiTheme="majorEastAsia" w:cs="Noto Sans CJK JP"/>
          <w:sz w:val="20"/>
          <w:szCs w:val="20"/>
          <w:lang w:eastAsia="ja-JP"/>
        </w:rPr>
        <w:t xml:space="preserve">　</w:t>
      </w:r>
      <w:r>
        <w:rPr>
          <w:rFonts w:asciiTheme="majorEastAsia" w:eastAsiaTheme="majorEastAsia" w:hAnsiTheme="majorEastAsia" w:cs="ＭＳ 明朝" w:hint="eastAsia"/>
          <w:sz w:val="20"/>
          <w:szCs w:val="20"/>
          <w:lang w:eastAsia="ja-JP"/>
        </w:rPr>
        <w:t xml:space="preserve">　　　　</w:t>
      </w:r>
      <w:r>
        <w:rPr>
          <w:rFonts w:asciiTheme="majorEastAsia" w:eastAsiaTheme="majorEastAsia" w:hAnsiTheme="majorEastAsia" w:cs="Noto Sans CJK JP"/>
          <w:sz w:val="20"/>
          <w:szCs w:val="20"/>
          <w:lang w:eastAsia="ja-JP"/>
        </w:rPr>
        <w:t xml:space="preserve">　準半壊の場合：　　367,000円の範囲内</w:t>
      </w:r>
    </w:p>
    <w:p>
      <w:pPr>
        <w:spacing w:after="20"/>
        <w:rPr>
          <w:rFonts w:asciiTheme="majorEastAsia" w:eastAsiaTheme="majorEastAsia" w:hAnsiTheme="majorEastAsia"/>
          <w:sz w:val="20"/>
          <w:szCs w:val="20"/>
          <w:lang w:eastAsia="ja-JP"/>
        </w:rPr>
      </w:pPr>
      <w:r>
        <w:rPr>
          <w:rFonts w:asciiTheme="majorEastAsia" w:eastAsiaTheme="majorEastAsia" w:hAnsiTheme="majorEastAsia" w:cs="Noto Sans CJK JP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4422140</wp:posOffset>
                </wp:positionH>
                <wp:positionV relativeFrom="paragraph">
                  <wp:posOffset>155575</wp:posOffset>
                </wp:positionV>
                <wp:extent cx="342900" cy="224790"/>
                <wp:effectExtent l="57150" t="19050" r="0" b="9906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2479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楕円 1" o:spid="_x0000_s1026" style="position:absolute;left:0;text-align:left;margin-left:348.2pt;margin-top:12.25pt;width:27pt;height:17.7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" filled="f" strokecolor="black [3213]">
                <v:shadow on="t" color="black" opacity="22937f" origin=",.5" offset="0,.63889mm"/>
              </v:oval>
            </w:pict>
          </mc:Fallback>
        </mc:AlternateContent>
      </w:r>
      <w:r>
        <w:rPr>
          <w:rFonts w:asciiTheme="majorEastAsia" w:eastAsiaTheme="majorEastAsia" w:hAnsiTheme="majorEastAsia" w:cs="Noto Sans CJK JP"/>
          <w:sz w:val="20"/>
          <w:szCs w:val="20"/>
          <w:lang w:eastAsia="ja-JP"/>
        </w:rPr>
        <w:t xml:space="preserve">※2  </w:t>
      </w:r>
      <w:r>
        <w:rPr>
          <w:rFonts w:asciiTheme="majorEastAsia" w:eastAsiaTheme="majorEastAsia" w:hAnsiTheme="majorEastAsia" w:cs="ＭＳ 明朝" w:hint="eastAsia"/>
          <w:sz w:val="20"/>
          <w:szCs w:val="20"/>
          <w:lang w:eastAsia="ja-JP"/>
        </w:rPr>
        <w:t xml:space="preserve">　</w:t>
      </w:r>
      <w:r>
        <w:rPr>
          <w:rFonts w:asciiTheme="majorEastAsia" w:eastAsiaTheme="majorEastAsia" w:hAnsiTheme="majorEastAsia" w:cs="Noto Sans CJK JP"/>
          <w:sz w:val="20"/>
          <w:szCs w:val="20"/>
          <w:lang w:eastAsia="ja-JP"/>
        </w:rPr>
        <w:t>修理業者は本様式とともに、工事費の内訳を添付（※修理業者指定の様式で可。）すること。</w:t>
      </w:r>
    </w:p>
    <w:p>
      <w:pPr>
        <w:spacing w:after="160"/>
        <w:rPr>
          <w:rFonts w:asciiTheme="majorEastAsia" w:eastAsiaTheme="majorEastAsia" w:hAnsiTheme="majorEastAsia"/>
          <w:sz w:val="20"/>
          <w:szCs w:val="20"/>
          <w:lang w:eastAsia="ja-JP"/>
        </w:rPr>
      </w:pPr>
      <w:r>
        <w:rPr>
          <w:rFonts w:asciiTheme="majorEastAsia" w:eastAsiaTheme="majorEastAsia" w:hAnsiTheme="majorEastAsia" w:cs="Noto Sans CJK JP"/>
          <w:sz w:val="20"/>
          <w:szCs w:val="20"/>
          <w:lang w:eastAsia="ja-JP"/>
        </w:rPr>
        <w:t xml:space="preserve">※3 </w:t>
      </w:r>
      <w:r>
        <w:rPr>
          <w:rFonts w:asciiTheme="majorEastAsia" w:eastAsiaTheme="majorEastAsia" w:hAnsiTheme="majorEastAsia" w:cs="ＭＳ 明朝" w:hint="eastAsia"/>
          <w:sz w:val="20"/>
          <w:szCs w:val="20"/>
          <w:lang w:eastAsia="ja-JP"/>
        </w:rPr>
        <w:t xml:space="preserve">　</w:t>
      </w:r>
      <w:r>
        <w:rPr>
          <w:rFonts w:asciiTheme="majorEastAsia" w:eastAsiaTheme="majorEastAsia" w:hAnsiTheme="majorEastAsia" w:cs="Noto Sans CJK JP"/>
          <w:sz w:val="20"/>
          <w:szCs w:val="20"/>
          <w:lang w:eastAsia="ja-JP"/>
        </w:rPr>
        <w:t xml:space="preserve"> 応急修理の受付時には工事費の内訳を確認し、応急修理の対象工事に</w:t>
      </w:r>
      <w:r>
        <w:rPr>
          <w:rFonts w:asciiTheme="majorEastAsia" w:eastAsiaTheme="majorEastAsia" w:hAnsiTheme="majorEastAsia" w:cs="ＭＳ 明朝" w:hint="eastAsia"/>
          <w:sz w:val="20"/>
          <w:szCs w:val="20"/>
          <w:lang w:eastAsia="ja-JP"/>
        </w:rPr>
        <w:t xml:space="preserve">　　　</w:t>
      </w:r>
      <w:r>
        <w:rPr>
          <w:rFonts w:asciiTheme="majorEastAsia" w:eastAsiaTheme="majorEastAsia" w:hAnsiTheme="majorEastAsia" w:cs="Noto Sans CJK JP"/>
          <w:sz w:val="20"/>
          <w:szCs w:val="20"/>
          <w:lang w:eastAsia="ja-JP"/>
        </w:rPr>
        <w:t>を付けること。</w:t>
      </w:r>
    </w:p>
    <w:p>
      <w:pPr>
        <w:spacing w:after="100"/>
        <w:rPr>
          <w:rFonts w:asciiTheme="majorEastAsia" w:eastAsiaTheme="majorEastAsia" w:hAnsiTheme="majorEastAsia" w:cs="ＭＳ 明朝"/>
          <w:b/>
          <w:sz w:val="22"/>
          <w:lang w:eastAsia="ja-JP"/>
        </w:rPr>
      </w:pPr>
    </w:p>
    <w:p>
      <w:pPr>
        <w:spacing w:after="100"/>
        <w:rPr>
          <w:rFonts w:asciiTheme="majorEastAsia" w:eastAsiaTheme="majorEastAsia" w:hAnsiTheme="majorEastAsia" w:cs="ＭＳ 明朝"/>
          <w:b/>
          <w:sz w:val="22"/>
          <w:lang w:eastAsia="ja-JP"/>
        </w:rPr>
      </w:pPr>
      <w:r>
        <w:rPr>
          <w:rFonts w:asciiTheme="majorEastAsia" w:eastAsiaTheme="majorEastAsia" w:hAnsiTheme="majorEastAsia" w:cs="ＭＳ 明朝" w:hint="eastAsia"/>
          <w:b/>
          <w:sz w:val="22"/>
          <w:lang w:eastAsia="ja-JP"/>
        </w:rPr>
        <w:t>大津町長　金田　英樹</w:t>
      </w:r>
      <w:r>
        <w:rPr>
          <w:rFonts w:asciiTheme="majorEastAsia" w:eastAsiaTheme="majorEastAsia" w:hAnsiTheme="majorEastAsia" w:cs="Noto Sans CJK JP"/>
          <w:b/>
          <w:sz w:val="22"/>
        </w:rPr>
        <w:t xml:space="preserve">　</w:t>
      </w:r>
      <w:r>
        <w:rPr>
          <w:rFonts w:asciiTheme="majorEastAsia" w:eastAsiaTheme="majorEastAsia" w:hAnsiTheme="majorEastAsia" w:cs="ＭＳ 明朝" w:hint="eastAsia"/>
          <w:b/>
          <w:sz w:val="22"/>
          <w:lang w:eastAsia="ja-JP"/>
        </w:rPr>
        <w:t>様</w:t>
      </w:r>
    </w:p>
    <w:p>
      <w:pPr>
        <w:spacing w:after="100"/>
        <w:rPr>
          <w:rFonts w:asciiTheme="majorEastAsia" w:eastAsiaTheme="majorEastAsia" w:hAnsiTheme="majorEastAsia" w:cs="ＭＳ 明朝"/>
          <w:bCs/>
          <w:sz w:val="20"/>
          <w:szCs w:val="20"/>
          <w:lang w:eastAsia="ja-JP"/>
        </w:rPr>
      </w:pPr>
      <w:r>
        <w:rPr>
          <w:rFonts w:asciiTheme="majorEastAsia" w:eastAsiaTheme="majorEastAsia" w:hAnsiTheme="majorEastAsia" w:cs="ＭＳ 明朝" w:hint="eastAsia"/>
          <w:bCs/>
          <w:sz w:val="20"/>
          <w:szCs w:val="20"/>
          <w:lang w:eastAsia="ja-JP"/>
        </w:rPr>
        <w:t>令和　　年　　月　　日　　　　（※修理業者記入）上記のとおり見積書を提出します。</w:t>
      </w:r>
    </w:p>
    <w:tbl>
      <w:tblPr>
        <w:tblStyle w:val="afe"/>
        <w:tblW w:w="0" w:type="auto"/>
        <w:tblInd w:w="3085" w:type="dxa"/>
        <w:tblLook w:val="04A0" w:firstRow="1" w:lastRow="0" w:firstColumn="1" w:lastColumn="0" w:noHBand="0" w:noVBand="1"/>
      </w:tblPr>
      <w:tblGrid>
        <w:gridCol w:w="2410"/>
        <w:gridCol w:w="3827"/>
      </w:tblGrid>
      <w:tr>
        <w:trPr>
          <w:trHeight w:val="421"/>
        </w:trPr>
        <w:tc>
          <w:tcPr>
            <w:tcW w:w="2410" w:type="dxa"/>
            <w:vAlign w:val="center"/>
          </w:tcPr>
          <w:p>
            <w:pPr>
              <w:spacing w:after="100"/>
              <w:jc w:val="center"/>
              <w:rPr>
                <w:rFonts w:asciiTheme="majorEastAsia" w:eastAsiaTheme="majorEastAsia" w:hAnsiTheme="majorEastAsia" w:cs="ＭＳ 明朝"/>
                <w:bCs/>
                <w:sz w:val="20"/>
                <w:szCs w:val="20"/>
                <w:lang w:eastAsia="ja-JP"/>
              </w:rPr>
            </w:pPr>
            <w:r>
              <w:rPr>
                <w:rFonts w:asciiTheme="majorEastAsia" w:eastAsiaTheme="majorEastAsia" w:hAnsiTheme="majorEastAsia" w:cs="ＭＳ 明朝" w:hint="eastAsia"/>
                <w:bCs/>
                <w:sz w:val="20"/>
                <w:szCs w:val="20"/>
                <w:lang w:eastAsia="ja-JP"/>
              </w:rPr>
              <w:t>住　所</w:t>
            </w:r>
          </w:p>
        </w:tc>
        <w:tc>
          <w:tcPr>
            <w:tcW w:w="3827" w:type="dxa"/>
            <w:vAlign w:val="center"/>
          </w:tcPr>
          <w:p>
            <w:pPr>
              <w:spacing w:after="100"/>
              <w:rPr>
                <w:rFonts w:asciiTheme="majorEastAsia" w:eastAsiaTheme="majorEastAsia" w:hAnsiTheme="majorEastAsia" w:cs="ＭＳ 明朝"/>
                <w:b/>
                <w:sz w:val="20"/>
                <w:szCs w:val="20"/>
                <w:lang w:eastAsia="ja-JP"/>
              </w:rPr>
            </w:pPr>
          </w:p>
        </w:tc>
      </w:tr>
      <w:tr>
        <w:trPr>
          <w:trHeight w:val="421"/>
        </w:trPr>
        <w:tc>
          <w:tcPr>
            <w:tcW w:w="2410" w:type="dxa"/>
            <w:vAlign w:val="center"/>
          </w:tcPr>
          <w:p>
            <w:pPr>
              <w:spacing w:after="100"/>
              <w:jc w:val="center"/>
              <w:rPr>
                <w:rFonts w:asciiTheme="majorEastAsia" w:eastAsiaTheme="majorEastAsia" w:hAnsiTheme="majorEastAsia" w:cs="ＭＳ 明朝"/>
                <w:bCs/>
                <w:sz w:val="20"/>
                <w:szCs w:val="20"/>
                <w:lang w:eastAsia="ja-JP"/>
              </w:rPr>
            </w:pPr>
            <w:r>
              <w:rPr>
                <w:rFonts w:asciiTheme="majorEastAsia" w:eastAsiaTheme="majorEastAsia" w:hAnsiTheme="majorEastAsia" w:cs="ＭＳ 明朝" w:hint="eastAsia"/>
                <w:bCs/>
                <w:sz w:val="20"/>
                <w:szCs w:val="20"/>
                <w:lang w:eastAsia="ja-JP"/>
              </w:rPr>
              <w:t>会社名</w:t>
            </w:r>
          </w:p>
        </w:tc>
        <w:tc>
          <w:tcPr>
            <w:tcW w:w="3827" w:type="dxa"/>
            <w:vAlign w:val="center"/>
          </w:tcPr>
          <w:p>
            <w:pPr>
              <w:spacing w:after="100"/>
              <w:rPr>
                <w:rFonts w:asciiTheme="majorEastAsia" w:eastAsiaTheme="majorEastAsia" w:hAnsiTheme="majorEastAsia" w:cs="ＭＳ 明朝"/>
                <w:b/>
                <w:sz w:val="20"/>
                <w:szCs w:val="20"/>
                <w:lang w:eastAsia="ja-JP"/>
              </w:rPr>
            </w:pPr>
          </w:p>
        </w:tc>
      </w:tr>
      <w:tr>
        <w:trPr>
          <w:trHeight w:val="421"/>
        </w:trPr>
        <w:tc>
          <w:tcPr>
            <w:tcW w:w="2410" w:type="dxa"/>
            <w:vAlign w:val="center"/>
          </w:tcPr>
          <w:p>
            <w:pPr>
              <w:spacing w:after="100"/>
              <w:jc w:val="center"/>
              <w:rPr>
                <w:rFonts w:asciiTheme="majorEastAsia" w:eastAsiaTheme="majorEastAsia" w:hAnsiTheme="majorEastAsia" w:cs="ＭＳ 明朝"/>
                <w:bCs/>
                <w:sz w:val="20"/>
                <w:szCs w:val="20"/>
                <w:lang w:eastAsia="ja-JP"/>
              </w:rPr>
            </w:pPr>
            <w:r>
              <w:rPr>
                <w:rFonts w:asciiTheme="majorEastAsia" w:eastAsiaTheme="majorEastAsia" w:hAnsiTheme="majorEastAsia" w:cs="ＭＳ 明朝" w:hint="eastAsia"/>
                <w:bCs/>
                <w:sz w:val="20"/>
                <w:szCs w:val="20"/>
                <w:lang w:eastAsia="ja-JP"/>
              </w:rPr>
              <w:t>電話番号</w:t>
            </w:r>
          </w:p>
        </w:tc>
        <w:tc>
          <w:tcPr>
            <w:tcW w:w="3827" w:type="dxa"/>
            <w:vAlign w:val="center"/>
          </w:tcPr>
          <w:p>
            <w:pPr>
              <w:spacing w:after="100"/>
              <w:rPr>
                <w:rFonts w:asciiTheme="majorEastAsia" w:eastAsiaTheme="majorEastAsia" w:hAnsiTheme="majorEastAsia" w:cs="ＭＳ 明朝"/>
                <w:b/>
                <w:sz w:val="20"/>
                <w:szCs w:val="20"/>
                <w:lang w:eastAsia="ja-JP"/>
              </w:rPr>
            </w:pPr>
          </w:p>
        </w:tc>
      </w:tr>
      <w:tr>
        <w:trPr>
          <w:trHeight w:val="421"/>
        </w:trPr>
        <w:tc>
          <w:tcPr>
            <w:tcW w:w="2410" w:type="dxa"/>
            <w:vAlign w:val="center"/>
          </w:tcPr>
          <w:p>
            <w:pPr>
              <w:spacing w:after="100"/>
              <w:jc w:val="center"/>
              <w:rPr>
                <w:rFonts w:asciiTheme="majorEastAsia" w:eastAsiaTheme="majorEastAsia" w:hAnsiTheme="majorEastAsia" w:cs="ＭＳ 明朝"/>
                <w:bCs/>
                <w:sz w:val="20"/>
                <w:szCs w:val="20"/>
                <w:lang w:eastAsia="ja-JP"/>
              </w:rPr>
            </w:pPr>
            <w:r>
              <w:rPr>
                <w:rFonts w:asciiTheme="majorEastAsia" w:eastAsiaTheme="majorEastAsia" w:hAnsiTheme="majorEastAsia" w:cs="ＭＳ 明朝" w:hint="eastAsia"/>
                <w:bCs/>
                <w:sz w:val="20"/>
                <w:szCs w:val="20"/>
                <w:lang w:eastAsia="ja-JP"/>
              </w:rPr>
              <w:t>代表者名</w:t>
            </w:r>
          </w:p>
        </w:tc>
        <w:tc>
          <w:tcPr>
            <w:tcW w:w="3827" w:type="dxa"/>
            <w:vAlign w:val="center"/>
          </w:tcPr>
          <w:p>
            <w:pPr>
              <w:spacing w:after="100"/>
              <w:rPr>
                <w:rFonts w:asciiTheme="majorEastAsia" w:eastAsiaTheme="majorEastAsia" w:hAnsiTheme="majorEastAsia" w:cs="ＭＳ 明朝"/>
                <w:b/>
                <w:sz w:val="20"/>
                <w:szCs w:val="20"/>
                <w:lang w:eastAsia="ja-JP"/>
              </w:rPr>
            </w:pPr>
          </w:p>
        </w:tc>
      </w:tr>
    </w:tbl>
    <w:p>
      <w:pPr>
        <w:spacing w:after="100"/>
        <w:rPr>
          <w:rFonts w:asciiTheme="majorEastAsia" w:eastAsiaTheme="majorEastAsia" w:hAnsiTheme="majorEastAsia" w:cs="ＭＳ 明朝"/>
          <w:b/>
          <w:sz w:val="22"/>
          <w:lang w:eastAsia="ja-JP"/>
        </w:rPr>
      </w:pPr>
      <w:r>
        <w:rPr>
          <w:rFonts w:asciiTheme="majorEastAsia" w:eastAsiaTheme="majorEastAsia" w:hAnsiTheme="majorEastAsia" w:cs="ＭＳ 明朝" w:hint="eastAsia"/>
          <w:b/>
          <w:sz w:val="22"/>
          <w:lang w:eastAsia="ja-JP"/>
        </w:rPr>
        <w:t xml:space="preserve">　　　　　　　　　　　　　</w:t>
      </w:r>
    </w:p>
    <w:p>
      <w:pPr>
        <w:spacing w:after="100"/>
        <w:rPr>
          <w:rFonts w:asciiTheme="majorEastAsia" w:eastAsiaTheme="majorEastAsia" w:hAnsiTheme="majorEastAsia" w:cs="ＭＳ 明朝"/>
          <w:bCs/>
          <w:sz w:val="20"/>
          <w:szCs w:val="20"/>
          <w:lang w:eastAsia="ja-JP"/>
        </w:rPr>
      </w:pPr>
      <w:r>
        <w:rPr>
          <w:rFonts w:asciiTheme="majorEastAsia" w:eastAsiaTheme="majorEastAsia" w:hAnsiTheme="majorEastAsia" w:cs="ＭＳ 明朝" w:hint="eastAsia"/>
          <w:bCs/>
          <w:sz w:val="20"/>
          <w:szCs w:val="20"/>
          <w:lang w:eastAsia="ja-JP"/>
        </w:rPr>
        <w:t>令和　　年　　月　　日　　　　（※修理申込者記入）上記の見積書を確認しました。</w:t>
      </w:r>
    </w:p>
    <w:tbl>
      <w:tblPr>
        <w:tblStyle w:val="afe"/>
        <w:tblW w:w="0" w:type="auto"/>
        <w:tblInd w:w="3085" w:type="dxa"/>
        <w:tblLook w:val="04A0" w:firstRow="1" w:lastRow="0" w:firstColumn="1" w:lastColumn="0" w:noHBand="0" w:noVBand="1"/>
      </w:tblPr>
      <w:tblGrid>
        <w:gridCol w:w="2410"/>
        <w:gridCol w:w="3827"/>
      </w:tblGrid>
      <w:tr>
        <w:trPr>
          <w:trHeight w:val="446"/>
        </w:trPr>
        <w:tc>
          <w:tcPr>
            <w:tcW w:w="2410" w:type="dxa"/>
            <w:vAlign w:val="center"/>
          </w:tcPr>
          <w:p>
            <w:pPr>
              <w:spacing w:after="100"/>
              <w:jc w:val="center"/>
              <w:rPr>
                <w:rFonts w:asciiTheme="majorEastAsia" w:eastAsiaTheme="majorEastAsia" w:hAnsiTheme="majorEastAsia" w:cs="ＭＳ 明朝"/>
                <w:bCs/>
                <w:sz w:val="20"/>
                <w:szCs w:val="20"/>
                <w:lang w:eastAsia="ja-JP"/>
              </w:rPr>
            </w:pPr>
            <w:r>
              <w:rPr>
                <w:rFonts w:asciiTheme="majorEastAsia" w:eastAsiaTheme="majorEastAsia" w:hAnsiTheme="majorEastAsia" w:cs="ＭＳ 明朝" w:hint="eastAsia"/>
                <w:bCs/>
                <w:sz w:val="20"/>
                <w:szCs w:val="20"/>
                <w:lang w:eastAsia="ja-JP"/>
              </w:rPr>
              <w:t>住所</w:t>
            </w:r>
          </w:p>
        </w:tc>
        <w:tc>
          <w:tcPr>
            <w:tcW w:w="3827" w:type="dxa"/>
            <w:vAlign w:val="center"/>
          </w:tcPr>
          <w:p>
            <w:pPr>
              <w:spacing w:after="100"/>
              <w:rPr>
                <w:rFonts w:asciiTheme="majorEastAsia" w:eastAsiaTheme="majorEastAsia" w:hAnsiTheme="majorEastAsia" w:cs="ＭＳ 明朝"/>
                <w:b/>
                <w:sz w:val="20"/>
                <w:szCs w:val="20"/>
                <w:lang w:eastAsia="ja-JP"/>
              </w:rPr>
            </w:pPr>
          </w:p>
        </w:tc>
      </w:tr>
      <w:tr>
        <w:trPr>
          <w:trHeight w:val="446"/>
        </w:trPr>
        <w:tc>
          <w:tcPr>
            <w:tcW w:w="2410" w:type="dxa"/>
            <w:vAlign w:val="center"/>
          </w:tcPr>
          <w:p>
            <w:pPr>
              <w:spacing w:after="100"/>
              <w:jc w:val="center"/>
              <w:rPr>
                <w:rFonts w:asciiTheme="majorEastAsia" w:eastAsiaTheme="majorEastAsia" w:hAnsiTheme="majorEastAsia" w:cs="ＭＳ 明朝"/>
                <w:bCs/>
                <w:sz w:val="20"/>
                <w:szCs w:val="20"/>
                <w:lang w:eastAsia="ja-JP"/>
              </w:rPr>
            </w:pPr>
            <w:r>
              <w:rPr>
                <w:rFonts w:asciiTheme="majorEastAsia" w:eastAsiaTheme="majorEastAsia" w:hAnsiTheme="majorEastAsia" w:cs="ＭＳ 明朝" w:hint="eastAsia"/>
                <w:bCs/>
                <w:sz w:val="20"/>
                <w:szCs w:val="20"/>
                <w:lang w:eastAsia="ja-JP"/>
              </w:rPr>
              <w:t>氏名</w:t>
            </w:r>
          </w:p>
        </w:tc>
        <w:tc>
          <w:tcPr>
            <w:tcW w:w="3827" w:type="dxa"/>
            <w:vAlign w:val="center"/>
          </w:tcPr>
          <w:p>
            <w:pPr>
              <w:spacing w:after="100"/>
              <w:rPr>
                <w:rFonts w:asciiTheme="majorEastAsia" w:eastAsiaTheme="majorEastAsia" w:hAnsiTheme="majorEastAsia" w:cs="ＭＳ 明朝"/>
                <w:b/>
                <w:sz w:val="20"/>
                <w:szCs w:val="20"/>
                <w:lang w:eastAsia="ja-JP"/>
              </w:rPr>
            </w:pPr>
          </w:p>
        </w:tc>
      </w:tr>
    </w:tbl>
    <w:p>
      <w:pPr>
        <w:spacing w:after="100"/>
        <w:rPr>
          <w:rFonts w:asciiTheme="majorEastAsia" w:eastAsiaTheme="majorEastAsia" w:hAnsiTheme="majorEastAsia" w:cs="ＭＳ 明朝"/>
          <w:b/>
          <w:sz w:val="22"/>
          <w:lang w:eastAsia="ja-JP"/>
        </w:rPr>
      </w:pPr>
    </w:p>
    <w:p>
      <w:pPr>
        <w:spacing w:before="80" w:after="4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cs="ＭＳ 明朝" w:hint="eastAsia"/>
          <w:lang w:eastAsia="ja-JP"/>
        </w:rPr>
        <w:t>（※大津町記入欄）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87"/>
        <w:gridCol w:w="4427"/>
        <w:gridCol w:w="1984"/>
      </w:tblGrid>
      <w:tr>
        <w:trPr>
          <w:trHeight w:val="237"/>
        </w:trPr>
        <w:tc>
          <w:tcPr>
            <w:tcW w:w="15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Noto Sans CJK JP" w:hint="eastAsia"/>
                <w:bCs/>
                <w:sz w:val="20"/>
                <w:szCs w:val="20"/>
                <w:lang w:eastAsia="ja-JP"/>
              </w:rPr>
              <w:t>大津町</w:t>
            </w:r>
          </w:p>
        </w:tc>
        <w:tc>
          <w:tcPr>
            <w:tcW w:w="44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Noto Sans CJK JP" w:hint="eastAsia"/>
                <w:bCs/>
                <w:sz w:val="20"/>
                <w:szCs w:val="20"/>
                <w:lang w:eastAsia="ja-JP"/>
              </w:rPr>
              <w:t>受付番号</w:t>
            </w:r>
          </w:p>
        </w:tc>
        <w:tc>
          <w:tcPr>
            <w:tcW w:w="1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Noto Sans CJK JP" w:hint="eastAsia"/>
                <w:bCs/>
                <w:sz w:val="20"/>
                <w:szCs w:val="20"/>
                <w:lang w:eastAsia="ja-JP"/>
              </w:rPr>
              <w:t>受付担当者名</w:t>
            </w:r>
          </w:p>
        </w:tc>
      </w:tr>
      <w:tr>
        <w:trPr>
          <w:trHeight w:val="680"/>
        </w:trPr>
        <w:tc>
          <w:tcPr>
            <w:tcW w:w="15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4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rPr>
                <w:rFonts w:asciiTheme="majorEastAsia" w:eastAsiaTheme="majorEastAsia" w:hAnsiTheme="majorEastAsia"/>
              </w:rPr>
            </w:pPr>
          </w:p>
        </w:tc>
      </w:tr>
    </w:tbl>
    <w:p/>
    <w:sectPr>
      <w:pgSz w:w="11906" w:h="16838"/>
      <w:pgMar w:top="1843" w:right="849" w:bottom="340" w:left="1560" w:header="22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oto Sans CJK JP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5896150">
    <w:abstractNumId w:val="8"/>
  </w:num>
  <w:num w:numId="2" w16cid:durableId="445127765">
    <w:abstractNumId w:val="6"/>
  </w:num>
  <w:num w:numId="3" w16cid:durableId="1373379949">
    <w:abstractNumId w:val="5"/>
  </w:num>
  <w:num w:numId="4" w16cid:durableId="1825588298">
    <w:abstractNumId w:val="4"/>
  </w:num>
  <w:num w:numId="5" w16cid:durableId="1967422833">
    <w:abstractNumId w:val="7"/>
  </w:num>
  <w:num w:numId="6" w16cid:durableId="916356332">
    <w:abstractNumId w:val="3"/>
  </w:num>
  <w:num w:numId="7" w16cid:durableId="327097886">
    <w:abstractNumId w:val="2"/>
  </w:num>
  <w:num w:numId="8" w16cid:durableId="170611000">
    <w:abstractNumId w:val="1"/>
  </w:num>
  <w:num w:numId="9" w16cid:durableId="1299411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72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300"/>
  <w15:docId w15:val="{8DC7D230-E586-4EAA-9C83-602D5170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0" w:line="240" w:lineRule="auto"/>
    </w:pPr>
    <w:rPr>
      <w:rFonts w:ascii="Noto Sans CJK JP" w:eastAsia="Noto Sans CJK JP" w:hAnsi="Noto Sans CJK JP"/>
      <w:sz w:val="21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pPr>
      <w:tabs>
        <w:tab w:val="center" w:pos="4680"/>
        <w:tab w:val="right" w:pos="9360"/>
      </w:tabs>
    </w:pPr>
  </w:style>
  <w:style w:type="character" w:customStyle="1" w:styleId="a6">
    <w:name w:val="ヘッダー (文字)"/>
    <w:basedOn w:val="a2"/>
    <w:link w:val="a5"/>
    <w:uiPriority w:val="99"/>
  </w:style>
  <w:style w:type="paragraph" w:styleId="a7">
    <w:name w:val="footer"/>
    <w:basedOn w:val="a1"/>
    <w:link w:val="a8"/>
    <w:uiPriority w:val="99"/>
    <w:unhideWhenUsed/>
    <w:pPr>
      <w:tabs>
        <w:tab w:val="center" w:pos="4680"/>
        <w:tab w:val="right" w:pos="9360"/>
      </w:tabs>
    </w:pPr>
  </w:style>
  <w:style w:type="character" w:customStyle="1" w:styleId="a8">
    <w:name w:val="フッター (文字)"/>
    <w:basedOn w:val="a2"/>
    <w:link w:val="a7"/>
    <w:uiPriority w:val="99"/>
  </w:style>
  <w:style w:type="paragraph" w:styleId="a9">
    <w:name w:val="No Spacing"/>
    <w:uiPriority w:val="1"/>
    <w:qFormat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pPr>
      <w:spacing w:after="120"/>
    </w:pPr>
  </w:style>
  <w:style w:type="character" w:customStyle="1" w:styleId="af0">
    <w:name w:val="本文 (文字)"/>
    <w:basedOn w:val="a2"/>
    <w:link w:val="af"/>
    <w:uiPriority w:val="99"/>
  </w:style>
  <w:style w:type="paragraph" w:styleId="23">
    <w:name w:val="Body Text 2"/>
    <w:basedOn w:val="a1"/>
    <w:link w:val="24"/>
    <w:uiPriority w:val="99"/>
    <w:unhideWhenUsed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</w:style>
  <w:style w:type="paragraph" w:styleId="33">
    <w:name w:val="Body Text 3"/>
    <w:basedOn w:val="a1"/>
    <w:link w:val="34"/>
    <w:uiPriority w:val="99"/>
    <w:unhideWhenUsed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Pr>
      <w:sz w:val="16"/>
      <w:szCs w:val="16"/>
    </w:rPr>
  </w:style>
  <w:style w:type="paragraph" w:styleId="af1">
    <w:name w:val="List"/>
    <w:basedOn w:val="a1"/>
    <w:uiPriority w:val="99"/>
    <w:unhideWhenUsed/>
    <w:pPr>
      <w:ind w:left="360" w:hanging="360"/>
      <w:contextualSpacing/>
    </w:pPr>
  </w:style>
  <w:style w:type="paragraph" w:styleId="25">
    <w:name w:val="List 2"/>
    <w:basedOn w:val="a1"/>
    <w:uiPriority w:val="99"/>
    <w:unhideWhenUsed/>
    <w:pPr>
      <w:ind w:left="720" w:hanging="360"/>
      <w:contextualSpacing/>
    </w:pPr>
  </w:style>
  <w:style w:type="paragraph" w:styleId="35">
    <w:name w:val="List 3"/>
    <w:basedOn w:val="a1"/>
    <w:uiPriority w:val="99"/>
    <w:unhideWhenUsed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Pr>
      <w:b/>
      <w:bCs/>
    </w:rPr>
  </w:style>
  <w:style w:type="character" w:styleId="af9">
    <w:name w:val="Emphasis"/>
    <w:basedOn w:val="a2"/>
    <w:uiPriority w:val="20"/>
    <w:qFormat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pPr>
      <w:outlineLvl w:val="9"/>
    </w:pPr>
  </w:style>
  <w:style w:type="table" w:styleId="afe">
    <w:name w:val="Table Grid"/>
    <w:basedOn w:val="a3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石部 優心</cp:lastModifiedBy>
  <cp:revision>5</cp:revision>
  <cp:lastPrinted>2026-08-10T05:41:00Z</cp:lastPrinted>
  <dcterms:created xsi:type="dcterms:W3CDTF">2013-12-23T23:15:00Z</dcterms:created>
  <dcterms:modified xsi:type="dcterms:W3CDTF">2026-08-10T05:44:00Z</dcterms:modified>
  <cp:category/>
</cp:coreProperties>
</file>