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5C2B" w14:textId="638D30C1" w:rsidR="0099715D" w:rsidRPr="0099715D" w:rsidRDefault="0099715D" w:rsidP="0099715D">
      <w:pPr>
        <w:spacing w:before="80" w:after="20"/>
        <w:jc w:val="center"/>
        <w:rPr>
          <w:rFonts w:ascii="UD デジタル 教科書体 N-B" w:eastAsia="UD デジタル 教科書体 N-B"/>
          <w:b/>
          <w:sz w:val="28"/>
          <w:szCs w:val="28"/>
          <w:lang w:eastAsia="ja-JP"/>
        </w:rPr>
      </w:pPr>
      <w:bookmarkStart w:id="0" w:name="_Hlk241738736"/>
      <w:r w:rsidRPr="0099715D">
        <w:rPr>
          <w:rFonts w:ascii="UD デジタル 教科書体 N-B" w:eastAsia="UD デジタル 教科書体 N-B" w:hint="eastAsia"/>
          <w:b/>
          <w:sz w:val="28"/>
          <w:szCs w:val="28"/>
          <w:bdr w:val="single" w:sz="4" w:space="0" w:color="auto"/>
          <w:lang w:eastAsia="ja-JP"/>
        </w:rPr>
        <w:t>アンケート用紙</w:t>
      </w:r>
    </w:p>
    <w:p w14:paraId="5D129B6A" w14:textId="77777777" w:rsidR="003F6294" w:rsidRDefault="003F6294" w:rsidP="009A0247">
      <w:pPr>
        <w:spacing w:before="80" w:after="20"/>
        <w:rPr>
          <w:rFonts w:ascii="UD デジタル 教科書体 N-B" w:eastAsia="UD デジタル 教科書体 N-B"/>
          <w:b/>
          <w:sz w:val="24"/>
          <w:szCs w:val="24"/>
          <w:lang w:eastAsia="ja-JP"/>
        </w:rPr>
      </w:pPr>
    </w:p>
    <w:p w14:paraId="1D5B43CD" w14:textId="282636D7" w:rsidR="0083738B" w:rsidRDefault="0083738B" w:rsidP="009A0247">
      <w:pPr>
        <w:spacing w:before="80" w:after="20"/>
        <w:rPr>
          <w:rFonts w:ascii="UD デジタル 教科書体 N-B" w:eastAsia="UD デジタル 教科書体 N-B"/>
          <w:b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問１　あなたの年齢を教えてください。</w:t>
      </w:r>
    </w:p>
    <w:p w14:paraId="58D794D7" w14:textId="1B0437B1" w:rsidR="0083738B" w:rsidRDefault="0083738B" w:rsidP="009A0247">
      <w:pPr>
        <w:spacing w:before="80" w:after="20"/>
        <w:rPr>
          <w:rFonts w:ascii="UD デジタル 教科書体 N-B" w:eastAsia="UD デジタル 教科書体 N-B"/>
          <w:b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 xml:space="preserve">　　 （　　　　　歳）</w:t>
      </w:r>
    </w:p>
    <w:p w14:paraId="2C07DF0C" w14:textId="20A70E66" w:rsidR="009A0247" w:rsidRPr="003E5B6F" w:rsidRDefault="009A0247" w:rsidP="009A0247">
      <w:pPr>
        <w:spacing w:before="80" w:after="2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問</w:t>
      </w:r>
      <w:r w:rsidR="0083738B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２</w:t>
      </w: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 xml:space="preserve">　</w:t>
      </w:r>
      <w:r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お住まいの地域を教えてください。（例：岩坂区、大津東区、つつじ台区）</w:t>
      </w:r>
    </w:p>
    <w:p w14:paraId="5A2A5142" w14:textId="1F30D460" w:rsidR="009A0247" w:rsidRPr="003E5B6F" w:rsidRDefault="009A0247" w:rsidP="009A0247">
      <w:pPr>
        <w:spacing w:after="0"/>
        <w:ind w:left="340" w:firstLineChars="100" w:firstLine="2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（　　　　　　　　　　　　　　　）</w:t>
      </w:r>
    </w:p>
    <w:p w14:paraId="6D7C273D" w14:textId="51D895EF" w:rsidR="00C3115E" w:rsidRPr="003E5B6F" w:rsidRDefault="00AD31FE" w:rsidP="009A0247">
      <w:pPr>
        <w:spacing w:before="80" w:after="2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問</w:t>
      </w:r>
      <w:r w:rsidR="0083738B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３</w:t>
      </w: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 xml:space="preserve">　乗合タクシーをどのくらい利用していますか。</w:t>
      </w:r>
      <w:bookmarkStart w:id="1" w:name="_Hlk242120453"/>
    </w:p>
    <w:p w14:paraId="4EFA4193" w14:textId="007F0BD5" w:rsidR="00C3115E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週</w:t>
      </w:r>
      <w:r w:rsidR="00786974">
        <w:rPr>
          <w:rFonts w:ascii="UD デジタル 教科書体 N-B" w:eastAsia="UD デジタル 教科書体 N-B" w:hint="eastAsia"/>
          <w:sz w:val="24"/>
          <w:szCs w:val="24"/>
          <w:lang w:eastAsia="ja-JP"/>
        </w:rPr>
        <w:t>３</w:t>
      </w: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回以上</w:t>
      </w:r>
    </w:p>
    <w:p w14:paraId="05AE7895" w14:textId="24F59C95" w:rsidR="00786974" w:rsidRPr="003E5B6F" w:rsidRDefault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週１～２回程度</w:t>
      </w:r>
    </w:p>
    <w:p w14:paraId="71B28C53" w14:textId="7D84CE6D" w:rsidR="00C3115E" w:rsidRPr="003E5B6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月</w:t>
      </w:r>
      <w:r w:rsidR="00483282">
        <w:rPr>
          <w:rFonts w:ascii="UD デジタル 教科書体 N-B" w:eastAsia="UD デジタル 教科書体 N-B" w:hint="eastAsia"/>
          <w:sz w:val="24"/>
          <w:szCs w:val="24"/>
          <w:lang w:eastAsia="ja-JP"/>
        </w:rPr>
        <w:t>１</w:t>
      </w: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～</w:t>
      </w:r>
      <w:r w:rsidR="00483282">
        <w:rPr>
          <w:rFonts w:ascii="UD デジタル 教科書体 N-B" w:eastAsia="UD デジタル 教科書体 N-B" w:hint="eastAsia"/>
          <w:sz w:val="24"/>
          <w:szCs w:val="24"/>
          <w:lang w:eastAsia="ja-JP"/>
        </w:rPr>
        <w:t>３</w:t>
      </w: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回程度</w:t>
      </w:r>
    </w:p>
    <w:p w14:paraId="69BE49E1" w14:textId="04E3ABD6" w:rsidR="00C3115E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bookmarkEnd w:id="0"/>
      <w:r w:rsidR="00786974">
        <w:rPr>
          <w:rFonts w:ascii="UD デジタル 教科書体 N-B" w:eastAsia="UD デジタル 教科書体 N-B" w:hint="eastAsia"/>
          <w:sz w:val="24"/>
          <w:szCs w:val="24"/>
          <w:lang w:eastAsia="ja-JP"/>
        </w:rPr>
        <w:t>年に数回程度</w:t>
      </w:r>
    </w:p>
    <w:p w14:paraId="1B75519E" w14:textId="6E95D73B" w:rsidR="00786974" w:rsidRPr="003E5B6F" w:rsidRDefault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現在は利用していない</w:t>
      </w:r>
    </w:p>
    <w:bookmarkEnd w:id="1"/>
    <w:p w14:paraId="44253526" w14:textId="1353BD0A" w:rsidR="00C3115E" w:rsidRPr="003E5B6F" w:rsidRDefault="00AD31FE">
      <w:pPr>
        <w:spacing w:before="80" w:after="2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問</w:t>
      </w:r>
      <w:r w:rsidR="0083738B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４</w:t>
      </w: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 xml:space="preserve">　乗合タクシーを主に何のために利用していますか。（複数回答可）</w:t>
      </w:r>
    </w:p>
    <w:p w14:paraId="6274C8AC" w14:textId="027B71A1" w:rsidR="00C3115E" w:rsidRPr="003E5B6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通院</w:t>
      </w:r>
      <w:r w:rsid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　　　　　</w:t>
      </w:r>
      <w:r w:rsidR="00D64C5A" w:rsidRP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 w:rsidR="00D64C5A" w:rsidRPr="00D64C5A"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買い物</w:t>
      </w:r>
      <w:r w:rsid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　　　　　</w:t>
      </w:r>
      <w:r w:rsidR="00D64C5A" w:rsidRP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 w:rsidR="00D64C5A" w:rsidRPr="00D64C5A"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 w:rsidR="00DF1661">
        <w:rPr>
          <w:rFonts w:ascii="UD デジタル 教科書体 N-B" w:eastAsia="UD デジタル 教科書体 N-B" w:hint="eastAsia"/>
          <w:sz w:val="24"/>
          <w:szCs w:val="24"/>
          <w:lang w:eastAsia="ja-JP"/>
        </w:rPr>
        <w:t>通勤</w:t>
      </w:r>
      <w:r w:rsid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　　　</w:t>
      </w:r>
      <w:r w:rsidR="00DF1661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　</w:t>
      </w:r>
      <w:r w:rsidR="00D64C5A" w:rsidRP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 w:rsidR="00D64C5A" w:rsidRPr="00D64C5A"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 w:rsidR="00DF1661">
        <w:rPr>
          <w:rFonts w:ascii="UD デジタル 教科書体 N-B" w:eastAsia="UD デジタル 教科書体 N-B" w:hint="eastAsia"/>
          <w:sz w:val="24"/>
          <w:szCs w:val="24"/>
          <w:lang w:eastAsia="ja-JP"/>
        </w:rPr>
        <w:t>通学</w:t>
      </w:r>
    </w:p>
    <w:p w14:paraId="35434E78" w14:textId="54C2D5E0" w:rsidR="00C3115E" w:rsidRDefault="00A7746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A7746E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 w:rsidRPr="00A7746E"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 w:rsidR="00DF1661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金融機関　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　　</w:t>
      </w:r>
      <w:r w:rsidR="00AD31FE"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役場・公共施設等への用事　　</w:t>
      </w:r>
      <w:r w:rsidR="00DF1661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　</w:t>
      </w:r>
      <w:r w:rsid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 </w:t>
      </w:r>
      <w:r w:rsidR="00D64C5A" w:rsidRP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 w:rsidR="00D64C5A" w:rsidRPr="00D64C5A"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 w:rsidR="00D64C5A">
        <w:rPr>
          <w:rFonts w:ascii="UD デジタル 教科書体 N-B" w:eastAsia="UD デジタル 教科書体 N-B" w:hint="eastAsia"/>
          <w:sz w:val="24"/>
          <w:szCs w:val="24"/>
          <w:lang w:eastAsia="ja-JP"/>
        </w:rPr>
        <w:t>家族・知人宅への訪問</w:t>
      </w:r>
    </w:p>
    <w:p w14:paraId="23404B5E" w14:textId="0186B6FA" w:rsidR="00786974" w:rsidRPr="003E5B6F" w:rsidRDefault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鉄道（</w:t>
      </w:r>
      <w:r w:rsidR="003F6294">
        <w:rPr>
          <w:rFonts w:ascii="UD デジタル 教科書体 N-B" w:eastAsia="UD デジタル 教科書体 N-B" w:hint="eastAsia"/>
          <w:sz w:val="24"/>
          <w:szCs w:val="24"/>
          <w:lang w:eastAsia="ja-JP"/>
        </w:rPr>
        <w:t>ＪＲ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）・路線バスへの乗り継ぎ</w:t>
      </w:r>
    </w:p>
    <w:p w14:paraId="72261F37" w14:textId="77777777" w:rsidR="00C3115E" w:rsidRPr="003E5B6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その他（　　　　　　　　　　　　　　　　　　　　）</w:t>
      </w:r>
    </w:p>
    <w:p w14:paraId="3B888814" w14:textId="2019F9FE" w:rsidR="00C3115E" w:rsidRPr="003E5B6F" w:rsidRDefault="00AD31FE" w:rsidP="009A0247">
      <w:pPr>
        <w:spacing w:before="80" w:after="20"/>
        <w:ind w:left="240" w:hangingChars="100" w:hanging="2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問</w:t>
      </w:r>
      <w:r w:rsidR="0083738B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５</w:t>
      </w: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 xml:space="preserve">　</w:t>
      </w:r>
      <w:r w:rsidR="00786974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今回お示ししている運賃改定案について、どのように考えますか。</w:t>
      </w:r>
    </w:p>
    <w:p w14:paraId="7FD92DEB" w14:textId="77777777" w:rsidR="00C3115E" w:rsidRPr="003E5B6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賛成</w:t>
      </w:r>
    </w:p>
    <w:p w14:paraId="49C39B96" w14:textId="77777777" w:rsidR="00C3115E" w:rsidRPr="003E5B6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どちらかといえば賛成</w:t>
      </w:r>
    </w:p>
    <w:p w14:paraId="7034B636" w14:textId="77777777" w:rsidR="00C3115E" w:rsidRPr="003E5B6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どちらともいえない</w:t>
      </w:r>
    </w:p>
    <w:p w14:paraId="313F24F6" w14:textId="4EEAF447" w:rsidR="00C3115E" w:rsidRPr="0058154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どちらかといえば反対</w:t>
      </w:r>
    </w:p>
    <w:p w14:paraId="6557581C" w14:textId="77777777" w:rsidR="00786974" w:rsidRPr="003E5B6F" w:rsidRDefault="00AD31FE" w:rsidP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58154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反対</w:t>
      </w:r>
    </w:p>
    <w:p w14:paraId="62DC1937" w14:textId="4F6550EF" w:rsidR="00786974" w:rsidRPr="00925BF9" w:rsidRDefault="00786974" w:rsidP="00786974">
      <w:pPr>
        <w:spacing w:before="80" w:after="20"/>
        <w:ind w:left="240" w:hangingChars="100" w:hanging="2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925BF9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問</w:t>
      </w:r>
      <w:r w:rsidR="0083738B" w:rsidRPr="00925BF9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６</w:t>
      </w:r>
      <w:r w:rsidRPr="00925BF9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 xml:space="preserve">　そのように考える理由を教えてください。</w:t>
      </w:r>
    </w:p>
    <w:p w14:paraId="30C0342A" w14:textId="58966841" w:rsidR="00786974" w:rsidRPr="00925BF9" w:rsidRDefault="00786974" w:rsidP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現在の運賃が安いと感じているため</w:t>
      </w:r>
    </w:p>
    <w:p w14:paraId="589DF949" w14:textId="795C891C" w:rsidR="00786974" w:rsidRPr="00925BF9" w:rsidRDefault="00786974" w:rsidP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="000D29D3"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>運行を維持するためにはやむを得ないため</w:t>
      </w:r>
    </w:p>
    <w:p w14:paraId="3F71510B" w14:textId="70D0643C" w:rsidR="00786974" w:rsidRPr="00925BF9" w:rsidRDefault="00786974" w:rsidP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="000D29D3"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>値上げ幅が大きいと感じるため</w:t>
      </w:r>
    </w:p>
    <w:p w14:paraId="793EDF92" w14:textId="4D43B632" w:rsidR="00786974" w:rsidRPr="00925BF9" w:rsidRDefault="00786974" w:rsidP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="000D29D3"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>家計への負担が大きくなるため</w:t>
      </w:r>
    </w:p>
    <w:p w14:paraId="7C13D64D" w14:textId="1DD6C71C" w:rsidR="00786974" w:rsidRPr="00925BF9" w:rsidRDefault="00786974" w:rsidP="0078697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="000D29D3"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>サービス内容に対して運賃が高いと感じるため</w:t>
      </w:r>
    </w:p>
    <w:p w14:paraId="5E79C835" w14:textId="2DE11786" w:rsidR="00C3115E" w:rsidRDefault="000D29D3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925BF9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 w:rsidRPr="00925BF9"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その他（　　　　　　　　　　　　　　　　　　　　）</w:t>
      </w:r>
    </w:p>
    <w:p w14:paraId="2F5041F4" w14:textId="77777777" w:rsidR="003F6294" w:rsidRPr="0058154F" w:rsidRDefault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</w:p>
    <w:p w14:paraId="0102871A" w14:textId="5059AB0F" w:rsidR="00C3115E" w:rsidRPr="003E5B6F" w:rsidRDefault="00AD31FE">
      <w:pPr>
        <w:spacing w:before="80" w:after="2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lastRenderedPageBreak/>
        <w:t>問</w:t>
      </w:r>
      <w:r w:rsidR="0083738B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７</w:t>
      </w:r>
      <w:r w:rsidRPr="003E5B6F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 xml:space="preserve">　運賃が</w:t>
      </w:r>
      <w:r w:rsidR="00483282" w:rsidRPr="00483282">
        <w:rPr>
          <w:rFonts w:ascii="UD デジタル 教科書体 N-B" w:eastAsia="UD デジタル 教科書体 N-B" w:hint="eastAsia"/>
          <w:b/>
          <w:sz w:val="24"/>
          <w:szCs w:val="24"/>
          <w:lang w:eastAsia="ja-JP"/>
        </w:rPr>
        <w:t>改定された場合、今後の乗合タクシーの利用について、どのように考えますか。</w:t>
      </w:r>
    </w:p>
    <w:p w14:paraId="5905AEDC" w14:textId="437C2408" w:rsidR="00C3115E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今までと</w:t>
      </w:r>
      <w:r w:rsidR="00483282">
        <w:rPr>
          <w:rFonts w:ascii="UD デジタル 教科書体 N-B" w:eastAsia="UD デジタル 教科書体 N-B" w:hint="eastAsia"/>
          <w:sz w:val="24"/>
          <w:szCs w:val="24"/>
          <w:lang w:eastAsia="ja-JP"/>
        </w:rPr>
        <w:t>同じように利用する</w:t>
      </w:r>
    </w:p>
    <w:p w14:paraId="4BCDFFD6" w14:textId="72F5DB85" w:rsidR="00082040" w:rsidRPr="0058154F" w:rsidRDefault="00082040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58154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Pr="0058154F">
        <w:rPr>
          <w:rFonts w:ascii="UD デジタル 教科書体 N-B" w:eastAsia="UD デジタル 教科書体 N-B"/>
          <w:sz w:val="24"/>
          <w:szCs w:val="24"/>
          <w:lang w:eastAsia="ja-JP"/>
        </w:rPr>
        <w:t>利用頻度は減ると思うが、今後も利用したい</w:t>
      </w:r>
    </w:p>
    <w:p w14:paraId="6F444A52" w14:textId="2577C258" w:rsidR="00082040" w:rsidRPr="0058154F" w:rsidRDefault="00AD31FE" w:rsidP="00082040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58154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="00082040" w:rsidRPr="0058154F">
        <w:rPr>
          <w:rFonts w:ascii="UD デジタル 教科書体 N-B" w:eastAsia="UD デジタル 教科書体 N-B" w:hint="eastAsia"/>
          <w:sz w:val="24"/>
          <w:szCs w:val="24"/>
          <w:lang w:eastAsia="ja-JP"/>
        </w:rPr>
        <w:t>運賃が改定された場合は、利用しないと思う</w:t>
      </w:r>
    </w:p>
    <w:p w14:paraId="3283ECAC" w14:textId="27065CDD" w:rsidR="00C3115E" w:rsidRPr="0058154F" w:rsidRDefault="00AD31FE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58154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="00082040" w:rsidRPr="0058154F">
        <w:rPr>
          <w:rFonts w:ascii="UD デジタル 教科書体 N-B" w:eastAsia="UD デジタル 教科書体 N-B"/>
          <w:sz w:val="24"/>
          <w:szCs w:val="24"/>
          <w:lang w:eastAsia="ja-JP"/>
        </w:rPr>
        <w:t>もともと利用していないため、今後も利用する予定はない</w:t>
      </w:r>
    </w:p>
    <w:p w14:paraId="5710758E" w14:textId="0BD94198" w:rsidR="00C3115E" w:rsidRDefault="00AD31FE" w:rsidP="0099715D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□ わからない</w:t>
      </w:r>
      <w:bookmarkStart w:id="2" w:name="_Hlk242120520"/>
    </w:p>
    <w:p w14:paraId="701D3368" w14:textId="77777777" w:rsidR="003F6294" w:rsidRPr="003E5B6F" w:rsidRDefault="003F6294" w:rsidP="003F6294">
      <w:pPr>
        <w:spacing w:before="80" w:after="2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問８　あなたの日常生活にとって、乗合タクシーはどの程度必要ですか。</w:t>
      </w:r>
    </w:p>
    <w:p w14:paraId="2B4A20F5" w14:textId="66CF696D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なくてはならない</w:t>
      </w:r>
    </w:p>
    <w:p w14:paraId="55DF1A5D" w14:textId="2351706D" w:rsidR="003F6294" w:rsidRPr="003E5B6F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あると非常に助かる</w:t>
      </w:r>
    </w:p>
    <w:p w14:paraId="6B0346F0" w14:textId="1214618A" w:rsidR="003F6294" w:rsidRPr="003E5B6F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あると便利</w:t>
      </w:r>
    </w:p>
    <w:p w14:paraId="77C54744" w14:textId="5B61DD57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あまり必要ではない</w:t>
      </w:r>
    </w:p>
    <w:p w14:paraId="65F49B6E" w14:textId="77777777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利用していない</w:t>
      </w:r>
      <w:bookmarkEnd w:id="2"/>
    </w:p>
    <w:p w14:paraId="73FBB38F" w14:textId="62E2DD89" w:rsidR="003F6294" w:rsidRPr="003E5B6F" w:rsidRDefault="003F6294" w:rsidP="003F6294">
      <w:pPr>
        <w:spacing w:before="80" w:after="20"/>
        <w:ind w:left="240" w:hangingChars="100" w:hanging="2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問９　今後も乗合タクシーを安定して運行していくために運賃を見直す場合、現在の運賃からどの程度までの値上げであれば、利用を続けられると思いますか。</w:t>
      </w:r>
    </w:p>
    <w:p w14:paraId="1A2464AC" w14:textId="6EEFC3C3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１００円程度</w:t>
      </w:r>
    </w:p>
    <w:p w14:paraId="0136C75F" w14:textId="7D847B94" w:rsidR="003F6294" w:rsidRPr="003E5B6F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２００円程度</w:t>
      </w:r>
    </w:p>
    <w:p w14:paraId="2D8B336C" w14:textId="36CC96FA" w:rsidR="003F6294" w:rsidRPr="003E5B6F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３００円程度</w:t>
      </w:r>
    </w:p>
    <w:p w14:paraId="50407AA5" w14:textId="5B4BCCD9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金額にかかわらず値上げは難しい</w:t>
      </w:r>
    </w:p>
    <w:p w14:paraId="3B0E62AE" w14:textId="77777777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わからない</w:t>
      </w:r>
    </w:p>
    <w:p w14:paraId="31EC6E66" w14:textId="7A8ABF38" w:rsidR="003F6294" w:rsidRPr="003E5B6F" w:rsidRDefault="003F6294" w:rsidP="003F6294">
      <w:pPr>
        <w:spacing w:before="80" w:after="20"/>
        <w:ind w:left="240" w:hangingChars="100" w:hanging="2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問１０　今後の乗合タクシーについて、あなたの考えに最も近いものを教えてください。</w:t>
      </w:r>
    </w:p>
    <w:p w14:paraId="565419F1" w14:textId="2DD299E3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運賃が多少上がっても、現在のサービスを維持してほしい</w:t>
      </w:r>
    </w:p>
    <w:p w14:paraId="7374190D" w14:textId="53FBBEBD" w:rsidR="003F6294" w:rsidRPr="003E5B6F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サービスを多少縮小しても、できるだけ現在の運賃を維持してほしい</w:t>
      </w:r>
    </w:p>
    <w:p w14:paraId="47F1F425" w14:textId="6C5932AE" w:rsidR="003F6294" w:rsidRPr="003E5B6F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運賃が上がっても、サービスをさらに充実してほしい</w:t>
      </w:r>
    </w:p>
    <w:p w14:paraId="283002FD" w14:textId="6C6F6A2B" w:rsidR="003F6294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 xml:space="preserve">□ </w:t>
      </w:r>
      <w:r w:rsidRPr="003F6294">
        <w:rPr>
          <w:rFonts w:ascii="UD デジタル 教科書体 N-B" w:eastAsia="UD デジタル 教科書体 N-B" w:hint="eastAsia"/>
          <w:sz w:val="24"/>
          <w:szCs w:val="24"/>
          <w:lang w:eastAsia="ja-JP"/>
        </w:rPr>
        <w:t>その他（　　　　　　　　　　　　　　　　　　　　）</w:t>
      </w:r>
    </w:p>
    <w:p w14:paraId="664BF310" w14:textId="54EF6BB1" w:rsidR="003F6294" w:rsidRPr="003E5B6F" w:rsidRDefault="003F6294" w:rsidP="003F6294">
      <w:pPr>
        <w:spacing w:after="0"/>
        <w:ind w:left="340"/>
        <w:rPr>
          <w:rFonts w:ascii="UD デジタル 教科書体 N-B" w:eastAsia="UD デジタル 教科書体 N-B"/>
          <w:sz w:val="24"/>
          <w:szCs w:val="24"/>
          <w:lang w:eastAsia="ja-JP"/>
        </w:rPr>
      </w:pP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□</w:t>
      </w:r>
      <w:r>
        <w:rPr>
          <w:rFonts w:ascii="UD デジタル 教科書体 N-B" w:eastAsia="UD デジタル 教科書体 N-B"/>
          <w:sz w:val="24"/>
          <w:szCs w:val="24"/>
          <w:lang w:eastAsia="ja-JP"/>
        </w:rPr>
        <w:t xml:space="preserve"> </w:t>
      </w:r>
      <w:r>
        <w:rPr>
          <w:rFonts w:ascii="UD デジタル 教科書体 N-B" w:eastAsia="UD デジタル 教科書体 N-B" w:hint="eastAsia"/>
          <w:sz w:val="24"/>
          <w:szCs w:val="24"/>
          <w:lang w:eastAsia="ja-JP"/>
        </w:rPr>
        <w:t>わからない</w:t>
      </w:r>
    </w:p>
    <w:p w14:paraId="55095D85" w14:textId="5DF3EED1" w:rsidR="00C3115E" w:rsidRPr="003E5B6F" w:rsidRDefault="00AD31FE" w:rsidP="005B583B">
      <w:pPr>
        <w:spacing w:before="100"/>
        <w:rPr>
          <w:rFonts w:ascii="UD デジタル 教科書体 N-B" w:eastAsia="UD デジタル 教科書体 N-B"/>
          <w:sz w:val="24"/>
          <w:szCs w:val="24"/>
          <w:lang w:eastAsia="ja-JP"/>
        </w:rPr>
      </w:pPr>
      <w:r w:rsidRPr="003E5B6F">
        <w:rPr>
          <w:rFonts w:ascii="UD デジタル 教科書体 N-B" w:eastAsia="UD デジタル 教科書体 N-B" w:hint="eastAsia"/>
          <w:b/>
          <w:sz w:val="28"/>
          <w:szCs w:val="28"/>
          <w:lang w:eastAsia="ja-JP"/>
        </w:rPr>
        <w:t>自由意見</w:t>
      </w:r>
      <w:r w:rsidR="005B583B">
        <w:rPr>
          <w:rFonts w:ascii="UD デジタル 教科書体 N-B" w:eastAsia="UD デジタル 教科書体 N-B"/>
          <w:b/>
          <w:sz w:val="28"/>
          <w:szCs w:val="28"/>
          <w:lang w:eastAsia="ja-JP"/>
        </w:rPr>
        <w:br/>
      </w:r>
      <w:r w:rsidRPr="003E5B6F">
        <w:rPr>
          <w:rFonts w:ascii="UD デジタル 教科書体 N-B" w:eastAsia="UD デジタル 教科書体 N-B" w:hint="eastAsia"/>
          <w:sz w:val="24"/>
          <w:szCs w:val="24"/>
          <w:lang w:eastAsia="ja-JP"/>
        </w:rPr>
        <w:t>運賃改定や乗合タクシーについて、ご意見があればお聞かせください。</w:t>
      </w:r>
    </w:p>
    <w:p w14:paraId="63F3A59B" w14:textId="15733072" w:rsidR="00C3115E" w:rsidRPr="003E5B6F" w:rsidRDefault="00AD31FE">
      <w:pPr>
        <w:rPr>
          <w:rFonts w:ascii="UD デジタル 教科書体 N-B" w:eastAsia="UD デジタル 教科書体 N-B"/>
          <w:lang w:eastAsia="ja-JP"/>
        </w:rPr>
      </w:pPr>
      <w:r w:rsidRPr="003E5B6F">
        <w:rPr>
          <w:rFonts w:ascii="UD デジタル 教科書体 N-B" w:eastAsia="UD デジタル 教科書体 N-B" w:hint="eastAsia"/>
          <w:lang w:eastAsia="ja-JP"/>
        </w:rPr>
        <w:t>____________________________________________________________________</w:t>
      </w:r>
      <w:r w:rsidR="009A0247" w:rsidRPr="003E5B6F">
        <w:rPr>
          <w:rFonts w:ascii="UD デジタル 教科書体 N-B" w:eastAsia="UD デジタル 教科書体 N-B" w:hint="eastAsia"/>
          <w:lang w:eastAsia="ja-JP"/>
        </w:rPr>
        <w:t>______________</w:t>
      </w:r>
      <w:r w:rsidRPr="003E5B6F">
        <w:rPr>
          <w:rFonts w:ascii="UD デジタル 教科書体 N-B" w:eastAsia="UD デジタル 教科書体 N-B" w:hint="eastAsia"/>
          <w:lang w:eastAsia="ja-JP"/>
        </w:rPr>
        <w:t>___________</w:t>
      </w:r>
    </w:p>
    <w:p w14:paraId="15252A64" w14:textId="7F164F71" w:rsidR="00C3115E" w:rsidRPr="003E5B6F" w:rsidRDefault="00AD31FE">
      <w:pPr>
        <w:rPr>
          <w:rFonts w:ascii="UD デジタル 教科書体 N-B" w:eastAsia="UD デジタル 教科書体 N-B"/>
          <w:lang w:eastAsia="ja-JP"/>
        </w:rPr>
      </w:pPr>
      <w:r w:rsidRPr="003E5B6F">
        <w:rPr>
          <w:rFonts w:ascii="UD デジタル 教科書体 N-B" w:eastAsia="UD デジタル 教科書体 N-B" w:hint="eastAsia"/>
          <w:lang w:eastAsia="ja-JP"/>
        </w:rPr>
        <w:t>_______________________________________________________________________</w:t>
      </w:r>
      <w:r w:rsidR="009A0247" w:rsidRPr="003E5B6F">
        <w:rPr>
          <w:rFonts w:ascii="UD デジタル 教科書体 N-B" w:eastAsia="UD デジタル 教科書体 N-B" w:hint="eastAsia"/>
          <w:lang w:eastAsia="ja-JP"/>
        </w:rPr>
        <w:t>______________</w:t>
      </w:r>
      <w:r w:rsidRPr="003E5B6F">
        <w:rPr>
          <w:rFonts w:ascii="UD デジタル 教科書体 N-B" w:eastAsia="UD デジタル 教科書体 N-B" w:hint="eastAsia"/>
          <w:lang w:eastAsia="ja-JP"/>
        </w:rPr>
        <w:t>________</w:t>
      </w:r>
    </w:p>
    <w:p w14:paraId="60204EA0" w14:textId="0948E810" w:rsidR="00A9473B" w:rsidRPr="00A9473B" w:rsidRDefault="00AD31FE" w:rsidP="003F6294">
      <w:pPr>
        <w:jc w:val="center"/>
        <w:rPr>
          <w:rFonts w:ascii="UD デジタル 教科書体 N-B" w:eastAsia="UD デジタル 教科書体 N-B"/>
          <w:b/>
          <w:sz w:val="28"/>
          <w:szCs w:val="28"/>
          <w:lang w:eastAsia="ja-JP"/>
        </w:rPr>
      </w:pPr>
      <w:r w:rsidRPr="009A0247">
        <w:rPr>
          <w:rFonts w:ascii="UD デジタル 教科書体 N-B" w:eastAsia="UD デジタル 教科書体 N-B" w:hint="eastAsia"/>
          <w:b/>
          <w:sz w:val="28"/>
          <w:szCs w:val="28"/>
          <w:lang w:eastAsia="ja-JP"/>
        </w:rPr>
        <w:t>ご協力ありがとうございました。</w:t>
      </w:r>
    </w:p>
    <w:sectPr w:rsidR="00A9473B" w:rsidRPr="00A9473B" w:rsidSect="00034616">
      <w:footerReference w:type="default" r:id="rId8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501EC" w14:textId="77777777" w:rsidR="009F2D57" w:rsidRDefault="009F2D57">
      <w:pPr>
        <w:spacing w:after="0" w:line="240" w:lineRule="auto"/>
      </w:pPr>
      <w:r>
        <w:separator/>
      </w:r>
    </w:p>
  </w:endnote>
  <w:endnote w:type="continuationSeparator" w:id="0">
    <w:p w14:paraId="111CA664" w14:textId="77777777" w:rsidR="009F2D57" w:rsidRDefault="009F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B">
    <w:altName w:val="UD デジタル 教科書体 N"/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828D8" w14:textId="33AF136F" w:rsidR="0058154F" w:rsidRPr="0058154F" w:rsidRDefault="0058154F" w:rsidP="0058154F">
    <w:pPr>
      <w:pStyle w:val="a7"/>
      <w:jc w:val="center"/>
      <w:rPr>
        <w:sz w:val="18"/>
        <w:lang w:eastAsia="ja-JP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B9255" w14:textId="77777777" w:rsidR="009F2D57" w:rsidRDefault="009F2D57">
      <w:pPr>
        <w:spacing w:after="0" w:line="240" w:lineRule="auto"/>
      </w:pPr>
      <w:r>
        <w:separator/>
      </w:r>
    </w:p>
  </w:footnote>
  <w:footnote w:type="continuationSeparator" w:id="0">
    <w:p w14:paraId="6ABD4001" w14:textId="77777777" w:rsidR="009F2D57" w:rsidRDefault="009F2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DB3B6C"/>
    <w:multiLevelType w:val="hybridMultilevel"/>
    <w:tmpl w:val="0986BB30"/>
    <w:lvl w:ilvl="0" w:tplc="261C734E">
      <w:start w:val="1"/>
      <w:numFmt w:val="bullet"/>
      <w:lvlText w:val="■"/>
      <w:lvlJc w:val="left"/>
      <w:pPr>
        <w:ind w:left="360" w:hanging="360"/>
      </w:pPr>
      <w:rPr>
        <w:rFonts w:ascii="UD デジタル 教科書体 N-B" w:eastAsia="UD デジタル 教科書体 N-B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0275591"/>
    <w:multiLevelType w:val="hybridMultilevel"/>
    <w:tmpl w:val="B308C57C"/>
    <w:lvl w:ilvl="0" w:tplc="1F348F58">
      <w:numFmt w:val="bullet"/>
      <w:lvlText w:val="□"/>
      <w:lvlJc w:val="left"/>
      <w:pPr>
        <w:ind w:left="713" w:hanging="360"/>
      </w:pPr>
      <w:rPr>
        <w:rFonts w:ascii="UD デジタル 教科書体 N-B" w:eastAsia="UD デジタル 教科書体 N-B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3" w:hanging="420"/>
      </w:pPr>
      <w:rPr>
        <w:rFonts w:ascii="Wingdings" w:hAnsi="Wingdings" w:hint="default"/>
      </w:rPr>
    </w:lvl>
  </w:abstractNum>
  <w:abstractNum w:abstractNumId="11" w15:restartNumberingAfterBreak="0">
    <w:nsid w:val="5ADA24F9"/>
    <w:multiLevelType w:val="hybridMultilevel"/>
    <w:tmpl w:val="AB6267A4"/>
    <w:lvl w:ilvl="0" w:tplc="ADCE24BC">
      <w:start w:val="1"/>
      <w:numFmt w:val="bullet"/>
      <w:lvlText w:val="■"/>
      <w:lvlJc w:val="left"/>
      <w:pPr>
        <w:ind w:left="360" w:hanging="360"/>
      </w:pPr>
      <w:rPr>
        <w:rFonts w:ascii="UD デジタル 教科書体 N-B" w:eastAsia="UD デジタル 教科書体 N-B" w:hAnsi="游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15F4B6F"/>
    <w:multiLevelType w:val="multilevel"/>
    <w:tmpl w:val="5744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D2245"/>
    <w:multiLevelType w:val="multilevel"/>
    <w:tmpl w:val="BE32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232"/>
    <w:rsid w:val="00025A55"/>
    <w:rsid w:val="00034616"/>
    <w:rsid w:val="00056DB6"/>
    <w:rsid w:val="0006063C"/>
    <w:rsid w:val="00063167"/>
    <w:rsid w:val="00077B91"/>
    <w:rsid w:val="00082040"/>
    <w:rsid w:val="0009675E"/>
    <w:rsid w:val="000D29D3"/>
    <w:rsid w:val="0015074B"/>
    <w:rsid w:val="001E17D3"/>
    <w:rsid w:val="00216524"/>
    <w:rsid w:val="00291BC1"/>
    <w:rsid w:val="0029639D"/>
    <w:rsid w:val="002C0DC2"/>
    <w:rsid w:val="00326F90"/>
    <w:rsid w:val="003E5B6F"/>
    <w:rsid w:val="003F6294"/>
    <w:rsid w:val="00444D4C"/>
    <w:rsid w:val="00483282"/>
    <w:rsid w:val="004F0E20"/>
    <w:rsid w:val="005671D7"/>
    <w:rsid w:val="0058154F"/>
    <w:rsid w:val="005838AF"/>
    <w:rsid w:val="005B583B"/>
    <w:rsid w:val="005C0306"/>
    <w:rsid w:val="00600B62"/>
    <w:rsid w:val="006253DA"/>
    <w:rsid w:val="00676DDD"/>
    <w:rsid w:val="00713201"/>
    <w:rsid w:val="00786974"/>
    <w:rsid w:val="00802924"/>
    <w:rsid w:val="0083738B"/>
    <w:rsid w:val="008842D3"/>
    <w:rsid w:val="00925BF9"/>
    <w:rsid w:val="00934036"/>
    <w:rsid w:val="00950E16"/>
    <w:rsid w:val="0095746C"/>
    <w:rsid w:val="00957B69"/>
    <w:rsid w:val="0099715D"/>
    <w:rsid w:val="009A0247"/>
    <w:rsid w:val="009B4CB4"/>
    <w:rsid w:val="009D6511"/>
    <w:rsid w:val="009F2D57"/>
    <w:rsid w:val="00A7746E"/>
    <w:rsid w:val="00A9473B"/>
    <w:rsid w:val="00AA1D8D"/>
    <w:rsid w:val="00AA3BF2"/>
    <w:rsid w:val="00AD31FE"/>
    <w:rsid w:val="00B47730"/>
    <w:rsid w:val="00C3115E"/>
    <w:rsid w:val="00CB0664"/>
    <w:rsid w:val="00D241C5"/>
    <w:rsid w:val="00D44A73"/>
    <w:rsid w:val="00D64C5A"/>
    <w:rsid w:val="00DC183D"/>
    <w:rsid w:val="00DF1661"/>
    <w:rsid w:val="00ED02C1"/>
    <w:rsid w:val="00FA1E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F5BE7"/>
  <w14:defaultImageDpi w14:val="300"/>
  <w15:docId w15:val="{5534E188-E3D5-456D-AFDA-94881356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F6294"/>
    <w:rPr>
      <w:rFonts w:ascii="游ゴシック" w:eastAsia="游ゴシック" w:hAnsi="游ゴシック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A9473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坂本 郁子</cp:lastModifiedBy>
  <cp:revision>15</cp:revision>
  <dcterms:created xsi:type="dcterms:W3CDTF">2026-10-01T02:52:00Z</dcterms:created>
  <dcterms:modified xsi:type="dcterms:W3CDTF">2026-10-07T06:54:00Z</dcterms:modified>
  <cp:category/>
</cp:coreProperties>
</file>