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7AA7A" w14:textId="77777777" w:rsidR="00E00F52" w:rsidRPr="00756D53" w:rsidRDefault="00E47BC1">
      <w:pPr>
        <w:spacing w:after="20" w:line="240" w:lineRule="auto"/>
        <w:jc w:val="center"/>
        <w:rPr>
          <w:rFonts w:ascii="BIZ UDPゴシック" w:eastAsia="BIZ UDPゴシック" w:hAnsi="BIZ UDPゴシック"/>
          <w:lang w:eastAsia="ja-JP"/>
        </w:rPr>
      </w:pPr>
      <w:r w:rsidRPr="00756D53">
        <w:rPr>
          <w:rFonts w:ascii="BIZ UDPゴシック" w:eastAsia="BIZ UDPゴシック" w:hAnsi="BIZ UDPゴシック"/>
          <w:b/>
          <w:sz w:val="28"/>
          <w:lang w:eastAsia="ja-JP"/>
        </w:rPr>
        <w:t>大津町役場庁舎におけるＰＲ販売（試行）申込書</w:t>
      </w:r>
    </w:p>
    <w:p w14:paraId="7213C1FD" w14:textId="77777777" w:rsidR="00E00F52" w:rsidRPr="00756D53" w:rsidRDefault="00E47BC1">
      <w:pPr>
        <w:spacing w:after="0" w:line="240" w:lineRule="auto"/>
        <w:jc w:val="right"/>
        <w:rPr>
          <w:rFonts w:ascii="BIZ UDPゴシック" w:eastAsia="BIZ UDPゴシック" w:hAnsi="BIZ UDPゴシック"/>
          <w:sz w:val="21"/>
          <w:szCs w:val="21"/>
        </w:rPr>
      </w:pPr>
      <w:proofErr w:type="spellStart"/>
      <w:r w:rsidRPr="00756D53">
        <w:rPr>
          <w:rFonts w:ascii="BIZ UDPゴシック" w:eastAsia="BIZ UDPゴシック" w:hAnsi="BIZ UDPゴシック"/>
          <w:sz w:val="21"/>
          <w:szCs w:val="21"/>
        </w:rPr>
        <w:t>令和</w:t>
      </w:r>
      <w:proofErr w:type="spellEnd"/>
      <w:r w:rsidRPr="00756D53">
        <w:rPr>
          <w:rFonts w:ascii="BIZ UDPゴシック" w:eastAsia="BIZ UDPゴシック" w:hAnsi="BIZ UDPゴシック"/>
          <w:sz w:val="21"/>
          <w:szCs w:val="21"/>
        </w:rPr>
        <w:t xml:space="preserve">　　年　　月　　日</w:t>
      </w:r>
    </w:p>
    <w:p w14:paraId="7B060589" w14:textId="77777777" w:rsidR="00E00F52" w:rsidRPr="00756D53" w:rsidRDefault="00E47BC1">
      <w:pPr>
        <w:spacing w:after="20" w:line="240" w:lineRule="auto"/>
        <w:rPr>
          <w:rFonts w:ascii="BIZ UDPゴシック" w:eastAsia="BIZ UDPゴシック" w:hAnsi="BIZ UDPゴシック"/>
          <w:sz w:val="21"/>
          <w:szCs w:val="21"/>
        </w:rPr>
      </w:pPr>
      <w:r w:rsidRPr="00756D53">
        <w:rPr>
          <w:rFonts w:ascii="BIZ UDPゴシック" w:eastAsia="BIZ UDPゴシック" w:hAnsi="BIZ UDPゴシック"/>
          <w:sz w:val="21"/>
          <w:szCs w:val="21"/>
        </w:rPr>
        <w:t>大津町長　様</w:t>
      </w:r>
    </w:p>
    <w:tbl>
      <w:tblPr>
        <w:tblStyle w:val="afe"/>
        <w:tblW w:w="0" w:type="auto"/>
        <w:jc w:val="center"/>
        <w:tblLook w:val="04A0" w:firstRow="1" w:lastRow="0" w:firstColumn="1" w:lastColumn="0" w:noHBand="0" w:noVBand="1"/>
      </w:tblPr>
      <w:tblGrid>
        <w:gridCol w:w="2579"/>
        <w:gridCol w:w="2579"/>
        <w:gridCol w:w="2579"/>
        <w:gridCol w:w="2579"/>
      </w:tblGrid>
      <w:tr w:rsidR="00E00F52" w:rsidRPr="00756D53" w14:paraId="020A58C3" w14:textId="77777777">
        <w:trPr>
          <w:trHeight w:val="453"/>
          <w:jc w:val="center"/>
        </w:trPr>
        <w:tc>
          <w:tcPr>
            <w:tcW w:w="2579" w:type="dxa"/>
            <w:shd w:val="clear" w:color="auto" w:fill="E7E6E6"/>
            <w:vAlign w:val="center"/>
          </w:tcPr>
          <w:p w14:paraId="310F5813" w14:textId="77777777" w:rsidR="00E00F52" w:rsidRPr="00756D53" w:rsidRDefault="00E47BC1">
            <w:pPr>
              <w:jc w:val="center"/>
              <w:rPr>
                <w:rFonts w:ascii="BIZ UDPゴシック" w:eastAsia="BIZ UDPゴシック" w:hAnsi="BIZ UDPゴシック"/>
                <w:sz w:val="22"/>
              </w:rPr>
            </w:pPr>
            <w:proofErr w:type="spellStart"/>
            <w:r w:rsidRPr="00756D53">
              <w:rPr>
                <w:rFonts w:ascii="BIZ UDPゴシック" w:eastAsia="BIZ UDPゴシック" w:hAnsi="BIZ UDPゴシック"/>
                <w:b/>
                <w:sz w:val="22"/>
              </w:rPr>
              <w:t>事業者名</w:t>
            </w:r>
            <w:proofErr w:type="spellEnd"/>
          </w:p>
        </w:tc>
        <w:tc>
          <w:tcPr>
            <w:tcW w:w="2579" w:type="dxa"/>
            <w:vAlign w:val="center"/>
          </w:tcPr>
          <w:p w14:paraId="34B29BC2"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430E2690"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代表者名</w:t>
            </w:r>
          </w:p>
        </w:tc>
        <w:tc>
          <w:tcPr>
            <w:tcW w:w="2579" w:type="dxa"/>
            <w:vAlign w:val="center"/>
          </w:tcPr>
          <w:p w14:paraId="10EA27ED" w14:textId="77777777" w:rsidR="00E00F52" w:rsidRPr="00756D53" w:rsidRDefault="00E00F52">
            <w:pPr>
              <w:rPr>
                <w:rFonts w:ascii="BIZ UDPゴシック" w:eastAsia="BIZ UDPゴシック" w:hAnsi="BIZ UDPゴシック"/>
                <w:sz w:val="22"/>
              </w:rPr>
            </w:pPr>
          </w:p>
        </w:tc>
      </w:tr>
      <w:tr w:rsidR="00E00F52" w:rsidRPr="00756D53" w14:paraId="6663EADB" w14:textId="77777777">
        <w:trPr>
          <w:trHeight w:val="453"/>
          <w:jc w:val="center"/>
        </w:trPr>
        <w:tc>
          <w:tcPr>
            <w:tcW w:w="2579" w:type="dxa"/>
            <w:shd w:val="clear" w:color="auto" w:fill="E7E6E6"/>
            <w:vAlign w:val="center"/>
          </w:tcPr>
          <w:p w14:paraId="61FBE404"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店舗・事業所名</w:t>
            </w:r>
          </w:p>
        </w:tc>
        <w:tc>
          <w:tcPr>
            <w:tcW w:w="2579" w:type="dxa"/>
            <w:vAlign w:val="center"/>
          </w:tcPr>
          <w:p w14:paraId="1767499F"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70800CE9"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担当者名</w:t>
            </w:r>
          </w:p>
        </w:tc>
        <w:tc>
          <w:tcPr>
            <w:tcW w:w="2579" w:type="dxa"/>
            <w:vAlign w:val="center"/>
          </w:tcPr>
          <w:p w14:paraId="7B7C30AA" w14:textId="77777777" w:rsidR="00E00F52" w:rsidRPr="00756D53" w:rsidRDefault="00E00F52">
            <w:pPr>
              <w:rPr>
                <w:rFonts w:ascii="BIZ UDPゴシック" w:eastAsia="BIZ UDPゴシック" w:hAnsi="BIZ UDPゴシック"/>
                <w:sz w:val="22"/>
              </w:rPr>
            </w:pPr>
          </w:p>
        </w:tc>
      </w:tr>
      <w:tr w:rsidR="00E00F52" w:rsidRPr="00756D53" w14:paraId="6E4C2FFE" w14:textId="77777777">
        <w:trPr>
          <w:trHeight w:val="453"/>
          <w:jc w:val="center"/>
        </w:trPr>
        <w:tc>
          <w:tcPr>
            <w:tcW w:w="2579" w:type="dxa"/>
            <w:shd w:val="clear" w:color="auto" w:fill="E7E6E6"/>
            <w:vAlign w:val="center"/>
          </w:tcPr>
          <w:p w14:paraId="2235D290"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所在地</w:t>
            </w:r>
          </w:p>
        </w:tc>
        <w:tc>
          <w:tcPr>
            <w:tcW w:w="2579" w:type="dxa"/>
            <w:vAlign w:val="center"/>
          </w:tcPr>
          <w:p w14:paraId="05DBB396"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588529BA"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電話番号</w:t>
            </w:r>
          </w:p>
        </w:tc>
        <w:tc>
          <w:tcPr>
            <w:tcW w:w="2579" w:type="dxa"/>
            <w:vAlign w:val="center"/>
          </w:tcPr>
          <w:p w14:paraId="079EB32B" w14:textId="77777777" w:rsidR="00E00F52" w:rsidRPr="00756D53" w:rsidRDefault="00E00F52">
            <w:pPr>
              <w:rPr>
                <w:rFonts w:ascii="BIZ UDPゴシック" w:eastAsia="BIZ UDPゴシック" w:hAnsi="BIZ UDPゴシック"/>
                <w:sz w:val="22"/>
              </w:rPr>
            </w:pPr>
          </w:p>
        </w:tc>
      </w:tr>
      <w:tr w:rsidR="00E00F52" w:rsidRPr="00756D53" w14:paraId="65E8A573" w14:textId="77777777">
        <w:trPr>
          <w:trHeight w:val="453"/>
          <w:jc w:val="center"/>
        </w:trPr>
        <w:tc>
          <w:tcPr>
            <w:tcW w:w="2579" w:type="dxa"/>
            <w:shd w:val="clear" w:color="auto" w:fill="E7E6E6"/>
            <w:vAlign w:val="center"/>
          </w:tcPr>
          <w:p w14:paraId="7BDA0607"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メールアドレス</w:t>
            </w:r>
          </w:p>
        </w:tc>
        <w:tc>
          <w:tcPr>
            <w:tcW w:w="7737" w:type="dxa"/>
            <w:gridSpan w:val="3"/>
            <w:vAlign w:val="center"/>
          </w:tcPr>
          <w:p w14:paraId="762623F7" w14:textId="77777777" w:rsidR="00E00F52" w:rsidRPr="00756D53" w:rsidRDefault="00E00F52">
            <w:pPr>
              <w:rPr>
                <w:rFonts w:ascii="BIZ UDPゴシック" w:eastAsia="BIZ UDPゴシック" w:hAnsi="BIZ UDPゴシック"/>
                <w:sz w:val="22"/>
              </w:rPr>
            </w:pPr>
          </w:p>
          <w:p w14:paraId="303EAA73" w14:textId="77777777" w:rsidR="00E00F52" w:rsidRPr="00756D53" w:rsidRDefault="00E00F52">
            <w:pPr>
              <w:jc w:val="center"/>
              <w:rPr>
                <w:rFonts w:ascii="BIZ UDPゴシック" w:eastAsia="BIZ UDPゴシック" w:hAnsi="BIZ UDPゴシック"/>
                <w:sz w:val="22"/>
              </w:rPr>
            </w:pPr>
          </w:p>
          <w:p w14:paraId="6F1DD105" w14:textId="77777777" w:rsidR="00E00F52" w:rsidRPr="00756D53" w:rsidRDefault="00E00F52">
            <w:pPr>
              <w:rPr>
                <w:rFonts w:ascii="BIZ UDPゴシック" w:eastAsia="BIZ UDPゴシック" w:hAnsi="BIZ UDPゴシック"/>
                <w:sz w:val="22"/>
              </w:rPr>
            </w:pPr>
          </w:p>
        </w:tc>
      </w:tr>
    </w:tbl>
    <w:p w14:paraId="292017B4" w14:textId="77777777" w:rsidR="00E00F52" w:rsidRPr="00756D53" w:rsidRDefault="00E47BC1">
      <w:pPr>
        <w:spacing w:before="40" w:after="2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「大津町役場庁舎におけるＰＲ販売（試行）募集要項」の内容を確認し、次のとおり申し込みます。</w:t>
      </w:r>
    </w:p>
    <w:p w14:paraId="4F3A0F95" w14:textId="77777777" w:rsidR="00E00F52" w:rsidRPr="00756D53" w:rsidRDefault="00E47BC1">
      <w:pPr>
        <w:spacing w:before="40" w:after="20" w:line="240" w:lineRule="auto"/>
        <w:rPr>
          <w:rFonts w:ascii="BIZ UDPゴシック" w:eastAsia="BIZ UDPゴシック" w:hAnsi="BIZ UDPゴシック"/>
          <w:sz w:val="24"/>
          <w:szCs w:val="24"/>
          <w:lang w:eastAsia="ja-JP"/>
        </w:rPr>
      </w:pPr>
      <w:r w:rsidRPr="00756D53">
        <w:rPr>
          <w:rFonts w:ascii="BIZ UDPゴシック" w:eastAsia="BIZ UDPゴシック" w:hAnsi="BIZ UDPゴシック"/>
          <w:b/>
          <w:sz w:val="24"/>
          <w:szCs w:val="24"/>
          <w:lang w:eastAsia="ja-JP"/>
        </w:rPr>
        <w:t>1　販売区分</w:t>
      </w:r>
    </w:p>
    <w:p w14:paraId="0174B401" w14:textId="77777777"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弁当等販売　　□ 物品販売　　※該当する区分にチェックしてください。</w:t>
      </w:r>
    </w:p>
    <w:p w14:paraId="752A3AEA" w14:textId="77777777" w:rsidR="00E00F52" w:rsidRPr="00756D53" w:rsidRDefault="00E47BC1">
      <w:pPr>
        <w:spacing w:before="40" w:after="20" w:line="240" w:lineRule="auto"/>
        <w:rPr>
          <w:rFonts w:ascii="BIZ UDPゴシック" w:eastAsia="BIZ UDPゴシック" w:hAnsi="BIZ UDPゴシック"/>
          <w:sz w:val="24"/>
          <w:szCs w:val="24"/>
        </w:rPr>
      </w:pPr>
      <w:r w:rsidRPr="00756D53">
        <w:rPr>
          <w:rFonts w:ascii="BIZ UDPゴシック" w:eastAsia="BIZ UDPゴシック" w:hAnsi="BIZ UDPゴシック"/>
          <w:b/>
          <w:sz w:val="24"/>
          <w:szCs w:val="24"/>
        </w:rPr>
        <w:t xml:space="preserve">2　</w:t>
      </w:r>
      <w:proofErr w:type="spellStart"/>
      <w:r w:rsidRPr="00756D53">
        <w:rPr>
          <w:rFonts w:ascii="BIZ UDPゴシック" w:eastAsia="BIZ UDPゴシック" w:hAnsi="BIZ UDPゴシック"/>
          <w:b/>
          <w:sz w:val="24"/>
          <w:szCs w:val="24"/>
        </w:rPr>
        <w:t>販売予定の商品</w:t>
      </w:r>
      <w:proofErr w:type="spellEnd"/>
    </w:p>
    <w:tbl>
      <w:tblPr>
        <w:tblStyle w:val="afe"/>
        <w:tblW w:w="0" w:type="auto"/>
        <w:jc w:val="center"/>
        <w:tblLook w:val="04A0" w:firstRow="1" w:lastRow="0" w:firstColumn="1" w:lastColumn="0" w:noHBand="0" w:noVBand="1"/>
      </w:tblPr>
      <w:tblGrid>
        <w:gridCol w:w="2579"/>
        <w:gridCol w:w="2579"/>
        <w:gridCol w:w="2579"/>
        <w:gridCol w:w="2579"/>
      </w:tblGrid>
      <w:tr w:rsidR="00E00F52" w:rsidRPr="00756D53" w14:paraId="5FE9E104" w14:textId="77777777">
        <w:trPr>
          <w:trHeight w:val="453"/>
          <w:jc w:val="center"/>
        </w:trPr>
        <w:tc>
          <w:tcPr>
            <w:tcW w:w="2579" w:type="dxa"/>
            <w:shd w:val="clear" w:color="auto" w:fill="E7E6E6"/>
            <w:vAlign w:val="center"/>
          </w:tcPr>
          <w:p w14:paraId="702317D2"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主な販売商品</w:t>
            </w:r>
          </w:p>
        </w:tc>
        <w:tc>
          <w:tcPr>
            <w:tcW w:w="2579" w:type="dxa"/>
            <w:vAlign w:val="center"/>
          </w:tcPr>
          <w:p w14:paraId="0D55BF90"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2DA2BCEC"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販売予定価格</w:t>
            </w:r>
          </w:p>
        </w:tc>
        <w:tc>
          <w:tcPr>
            <w:tcW w:w="2579" w:type="dxa"/>
            <w:vAlign w:val="center"/>
          </w:tcPr>
          <w:p w14:paraId="573679C2" w14:textId="77777777" w:rsidR="00E00F52" w:rsidRPr="00756D53" w:rsidRDefault="00E00F52">
            <w:pPr>
              <w:rPr>
                <w:rFonts w:ascii="BIZ UDPゴシック" w:eastAsia="BIZ UDPゴシック" w:hAnsi="BIZ UDPゴシック"/>
                <w:sz w:val="22"/>
              </w:rPr>
            </w:pPr>
          </w:p>
        </w:tc>
      </w:tr>
      <w:tr w:rsidR="00E00F52" w:rsidRPr="00756D53" w14:paraId="7ECDFD5D" w14:textId="77777777">
        <w:trPr>
          <w:trHeight w:val="453"/>
          <w:jc w:val="center"/>
        </w:trPr>
        <w:tc>
          <w:tcPr>
            <w:tcW w:w="2579" w:type="dxa"/>
            <w:shd w:val="clear" w:color="auto" w:fill="E7E6E6"/>
            <w:vAlign w:val="center"/>
          </w:tcPr>
          <w:p w14:paraId="2A6A329E"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販売予定数量</w:t>
            </w:r>
          </w:p>
        </w:tc>
        <w:tc>
          <w:tcPr>
            <w:tcW w:w="2579" w:type="dxa"/>
            <w:vAlign w:val="center"/>
          </w:tcPr>
          <w:p w14:paraId="47249AE9"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6257A95F" w14:textId="77777777" w:rsidR="00E00F52" w:rsidRPr="00756D53" w:rsidRDefault="00E47BC1">
            <w:pPr>
              <w:jc w:val="center"/>
              <w:rPr>
                <w:rFonts w:ascii="BIZ UDPゴシック" w:eastAsia="BIZ UDPゴシック" w:hAnsi="BIZ UDPゴシック"/>
                <w:sz w:val="22"/>
                <w:lang w:eastAsia="ja-JP"/>
              </w:rPr>
            </w:pPr>
            <w:proofErr w:type="spellStart"/>
            <w:r w:rsidRPr="00756D53">
              <w:rPr>
                <w:rFonts w:ascii="BIZ UDPゴシック" w:eastAsia="BIZ UDPゴシック" w:hAnsi="BIZ UDPゴシック"/>
                <w:b/>
                <w:sz w:val="22"/>
              </w:rPr>
              <w:t>ＰＲ内容</w:t>
            </w:r>
            <w:proofErr w:type="spellEnd"/>
          </w:p>
        </w:tc>
        <w:tc>
          <w:tcPr>
            <w:tcW w:w="2579" w:type="dxa"/>
            <w:vAlign w:val="center"/>
          </w:tcPr>
          <w:p w14:paraId="58097B59" w14:textId="77777777" w:rsidR="00E00F52" w:rsidRPr="00756D53" w:rsidRDefault="00E00F52">
            <w:pPr>
              <w:rPr>
                <w:rFonts w:ascii="BIZ UDPゴシック" w:eastAsia="BIZ UDPゴシック" w:hAnsi="BIZ UDPゴシック"/>
                <w:sz w:val="22"/>
                <w:lang w:eastAsia="ja-JP"/>
              </w:rPr>
            </w:pPr>
          </w:p>
        </w:tc>
      </w:tr>
      <w:tr w:rsidR="00E00F52" w:rsidRPr="00756D53" w14:paraId="4A07843D" w14:textId="77777777">
        <w:trPr>
          <w:trHeight w:val="453"/>
          <w:jc w:val="center"/>
        </w:trPr>
        <w:tc>
          <w:tcPr>
            <w:tcW w:w="2579" w:type="dxa"/>
            <w:shd w:val="clear" w:color="auto" w:fill="E7E6E6"/>
            <w:vAlign w:val="center"/>
          </w:tcPr>
          <w:p w14:paraId="3F7DD88A" w14:textId="77777777" w:rsidR="00E00F52" w:rsidRPr="00756D53" w:rsidRDefault="00E47BC1">
            <w:pPr>
              <w:jc w:val="center"/>
              <w:rPr>
                <w:rFonts w:ascii="BIZ UDPゴシック" w:eastAsia="BIZ UDPゴシック" w:hAnsi="BIZ UDPゴシック"/>
                <w:sz w:val="22"/>
              </w:rPr>
            </w:pPr>
            <w:proofErr w:type="spellStart"/>
            <w:r w:rsidRPr="00756D53">
              <w:rPr>
                <w:rFonts w:ascii="BIZ UDPゴシック" w:eastAsia="BIZ UDPゴシック" w:hAnsi="BIZ UDPゴシック"/>
                <w:b/>
                <w:sz w:val="22"/>
              </w:rPr>
              <w:t>販売商品の資料</w:t>
            </w:r>
            <w:proofErr w:type="spellEnd"/>
          </w:p>
        </w:tc>
        <w:tc>
          <w:tcPr>
            <w:tcW w:w="7737" w:type="dxa"/>
            <w:gridSpan w:val="3"/>
            <w:vAlign w:val="center"/>
          </w:tcPr>
          <w:p w14:paraId="59E8F46E" w14:textId="77777777" w:rsidR="00E00F52" w:rsidRPr="00756D53" w:rsidRDefault="00E47BC1">
            <w:pPr>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商品写真　□ メニュー・チラシ等　□ その他（　　　　　　　　　）</w:t>
            </w:r>
          </w:p>
          <w:p w14:paraId="58F6190B" w14:textId="77777777" w:rsidR="00E00F52" w:rsidRPr="00756D53" w:rsidRDefault="00E00F52">
            <w:pPr>
              <w:rPr>
                <w:rFonts w:ascii="BIZ UDPゴシック" w:eastAsia="BIZ UDPゴシック" w:hAnsi="BIZ UDPゴシック"/>
                <w:sz w:val="22"/>
                <w:lang w:eastAsia="ja-JP"/>
              </w:rPr>
            </w:pPr>
          </w:p>
          <w:p w14:paraId="742BA936" w14:textId="77777777" w:rsidR="00E00F52" w:rsidRPr="00756D53" w:rsidRDefault="00E00F52">
            <w:pPr>
              <w:rPr>
                <w:rFonts w:ascii="BIZ UDPゴシック" w:eastAsia="BIZ UDPゴシック" w:hAnsi="BIZ UDPゴシック"/>
                <w:sz w:val="22"/>
                <w:lang w:eastAsia="ja-JP"/>
              </w:rPr>
            </w:pPr>
          </w:p>
        </w:tc>
      </w:tr>
    </w:tbl>
    <w:p w14:paraId="1D68E94F" w14:textId="77777777" w:rsidR="00E00F52" w:rsidRPr="00756D53" w:rsidRDefault="00E47BC1">
      <w:pPr>
        <w:spacing w:before="40" w:after="20" w:line="240" w:lineRule="auto"/>
        <w:rPr>
          <w:rFonts w:ascii="BIZ UDPゴシック" w:eastAsia="BIZ UDPゴシック" w:hAnsi="BIZ UDPゴシック"/>
          <w:sz w:val="24"/>
          <w:szCs w:val="24"/>
          <w:lang w:eastAsia="ja-JP"/>
        </w:rPr>
      </w:pPr>
      <w:r w:rsidRPr="00756D53">
        <w:rPr>
          <w:rFonts w:ascii="BIZ UDPゴシック" w:eastAsia="BIZ UDPゴシック" w:hAnsi="BIZ UDPゴシック"/>
          <w:b/>
          <w:sz w:val="24"/>
          <w:szCs w:val="24"/>
          <w:lang w:eastAsia="ja-JP"/>
        </w:rPr>
        <w:t>3　出店可能月</w:t>
      </w:r>
    </w:p>
    <w:p w14:paraId="5CCB4AAC" w14:textId="77777777"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出店可能な月を全て選択してください。　□ 令和8年12月　□ 令和9年1月　□ 2月　□ 3月</w:t>
      </w:r>
    </w:p>
    <w:p w14:paraId="7DFC938E" w14:textId="77777777"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※応募状況等により希望する月に出店できない場合があります。応募多数又は希望月が重複し調整できない場合は、募集要項に基づき抽選します。</w:t>
      </w:r>
    </w:p>
    <w:p w14:paraId="5DB59E14" w14:textId="77777777" w:rsidR="00E00F52" w:rsidRPr="00756D53" w:rsidRDefault="00E47BC1">
      <w:pPr>
        <w:spacing w:before="40" w:after="20" w:line="240" w:lineRule="auto"/>
        <w:rPr>
          <w:rFonts w:ascii="BIZ UDPゴシック" w:eastAsia="BIZ UDPゴシック" w:hAnsi="BIZ UDPゴシック"/>
          <w:sz w:val="24"/>
          <w:szCs w:val="24"/>
          <w:lang w:eastAsia="ja-JP"/>
        </w:rPr>
      </w:pPr>
      <w:r w:rsidRPr="00756D53">
        <w:rPr>
          <w:rFonts w:ascii="BIZ UDPゴシック" w:eastAsia="BIZ UDPゴシック" w:hAnsi="BIZ UDPゴシック"/>
          <w:b/>
          <w:sz w:val="24"/>
          <w:szCs w:val="24"/>
          <w:lang w:eastAsia="ja-JP"/>
        </w:rPr>
        <w:t>4　営業許可等（食品を販売する場合）</w:t>
      </w:r>
    </w:p>
    <w:tbl>
      <w:tblPr>
        <w:tblStyle w:val="afe"/>
        <w:tblW w:w="0" w:type="auto"/>
        <w:jc w:val="center"/>
        <w:tblLook w:val="04A0" w:firstRow="1" w:lastRow="0" w:firstColumn="1" w:lastColumn="0" w:noHBand="0" w:noVBand="1"/>
      </w:tblPr>
      <w:tblGrid>
        <w:gridCol w:w="2579"/>
        <w:gridCol w:w="2579"/>
        <w:gridCol w:w="2579"/>
        <w:gridCol w:w="2579"/>
      </w:tblGrid>
      <w:tr w:rsidR="00E00F52" w:rsidRPr="00756D53" w14:paraId="1122D5E1" w14:textId="77777777">
        <w:trPr>
          <w:trHeight w:val="453"/>
          <w:jc w:val="center"/>
        </w:trPr>
        <w:tc>
          <w:tcPr>
            <w:tcW w:w="2579" w:type="dxa"/>
            <w:shd w:val="clear" w:color="auto" w:fill="E7E6E6"/>
            <w:vAlign w:val="center"/>
          </w:tcPr>
          <w:p w14:paraId="1B7E49E6" w14:textId="77777777" w:rsidR="00E00F52" w:rsidRPr="00756D53" w:rsidRDefault="00E47BC1">
            <w:pPr>
              <w:jc w:val="center"/>
              <w:rPr>
                <w:rFonts w:ascii="BIZ UDPゴシック" w:eastAsia="BIZ UDPゴシック" w:hAnsi="BIZ UDPゴシック"/>
                <w:sz w:val="22"/>
              </w:rPr>
            </w:pPr>
            <w:proofErr w:type="spellStart"/>
            <w:r w:rsidRPr="00756D53">
              <w:rPr>
                <w:rFonts w:ascii="BIZ UDPゴシック" w:eastAsia="BIZ UDPゴシック" w:hAnsi="BIZ UDPゴシック"/>
                <w:b/>
                <w:sz w:val="22"/>
              </w:rPr>
              <w:t>営業許可等の種類</w:t>
            </w:r>
            <w:proofErr w:type="spellEnd"/>
          </w:p>
        </w:tc>
        <w:tc>
          <w:tcPr>
            <w:tcW w:w="2579" w:type="dxa"/>
            <w:vAlign w:val="center"/>
          </w:tcPr>
          <w:p w14:paraId="56E5ADDB" w14:textId="77777777" w:rsidR="00E00F52" w:rsidRPr="00756D53" w:rsidRDefault="00E00F52">
            <w:pPr>
              <w:rPr>
                <w:rFonts w:ascii="BIZ UDPゴシック" w:eastAsia="BIZ UDPゴシック" w:hAnsi="BIZ UDPゴシック"/>
                <w:sz w:val="22"/>
              </w:rPr>
            </w:pPr>
          </w:p>
        </w:tc>
        <w:tc>
          <w:tcPr>
            <w:tcW w:w="2579" w:type="dxa"/>
            <w:shd w:val="clear" w:color="auto" w:fill="E7E6E6"/>
            <w:vAlign w:val="center"/>
          </w:tcPr>
          <w:p w14:paraId="444B9854"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許可番号</w:t>
            </w:r>
          </w:p>
        </w:tc>
        <w:tc>
          <w:tcPr>
            <w:tcW w:w="2579" w:type="dxa"/>
            <w:vAlign w:val="center"/>
          </w:tcPr>
          <w:p w14:paraId="231FAC54" w14:textId="77777777" w:rsidR="00E00F52" w:rsidRPr="00756D53" w:rsidRDefault="00E00F52">
            <w:pPr>
              <w:rPr>
                <w:rFonts w:ascii="BIZ UDPゴシック" w:eastAsia="BIZ UDPゴシック" w:hAnsi="BIZ UDPゴシック"/>
                <w:sz w:val="22"/>
              </w:rPr>
            </w:pPr>
          </w:p>
        </w:tc>
      </w:tr>
      <w:tr w:rsidR="00E00F52" w:rsidRPr="00756D53" w14:paraId="4B01DD67" w14:textId="77777777">
        <w:trPr>
          <w:trHeight w:val="453"/>
          <w:jc w:val="center"/>
        </w:trPr>
        <w:tc>
          <w:tcPr>
            <w:tcW w:w="2579" w:type="dxa"/>
            <w:shd w:val="clear" w:color="auto" w:fill="E7E6E6"/>
            <w:vAlign w:val="center"/>
          </w:tcPr>
          <w:p w14:paraId="0073D788"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有効期限</w:t>
            </w:r>
          </w:p>
        </w:tc>
        <w:tc>
          <w:tcPr>
            <w:tcW w:w="2579" w:type="dxa"/>
            <w:vAlign w:val="center"/>
          </w:tcPr>
          <w:p w14:paraId="7720381F" w14:textId="77777777" w:rsidR="00E00F52" w:rsidRPr="00756D53" w:rsidRDefault="00E47BC1">
            <w:pPr>
              <w:rPr>
                <w:rFonts w:ascii="BIZ UDPゴシック" w:eastAsia="BIZ UDPゴシック" w:hAnsi="BIZ UDPゴシック"/>
                <w:sz w:val="22"/>
              </w:rPr>
            </w:pPr>
            <w:r w:rsidRPr="00756D53">
              <w:rPr>
                <w:rFonts w:ascii="BIZ UDPゴシック" w:eastAsia="BIZ UDPゴシック" w:hAnsi="BIZ UDPゴシック"/>
                <w:sz w:val="22"/>
              </w:rPr>
              <w:t>令和　年　月　日</w:t>
            </w:r>
          </w:p>
        </w:tc>
        <w:tc>
          <w:tcPr>
            <w:tcW w:w="2579" w:type="dxa"/>
            <w:shd w:val="clear" w:color="auto" w:fill="E7E6E6"/>
            <w:vAlign w:val="center"/>
          </w:tcPr>
          <w:p w14:paraId="2A15F48D"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許可施設名</w:t>
            </w:r>
          </w:p>
        </w:tc>
        <w:tc>
          <w:tcPr>
            <w:tcW w:w="2579" w:type="dxa"/>
            <w:vAlign w:val="center"/>
          </w:tcPr>
          <w:p w14:paraId="27538AD5" w14:textId="77777777" w:rsidR="00E00F52" w:rsidRPr="00756D53" w:rsidRDefault="00E00F52">
            <w:pPr>
              <w:rPr>
                <w:rFonts w:ascii="BIZ UDPゴシック" w:eastAsia="BIZ UDPゴシック" w:hAnsi="BIZ UDPゴシック"/>
                <w:sz w:val="22"/>
              </w:rPr>
            </w:pPr>
          </w:p>
        </w:tc>
      </w:tr>
    </w:tbl>
    <w:p w14:paraId="219791F6" w14:textId="67E82B13"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xml:space="preserve">□ 営業許可等を確認できる書類を添付　</w:t>
      </w:r>
      <w:r w:rsidR="00C02733" w:rsidRPr="00756D53">
        <w:rPr>
          <w:rFonts w:ascii="BIZ UDPゴシック" w:eastAsia="BIZ UDPゴシック" w:hAnsi="BIZ UDPゴシック" w:hint="eastAsia"/>
          <w:sz w:val="22"/>
          <w:lang w:eastAsia="ja-JP"/>
        </w:rPr>
        <w:t>□</w:t>
      </w:r>
      <w:r w:rsidR="00C02733" w:rsidRPr="00756D53">
        <w:rPr>
          <w:rFonts w:ascii="BIZ UDPゴシック" w:eastAsia="BIZ UDPゴシック" w:hAnsi="BIZ UDPゴシック"/>
          <w:sz w:val="22"/>
          <w:lang w:eastAsia="ja-JP"/>
        </w:rPr>
        <w:t xml:space="preserve"> 販売予定商品</w:t>
      </w:r>
      <w:r w:rsidR="00C02733" w:rsidRPr="00756D53">
        <w:rPr>
          <w:rFonts w:ascii="BIZ UDPゴシック" w:eastAsia="BIZ UDPゴシック" w:hAnsi="BIZ UDPゴシック" w:hint="eastAsia"/>
          <w:sz w:val="22"/>
          <w:lang w:eastAsia="ja-JP"/>
        </w:rPr>
        <w:t>は</w:t>
      </w:r>
      <w:r w:rsidR="00C02733" w:rsidRPr="00756D53">
        <w:rPr>
          <w:rFonts w:ascii="BIZ UDPゴシック" w:eastAsia="BIZ UDPゴシック" w:hAnsi="BIZ UDPゴシック"/>
          <w:sz w:val="22"/>
          <w:lang w:eastAsia="ja-JP"/>
        </w:rPr>
        <w:t>営業許可等を要しない</w:t>
      </w:r>
      <w:r w:rsidR="00C02733" w:rsidRPr="00756D53">
        <w:rPr>
          <w:rFonts w:ascii="BIZ UDPゴシック" w:eastAsia="BIZ UDPゴシック" w:hAnsi="BIZ UDPゴシック" w:hint="eastAsia"/>
          <w:sz w:val="22"/>
          <w:lang w:eastAsia="ja-JP"/>
        </w:rPr>
        <w:t xml:space="preserve">　</w:t>
      </w:r>
      <w:r w:rsidRPr="00756D53">
        <w:rPr>
          <w:rFonts w:ascii="BIZ UDPゴシック" w:eastAsia="BIZ UDPゴシック" w:hAnsi="BIZ UDPゴシック"/>
          <w:sz w:val="22"/>
          <w:lang w:eastAsia="ja-JP"/>
        </w:rPr>
        <w:t>□ 食品は販売しない</w:t>
      </w:r>
    </w:p>
    <w:p w14:paraId="4EC7402A" w14:textId="77777777" w:rsidR="00E00F52" w:rsidRPr="00756D53" w:rsidRDefault="00E47BC1">
      <w:pPr>
        <w:spacing w:before="40" w:after="20" w:line="240" w:lineRule="auto"/>
        <w:rPr>
          <w:rFonts w:ascii="BIZ UDPゴシック" w:eastAsia="BIZ UDPゴシック" w:hAnsi="BIZ UDPゴシック"/>
          <w:sz w:val="24"/>
          <w:szCs w:val="24"/>
          <w:lang w:eastAsia="ja-JP"/>
        </w:rPr>
      </w:pPr>
      <w:r w:rsidRPr="00756D53">
        <w:rPr>
          <w:rFonts w:ascii="BIZ UDPゴシック" w:eastAsia="BIZ UDPゴシック" w:hAnsi="BIZ UDPゴシック"/>
          <w:b/>
          <w:sz w:val="24"/>
          <w:szCs w:val="24"/>
          <w:lang w:eastAsia="ja-JP"/>
        </w:rPr>
        <w:t>5　確認事項</w:t>
      </w:r>
    </w:p>
    <w:p w14:paraId="4CF57522" w14:textId="634114A5"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xml:space="preserve">□ </w:t>
      </w:r>
      <w:r w:rsidR="002D768E" w:rsidRPr="00756D53">
        <w:rPr>
          <w:rFonts w:ascii="BIZ UDPゴシック" w:eastAsia="BIZ UDPゴシック" w:hAnsi="BIZ UDPゴシック"/>
          <w:sz w:val="22"/>
          <w:lang w:eastAsia="ja-JP"/>
        </w:rPr>
        <w:t>募集要項及び取扱要綱の内容を確認し、これを遵守します。</w:t>
      </w:r>
    </w:p>
    <w:p w14:paraId="7F9B6613" w14:textId="77777777"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現地で加熱、調理、加工その他これらに類する行為及び火気の使用を行いません。</w:t>
      </w:r>
    </w:p>
    <w:p w14:paraId="07A7E71C" w14:textId="77777777" w:rsidR="00E00F52" w:rsidRPr="00756D53" w:rsidRDefault="00E47BC1">
      <w:pPr>
        <w:spacing w:after="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販売に必要な営業許可その他関係法令上の手続を適正に行っています。</w:t>
      </w:r>
    </w:p>
    <w:p w14:paraId="4F59C88E" w14:textId="77777777" w:rsidR="00E00F52" w:rsidRPr="00756D53" w:rsidRDefault="00E47BC1">
      <w:pPr>
        <w:spacing w:before="40" w:after="20" w:line="240" w:lineRule="auto"/>
        <w:rPr>
          <w:rFonts w:ascii="BIZ UDPゴシック" w:eastAsia="BIZ UDPゴシック" w:hAnsi="BIZ UDPゴシック"/>
          <w:sz w:val="24"/>
          <w:szCs w:val="24"/>
          <w:lang w:eastAsia="ja-JP"/>
        </w:rPr>
      </w:pPr>
      <w:r w:rsidRPr="00756D53">
        <w:rPr>
          <w:rFonts w:ascii="BIZ UDPゴシック" w:eastAsia="BIZ UDPゴシック" w:hAnsi="BIZ UDPゴシック"/>
          <w:b/>
          <w:sz w:val="24"/>
          <w:szCs w:val="24"/>
          <w:lang w:eastAsia="ja-JP"/>
        </w:rPr>
        <w:t>6　添付書類</w:t>
      </w:r>
    </w:p>
    <w:p w14:paraId="426FCFF2" w14:textId="77777777" w:rsidR="00E00F52" w:rsidRPr="00756D53" w:rsidRDefault="00E47BC1">
      <w:pPr>
        <w:spacing w:after="20" w:line="240" w:lineRule="auto"/>
        <w:rPr>
          <w:rFonts w:ascii="BIZ UDPゴシック" w:eastAsia="BIZ UDPゴシック" w:hAnsi="BIZ UDPゴシック"/>
          <w:sz w:val="22"/>
          <w:lang w:eastAsia="ja-JP"/>
        </w:rPr>
      </w:pPr>
      <w:r w:rsidRPr="00756D53">
        <w:rPr>
          <w:rFonts w:ascii="BIZ UDPゴシック" w:eastAsia="BIZ UDPゴシック" w:hAnsi="BIZ UDPゴシック"/>
          <w:sz w:val="22"/>
          <w:lang w:eastAsia="ja-JP"/>
        </w:rPr>
        <w:t>□ 販売する商品が分かる資料　□ 営業許可等を確認できる書類（該当する場合）　□ 誓約書　□ その他（　　　　　　）</w:t>
      </w:r>
    </w:p>
    <w:p w14:paraId="56894104" w14:textId="77777777" w:rsidR="00E00F52" w:rsidRPr="00756D53" w:rsidRDefault="00E47BC1">
      <w:pPr>
        <w:spacing w:before="40" w:after="20" w:line="240" w:lineRule="auto"/>
        <w:rPr>
          <w:rFonts w:ascii="BIZ UDPゴシック" w:eastAsia="BIZ UDPゴシック" w:hAnsi="BIZ UDPゴシック"/>
          <w:sz w:val="22"/>
        </w:rPr>
      </w:pPr>
      <w:r w:rsidRPr="00756D53">
        <w:rPr>
          <w:rFonts w:ascii="BIZ UDPゴシック" w:eastAsia="BIZ UDPゴシック" w:hAnsi="BIZ UDPゴシック"/>
          <w:b/>
          <w:sz w:val="22"/>
        </w:rPr>
        <w:t>【</w:t>
      </w:r>
      <w:proofErr w:type="spellStart"/>
      <w:r w:rsidRPr="00756D53">
        <w:rPr>
          <w:rFonts w:ascii="BIZ UDPゴシック" w:eastAsia="BIZ UDPゴシック" w:hAnsi="BIZ UDPゴシック"/>
          <w:b/>
          <w:sz w:val="22"/>
        </w:rPr>
        <w:t>財政課使用欄</w:t>
      </w:r>
      <w:proofErr w:type="spellEnd"/>
      <w:r w:rsidRPr="00756D53">
        <w:rPr>
          <w:rFonts w:ascii="BIZ UDPゴシック" w:eastAsia="BIZ UDPゴシック" w:hAnsi="BIZ UDPゴシック"/>
          <w:b/>
          <w:sz w:val="22"/>
        </w:rPr>
        <w:t>】</w:t>
      </w:r>
    </w:p>
    <w:tbl>
      <w:tblPr>
        <w:tblStyle w:val="afe"/>
        <w:tblW w:w="0" w:type="auto"/>
        <w:jc w:val="center"/>
        <w:tblLook w:val="04A0" w:firstRow="1" w:lastRow="0" w:firstColumn="1" w:lastColumn="0" w:noHBand="0" w:noVBand="1"/>
      </w:tblPr>
      <w:tblGrid>
        <w:gridCol w:w="1613"/>
        <w:gridCol w:w="2074"/>
        <w:gridCol w:w="1473"/>
        <w:gridCol w:w="1929"/>
        <w:gridCol w:w="1511"/>
        <w:gridCol w:w="1720"/>
      </w:tblGrid>
      <w:tr w:rsidR="00E00F52" w:rsidRPr="00756D53" w14:paraId="09C38264" w14:textId="77777777" w:rsidTr="000C0D53">
        <w:trPr>
          <w:trHeight w:val="453"/>
          <w:jc w:val="center"/>
        </w:trPr>
        <w:tc>
          <w:tcPr>
            <w:tcW w:w="1613" w:type="dxa"/>
            <w:shd w:val="clear" w:color="auto" w:fill="E7E6E6"/>
            <w:vAlign w:val="center"/>
          </w:tcPr>
          <w:p w14:paraId="6A9028F1" w14:textId="77777777" w:rsidR="00E00F52" w:rsidRPr="00756D53" w:rsidRDefault="00E47BC1">
            <w:pPr>
              <w:jc w:val="center"/>
              <w:rPr>
                <w:rFonts w:ascii="BIZ UDPゴシック" w:eastAsia="BIZ UDPゴシック" w:hAnsi="BIZ UDPゴシック"/>
                <w:sz w:val="22"/>
              </w:rPr>
            </w:pPr>
            <w:proofErr w:type="spellStart"/>
            <w:r w:rsidRPr="00756D53">
              <w:rPr>
                <w:rFonts w:ascii="BIZ UDPゴシック" w:eastAsia="BIZ UDPゴシック" w:hAnsi="BIZ UDPゴシック"/>
                <w:b/>
                <w:sz w:val="22"/>
              </w:rPr>
              <w:t>受付日</w:t>
            </w:r>
            <w:proofErr w:type="spellEnd"/>
          </w:p>
        </w:tc>
        <w:tc>
          <w:tcPr>
            <w:tcW w:w="2074" w:type="dxa"/>
            <w:vAlign w:val="center"/>
          </w:tcPr>
          <w:p w14:paraId="377F945F" w14:textId="77777777" w:rsidR="00E00F52" w:rsidRPr="00756D53" w:rsidRDefault="00E47BC1">
            <w:pPr>
              <w:rPr>
                <w:rFonts w:ascii="BIZ UDPゴシック" w:eastAsia="BIZ UDPゴシック" w:hAnsi="BIZ UDPゴシック"/>
                <w:sz w:val="22"/>
              </w:rPr>
            </w:pPr>
            <w:r w:rsidRPr="00756D53">
              <w:rPr>
                <w:rFonts w:ascii="BIZ UDPゴシック" w:eastAsia="BIZ UDPゴシック" w:hAnsi="BIZ UDPゴシック"/>
                <w:sz w:val="22"/>
              </w:rPr>
              <w:t>令和　年　月　日</w:t>
            </w:r>
          </w:p>
        </w:tc>
        <w:tc>
          <w:tcPr>
            <w:tcW w:w="1473" w:type="dxa"/>
            <w:shd w:val="clear" w:color="auto" w:fill="E7E6E6"/>
            <w:vAlign w:val="center"/>
          </w:tcPr>
          <w:p w14:paraId="346BCCCA"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受付番号</w:t>
            </w:r>
          </w:p>
        </w:tc>
        <w:tc>
          <w:tcPr>
            <w:tcW w:w="1929" w:type="dxa"/>
            <w:vAlign w:val="center"/>
          </w:tcPr>
          <w:p w14:paraId="269C37C7" w14:textId="77777777" w:rsidR="00E00F52" w:rsidRPr="00756D53" w:rsidRDefault="00E00F52">
            <w:pPr>
              <w:rPr>
                <w:rFonts w:ascii="BIZ UDPゴシック" w:eastAsia="BIZ UDPゴシック" w:hAnsi="BIZ UDPゴシック"/>
                <w:sz w:val="22"/>
              </w:rPr>
            </w:pPr>
          </w:p>
        </w:tc>
        <w:tc>
          <w:tcPr>
            <w:tcW w:w="1511" w:type="dxa"/>
            <w:shd w:val="clear" w:color="auto" w:fill="E7E6E6"/>
            <w:vAlign w:val="center"/>
          </w:tcPr>
          <w:p w14:paraId="52149154" w14:textId="77777777" w:rsidR="00E00F52" w:rsidRPr="00756D53" w:rsidRDefault="00E47BC1">
            <w:pPr>
              <w:jc w:val="center"/>
              <w:rPr>
                <w:rFonts w:ascii="BIZ UDPゴシック" w:eastAsia="BIZ UDPゴシック" w:hAnsi="BIZ UDPゴシック"/>
                <w:sz w:val="22"/>
              </w:rPr>
            </w:pPr>
            <w:r w:rsidRPr="00756D53">
              <w:rPr>
                <w:rFonts w:ascii="BIZ UDPゴシック" w:eastAsia="BIZ UDPゴシック" w:hAnsi="BIZ UDPゴシック"/>
                <w:b/>
                <w:sz w:val="22"/>
              </w:rPr>
              <w:t>販売区分</w:t>
            </w:r>
          </w:p>
        </w:tc>
        <w:tc>
          <w:tcPr>
            <w:tcW w:w="1720" w:type="dxa"/>
            <w:vAlign w:val="center"/>
          </w:tcPr>
          <w:p w14:paraId="7A181AA7" w14:textId="77777777" w:rsidR="00E00F52" w:rsidRPr="00756D53" w:rsidRDefault="00E47BC1">
            <w:pPr>
              <w:rPr>
                <w:rFonts w:ascii="BIZ UDPゴシック" w:eastAsia="BIZ UDPゴシック" w:hAnsi="BIZ UDPゴシック"/>
                <w:sz w:val="22"/>
              </w:rPr>
            </w:pPr>
            <w:r w:rsidRPr="00756D53">
              <w:rPr>
                <w:rFonts w:ascii="BIZ UDPゴシック" w:eastAsia="BIZ UDPゴシック" w:hAnsi="BIZ UDPゴシック"/>
                <w:sz w:val="22"/>
              </w:rPr>
              <w:t>弁当等・物品</w:t>
            </w:r>
          </w:p>
        </w:tc>
      </w:tr>
      <w:tr w:rsidR="00E00F52" w:rsidRPr="00756D53" w14:paraId="52B6493E" w14:textId="77777777" w:rsidTr="000C0D53">
        <w:trPr>
          <w:trHeight w:val="453"/>
          <w:jc w:val="center"/>
        </w:trPr>
        <w:tc>
          <w:tcPr>
            <w:tcW w:w="1613" w:type="dxa"/>
            <w:shd w:val="clear" w:color="auto" w:fill="E7E6E6"/>
            <w:vAlign w:val="center"/>
          </w:tcPr>
          <w:p w14:paraId="2C6DE469" w14:textId="77777777" w:rsidR="00E00F52" w:rsidRPr="00756D53" w:rsidRDefault="00E47BC1">
            <w:pPr>
              <w:jc w:val="center"/>
              <w:rPr>
                <w:rFonts w:ascii="BIZ UDPゴシック" w:eastAsia="BIZ UDPゴシック" w:hAnsi="BIZ UDPゴシック"/>
                <w:sz w:val="21"/>
                <w:szCs w:val="21"/>
              </w:rPr>
            </w:pPr>
            <w:proofErr w:type="spellStart"/>
            <w:r w:rsidRPr="00756D53">
              <w:rPr>
                <w:rFonts w:ascii="BIZ UDPゴシック" w:eastAsia="BIZ UDPゴシック" w:hAnsi="BIZ UDPゴシック"/>
                <w:b/>
                <w:sz w:val="21"/>
                <w:szCs w:val="21"/>
              </w:rPr>
              <w:t>出店決定</w:t>
            </w:r>
            <w:proofErr w:type="spellEnd"/>
          </w:p>
        </w:tc>
        <w:tc>
          <w:tcPr>
            <w:tcW w:w="2074" w:type="dxa"/>
            <w:vAlign w:val="center"/>
          </w:tcPr>
          <w:p w14:paraId="0EE05ED3" w14:textId="77777777" w:rsidR="00E00F52" w:rsidRPr="00756D53" w:rsidRDefault="00E47BC1">
            <w:pPr>
              <w:rPr>
                <w:rFonts w:ascii="BIZ UDPゴシック" w:eastAsia="BIZ UDPゴシック" w:hAnsi="BIZ UDPゴシック"/>
                <w:sz w:val="21"/>
                <w:szCs w:val="21"/>
              </w:rPr>
            </w:pPr>
            <w:r w:rsidRPr="00756D53">
              <w:rPr>
                <w:rFonts w:ascii="BIZ UDPゴシック" w:eastAsia="BIZ UDPゴシック" w:hAnsi="BIZ UDPゴシック"/>
                <w:sz w:val="21"/>
                <w:szCs w:val="21"/>
              </w:rPr>
              <w:t>可・否・補欠</w:t>
            </w:r>
          </w:p>
        </w:tc>
        <w:tc>
          <w:tcPr>
            <w:tcW w:w="1473" w:type="dxa"/>
            <w:shd w:val="clear" w:color="auto" w:fill="E7E6E6"/>
            <w:vAlign w:val="center"/>
          </w:tcPr>
          <w:p w14:paraId="50A26D7D" w14:textId="77777777" w:rsidR="00E00F52" w:rsidRPr="00756D53" w:rsidRDefault="00E47BC1">
            <w:pPr>
              <w:jc w:val="center"/>
              <w:rPr>
                <w:rFonts w:ascii="BIZ UDPゴシック" w:eastAsia="BIZ UDPゴシック" w:hAnsi="BIZ UDPゴシック"/>
                <w:sz w:val="21"/>
                <w:szCs w:val="21"/>
              </w:rPr>
            </w:pPr>
            <w:r w:rsidRPr="00756D53">
              <w:rPr>
                <w:rFonts w:ascii="BIZ UDPゴシック" w:eastAsia="BIZ UDPゴシック" w:hAnsi="BIZ UDPゴシック"/>
                <w:b/>
                <w:sz w:val="21"/>
                <w:szCs w:val="21"/>
              </w:rPr>
              <w:t>出店月</w:t>
            </w:r>
          </w:p>
        </w:tc>
        <w:tc>
          <w:tcPr>
            <w:tcW w:w="1929" w:type="dxa"/>
            <w:vAlign w:val="center"/>
          </w:tcPr>
          <w:p w14:paraId="024F2E07" w14:textId="77777777" w:rsidR="00E00F52" w:rsidRPr="00756D53" w:rsidRDefault="00E47BC1">
            <w:pPr>
              <w:rPr>
                <w:rFonts w:ascii="BIZ UDPゴシック" w:eastAsia="BIZ UDPゴシック" w:hAnsi="BIZ UDPゴシック"/>
                <w:sz w:val="21"/>
                <w:szCs w:val="21"/>
              </w:rPr>
            </w:pPr>
            <w:r w:rsidRPr="00756D53">
              <w:rPr>
                <w:rFonts w:ascii="BIZ UDPゴシック" w:eastAsia="BIZ UDPゴシック" w:hAnsi="BIZ UDPゴシック"/>
                <w:sz w:val="21"/>
                <w:szCs w:val="21"/>
              </w:rPr>
              <w:t>令和　年　月</w:t>
            </w:r>
          </w:p>
        </w:tc>
        <w:tc>
          <w:tcPr>
            <w:tcW w:w="1511" w:type="dxa"/>
            <w:shd w:val="clear" w:color="auto" w:fill="E7E6E6"/>
            <w:vAlign w:val="center"/>
          </w:tcPr>
          <w:p w14:paraId="32A57F50" w14:textId="77777777" w:rsidR="00E00F52" w:rsidRPr="00756D53" w:rsidRDefault="00E47BC1">
            <w:pPr>
              <w:jc w:val="center"/>
              <w:rPr>
                <w:rFonts w:ascii="BIZ UDPゴシック" w:eastAsia="BIZ UDPゴシック" w:hAnsi="BIZ UDPゴシック"/>
                <w:sz w:val="21"/>
                <w:szCs w:val="21"/>
              </w:rPr>
            </w:pPr>
            <w:r w:rsidRPr="00756D53">
              <w:rPr>
                <w:rFonts w:ascii="BIZ UDPゴシック" w:eastAsia="BIZ UDPゴシック" w:hAnsi="BIZ UDPゴシック"/>
                <w:b/>
                <w:sz w:val="21"/>
                <w:szCs w:val="21"/>
              </w:rPr>
              <w:t>備考</w:t>
            </w:r>
          </w:p>
        </w:tc>
        <w:tc>
          <w:tcPr>
            <w:tcW w:w="1720" w:type="dxa"/>
            <w:vAlign w:val="center"/>
          </w:tcPr>
          <w:p w14:paraId="1211DF75" w14:textId="77777777" w:rsidR="00E00F52" w:rsidRPr="00756D53" w:rsidRDefault="00E00F52">
            <w:pPr>
              <w:rPr>
                <w:rFonts w:ascii="BIZ UDPゴシック" w:eastAsia="BIZ UDPゴシック" w:hAnsi="BIZ UDPゴシック"/>
                <w:sz w:val="21"/>
                <w:szCs w:val="21"/>
              </w:rPr>
            </w:pPr>
          </w:p>
        </w:tc>
      </w:tr>
    </w:tbl>
    <w:p w14:paraId="3624C324" w14:textId="77777777" w:rsidR="00E47BC1" w:rsidRPr="00756D53" w:rsidRDefault="00E47BC1">
      <w:pPr>
        <w:rPr>
          <w:rFonts w:ascii="BIZ UDPゴシック" w:eastAsia="BIZ UDPゴシック" w:hAnsi="BIZ UDPゴシック"/>
          <w:sz w:val="21"/>
          <w:szCs w:val="21"/>
        </w:rPr>
      </w:pPr>
    </w:p>
    <w:sectPr w:rsidR="00E47BC1" w:rsidRPr="00756D53" w:rsidSect="00756D53">
      <w:pgSz w:w="11906" w:h="16838" w:code="9"/>
      <w:pgMar w:top="1418" w:right="794" w:bottom="567" w:left="79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E93F" w14:textId="77777777" w:rsidR="00E47BC1" w:rsidRDefault="00E47BC1" w:rsidP="0052008C">
      <w:pPr>
        <w:spacing w:after="0" w:line="240" w:lineRule="auto"/>
      </w:pPr>
      <w:r>
        <w:separator/>
      </w:r>
    </w:p>
  </w:endnote>
  <w:endnote w:type="continuationSeparator" w:id="0">
    <w:p w14:paraId="4CFBD3E8" w14:textId="77777777" w:rsidR="00E47BC1" w:rsidRDefault="00E47BC1" w:rsidP="00520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33582" w14:textId="77777777" w:rsidR="00E47BC1" w:rsidRDefault="00E47BC1" w:rsidP="0052008C">
      <w:pPr>
        <w:spacing w:after="0" w:line="240" w:lineRule="auto"/>
      </w:pPr>
      <w:r>
        <w:separator/>
      </w:r>
    </w:p>
  </w:footnote>
  <w:footnote w:type="continuationSeparator" w:id="0">
    <w:p w14:paraId="50909065" w14:textId="77777777" w:rsidR="00E47BC1" w:rsidRDefault="00E47BC1" w:rsidP="00520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90"/>
  <w:displayHorizontalDrawingGridEvery w:val="2"/>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D53"/>
    <w:rsid w:val="0015074B"/>
    <w:rsid w:val="0029639D"/>
    <w:rsid w:val="002D768E"/>
    <w:rsid w:val="00326F90"/>
    <w:rsid w:val="0052008C"/>
    <w:rsid w:val="00756D53"/>
    <w:rsid w:val="00AA1D8D"/>
    <w:rsid w:val="00B413C7"/>
    <w:rsid w:val="00B47730"/>
    <w:rsid w:val="00C02733"/>
    <w:rsid w:val="00CB0664"/>
    <w:rsid w:val="00E00F52"/>
    <w:rsid w:val="00E47B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14:docId w14:val="400BECC2"/>
  <w14:defaultImageDpi w14:val="300"/>
  <w15:docId w15:val="{697BFC2B-994E-48D4-9114-E39E2901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112</Words>
  <Characters>641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山部 美保</cp:lastModifiedBy>
  <cp:revision>6</cp:revision>
  <dcterms:created xsi:type="dcterms:W3CDTF">2013-12-23T23:15:00Z</dcterms:created>
  <dcterms:modified xsi:type="dcterms:W3CDTF">2026-09-28T09:17:00Z</dcterms:modified>
  <cp:category/>
</cp:coreProperties>
</file>